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0703E" w14:textId="144D57A9" w:rsidR="00D11A8D" w:rsidRDefault="000C7284" w:rsidP="00CB421B">
      <w:pPr>
        <w:rPr>
          <w:sz w:val="20"/>
          <w:szCs w:val="20"/>
        </w:rPr>
      </w:pPr>
      <w:proofErr w:type="spellStart"/>
      <w:r w:rsidRPr="00D11A8D">
        <w:rPr>
          <w:sz w:val="24"/>
          <w:szCs w:val="24"/>
        </w:rPr>
        <w:t>Birleşmiş</w:t>
      </w:r>
      <w:proofErr w:type="spellEnd"/>
      <w:r w:rsidRPr="00D11A8D">
        <w:rPr>
          <w:sz w:val="24"/>
          <w:szCs w:val="24"/>
        </w:rPr>
        <w:t xml:space="preserve"> </w:t>
      </w:r>
      <w:proofErr w:type="spellStart"/>
      <w:r w:rsidRPr="00D11A8D">
        <w:rPr>
          <w:sz w:val="24"/>
          <w:szCs w:val="24"/>
        </w:rPr>
        <w:t>Milletler</w:t>
      </w:r>
      <w:proofErr w:type="spellEnd"/>
      <w:r w:rsidRPr="00387953">
        <w:rPr>
          <w:sz w:val="20"/>
          <w:szCs w:val="20"/>
        </w:rPr>
        <w:t xml:space="preserve"> </w:t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6E736E">
        <w:rPr>
          <w:sz w:val="20"/>
          <w:szCs w:val="20"/>
        </w:rPr>
        <w:tab/>
      </w:r>
      <w:r w:rsidRPr="00387953">
        <w:rPr>
          <w:sz w:val="20"/>
          <w:szCs w:val="20"/>
        </w:rPr>
        <w:t>A/HRC/59/45</w:t>
      </w:r>
    </w:p>
    <w:p w14:paraId="12A96466" w14:textId="35DE4395" w:rsidR="00D11A8D" w:rsidRDefault="00D11A8D" w:rsidP="00290F2C">
      <w:pPr>
        <w:rPr>
          <w:b/>
          <w:bCs/>
          <w:sz w:val="28"/>
          <w:szCs w:val="28"/>
        </w:rPr>
      </w:pPr>
      <w:r w:rsidRPr="00D11A8D">
        <w:rPr>
          <w:b/>
          <w:bCs/>
          <w:sz w:val="20"/>
          <w:szCs w:val="20"/>
        </w:rPr>
        <w:t>____________________________________________________________________________________________________________________</w:t>
      </w:r>
    </w:p>
    <w:p w14:paraId="5B60C494" w14:textId="516C766B" w:rsidR="00D11A8D" w:rsidRDefault="00D11A8D" w:rsidP="00D11A8D">
      <w:pPr>
        <w:spacing w:line="240" w:lineRule="auto"/>
        <w:rPr>
          <w:sz w:val="20"/>
          <w:szCs w:val="20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7E29727" wp14:editId="443866F6">
            <wp:extent cx="826114" cy="587287"/>
            <wp:effectExtent l="0" t="0" r="0" b="0"/>
            <wp:docPr id="322786962" name="Picture 5" descr="A black and white logo with a circle and a map in cen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786962" name="Picture 5" descr="A black and white logo with a circle and a map in cen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4298" cy="635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A8D">
        <w:rPr>
          <w:b/>
          <w:bCs/>
          <w:sz w:val="28"/>
          <w:szCs w:val="28"/>
        </w:rPr>
        <w:t xml:space="preserve">Genel </w:t>
      </w:r>
      <w:proofErr w:type="spellStart"/>
      <w:r w:rsidRPr="00D11A8D">
        <w:rPr>
          <w:b/>
          <w:bCs/>
          <w:sz w:val="28"/>
          <w:szCs w:val="28"/>
        </w:rPr>
        <w:t>Kurul</w:t>
      </w:r>
      <w:proofErr w:type="spellEnd"/>
      <w:r w:rsidRPr="00387953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spellStart"/>
      <w:r w:rsidR="000C7284" w:rsidRPr="00387953">
        <w:rPr>
          <w:sz w:val="20"/>
          <w:szCs w:val="20"/>
        </w:rPr>
        <w:t>Dağıtım</w:t>
      </w:r>
      <w:proofErr w:type="spellEnd"/>
      <w:r w:rsidR="000C7284" w:rsidRPr="00387953">
        <w:rPr>
          <w:sz w:val="20"/>
          <w:szCs w:val="20"/>
        </w:rPr>
        <w:t xml:space="preserve">: Genel </w:t>
      </w:r>
      <w:r w:rsidR="000C7284" w:rsidRPr="00387953">
        <w:rPr>
          <w:sz w:val="20"/>
          <w:szCs w:val="20"/>
        </w:rPr>
        <w:br/>
      </w:r>
      <w:r w:rsidR="007A5A67" w:rsidRPr="00387953"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 xml:space="preserve">20 </w:t>
      </w:r>
      <w:proofErr w:type="spellStart"/>
      <w:r w:rsidR="007A5A67" w:rsidRPr="00387953">
        <w:rPr>
          <w:sz w:val="20"/>
          <w:szCs w:val="20"/>
        </w:rPr>
        <w:t>Mayıs</w:t>
      </w:r>
      <w:proofErr w:type="spellEnd"/>
      <w:r w:rsidR="007A5A67" w:rsidRPr="00387953">
        <w:rPr>
          <w:sz w:val="20"/>
          <w:szCs w:val="20"/>
        </w:rPr>
        <w:t xml:space="preserve"> 2025</w:t>
      </w:r>
      <w:r w:rsidR="000C7284" w:rsidRPr="00387953">
        <w:rPr>
          <w:sz w:val="20"/>
          <w:szCs w:val="20"/>
        </w:rPr>
        <w:br/>
      </w:r>
      <w:r w:rsidR="007A5A67" w:rsidRPr="00387953">
        <w:rPr>
          <w:sz w:val="20"/>
          <w:szCs w:val="20"/>
        </w:rPr>
        <w:t xml:space="preserve"> </w:t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</w:r>
      <w:r w:rsidR="007A5A67" w:rsidRPr="00387953">
        <w:rPr>
          <w:sz w:val="20"/>
          <w:szCs w:val="20"/>
        </w:rPr>
        <w:tab/>
        <w:t xml:space="preserve">           </w:t>
      </w:r>
      <w:r w:rsidR="00387953">
        <w:rPr>
          <w:sz w:val="20"/>
          <w:szCs w:val="20"/>
        </w:rPr>
        <w:t xml:space="preserve">  </w:t>
      </w:r>
      <w:hyperlink r:id="rId9" w:history="1">
        <w:proofErr w:type="spellStart"/>
        <w:r w:rsidR="000C7284" w:rsidRPr="00021492">
          <w:rPr>
            <w:rStyle w:val="Hyperlink"/>
            <w:sz w:val="20"/>
            <w:szCs w:val="20"/>
          </w:rPr>
          <w:t>Orijinal</w:t>
        </w:r>
        <w:proofErr w:type="spellEnd"/>
        <w:r w:rsidR="000C7284" w:rsidRPr="00021492">
          <w:rPr>
            <w:rStyle w:val="Hyperlink"/>
            <w:sz w:val="20"/>
            <w:szCs w:val="20"/>
          </w:rPr>
          <w:t xml:space="preserve">: </w:t>
        </w:r>
        <w:proofErr w:type="spellStart"/>
        <w:r w:rsidR="000C7284" w:rsidRPr="00021492">
          <w:rPr>
            <w:rStyle w:val="Hyperlink"/>
            <w:sz w:val="20"/>
            <w:szCs w:val="20"/>
          </w:rPr>
          <w:t>İngilizce</w:t>
        </w:r>
        <w:proofErr w:type="spellEnd"/>
      </w:hyperlink>
      <w:r w:rsidR="000C7284" w:rsidRPr="00387953">
        <w:rPr>
          <w:sz w:val="20"/>
          <w:szCs w:val="20"/>
        </w:rPr>
        <w:br/>
      </w:r>
      <w:r w:rsidRPr="00D11A8D">
        <w:rPr>
          <w:b/>
          <w:bCs/>
          <w:sz w:val="20"/>
          <w:szCs w:val="20"/>
        </w:rPr>
        <w:t>____________________________________________________________________________________________________________________</w:t>
      </w:r>
    </w:p>
    <w:p w14:paraId="6FD4BCAC" w14:textId="778B61E0" w:rsidR="007A5A67" w:rsidRPr="00387953" w:rsidRDefault="000C7284" w:rsidP="00290F2C">
      <w:pPr>
        <w:rPr>
          <w:sz w:val="20"/>
          <w:szCs w:val="20"/>
        </w:rPr>
      </w:pPr>
      <w:proofErr w:type="spellStart"/>
      <w:r w:rsidRPr="00387953">
        <w:rPr>
          <w:sz w:val="20"/>
          <w:szCs w:val="20"/>
        </w:rPr>
        <w:t>İnsan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Hakları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Konseyi</w:t>
      </w:r>
      <w:proofErr w:type="spellEnd"/>
      <w:r w:rsidRPr="00387953">
        <w:rPr>
          <w:sz w:val="20"/>
          <w:szCs w:val="20"/>
        </w:rPr>
        <w:br/>
        <w:t xml:space="preserve">Elli </w:t>
      </w:r>
      <w:proofErr w:type="spellStart"/>
      <w:r w:rsidRPr="00387953">
        <w:rPr>
          <w:sz w:val="20"/>
          <w:szCs w:val="20"/>
        </w:rPr>
        <w:t>dokuzuncu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oturum</w:t>
      </w:r>
      <w:proofErr w:type="spellEnd"/>
      <w:r w:rsidRPr="00387953">
        <w:rPr>
          <w:sz w:val="20"/>
          <w:szCs w:val="20"/>
        </w:rPr>
        <w:br/>
        <w:t>16 Haziran</w:t>
      </w:r>
      <w:r w:rsidR="007A5A67" w:rsidRPr="00387953">
        <w:rPr>
          <w:sz w:val="20"/>
          <w:szCs w:val="20"/>
        </w:rPr>
        <w:t xml:space="preserve"> </w:t>
      </w:r>
      <w:r w:rsidRPr="00387953">
        <w:rPr>
          <w:sz w:val="20"/>
          <w:szCs w:val="20"/>
        </w:rPr>
        <w:t>–</w:t>
      </w:r>
      <w:r w:rsidR="007A5A67" w:rsidRPr="00387953">
        <w:rPr>
          <w:sz w:val="20"/>
          <w:szCs w:val="20"/>
        </w:rPr>
        <w:t xml:space="preserve"> </w:t>
      </w:r>
      <w:r w:rsidRPr="00387953">
        <w:rPr>
          <w:sz w:val="20"/>
          <w:szCs w:val="20"/>
        </w:rPr>
        <w:t xml:space="preserve">11 </w:t>
      </w:r>
      <w:proofErr w:type="spellStart"/>
      <w:r w:rsidRPr="00387953">
        <w:rPr>
          <w:sz w:val="20"/>
          <w:szCs w:val="20"/>
        </w:rPr>
        <w:t>Temmuz</w:t>
      </w:r>
      <w:proofErr w:type="spellEnd"/>
      <w:r w:rsidRPr="00387953">
        <w:rPr>
          <w:sz w:val="20"/>
          <w:szCs w:val="20"/>
        </w:rPr>
        <w:t xml:space="preserve"> 2025</w:t>
      </w:r>
      <w:r w:rsidRPr="00387953">
        <w:rPr>
          <w:sz w:val="20"/>
          <w:szCs w:val="20"/>
        </w:rPr>
        <w:br/>
      </w:r>
      <w:proofErr w:type="spellStart"/>
      <w:r w:rsidRPr="00387953">
        <w:rPr>
          <w:sz w:val="20"/>
          <w:szCs w:val="20"/>
        </w:rPr>
        <w:t>Gündem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maddesi</w:t>
      </w:r>
      <w:proofErr w:type="spellEnd"/>
      <w:r w:rsidRPr="00387953">
        <w:rPr>
          <w:sz w:val="20"/>
          <w:szCs w:val="20"/>
        </w:rPr>
        <w:t xml:space="preserve"> 3</w:t>
      </w:r>
      <w:r w:rsidRPr="00387953">
        <w:rPr>
          <w:sz w:val="20"/>
          <w:szCs w:val="20"/>
        </w:rPr>
        <w:br/>
      </w:r>
      <w:proofErr w:type="spellStart"/>
      <w:r w:rsidR="007A5A67" w:rsidRPr="00387953">
        <w:rPr>
          <w:rFonts w:cs="Arial"/>
          <w:sz w:val="20"/>
          <w:szCs w:val="20"/>
        </w:rPr>
        <w:t>Kalkınma</w:t>
      </w:r>
      <w:proofErr w:type="spellEnd"/>
      <w:r w:rsidR="007A5A67" w:rsidRPr="0038795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hakkı</w:t>
      </w:r>
      <w:proofErr w:type="spellEnd"/>
      <w:r w:rsidRPr="00387953">
        <w:rPr>
          <w:sz w:val="20"/>
          <w:szCs w:val="20"/>
        </w:rPr>
        <w:t xml:space="preserve"> da </w:t>
      </w:r>
      <w:proofErr w:type="spellStart"/>
      <w:r w:rsidRPr="00387953">
        <w:rPr>
          <w:sz w:val="20"/>
          <w:szCs w:val="20"/>
        </w:rPr>
        <w:t>dahil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olmak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üzere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tüm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insan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hakları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medeni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siyasi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ekonomik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sosyal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kültürel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hakların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teşviki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korunması</w:t>
      </w:r>
      <w:proofErr w:type="spellEnd"/>
    </w:p>
    <w:p w14:paraId="189301B7" w14:textId="77777777" w:rsidR="00CB421B" w:rsidRDefault="000C7284" w:rsidP="00CB421B">
      <w:pPr>
        <w:spacing w:after="0"/>
        <w:ind w:left="720"/>
        <w:rPr>
          <w:b/>
          <w:bCs/>
        </w:rPr>
      </w:pPr>
      <w:r>
        <w:br/>
      </w:r>
      <w:proofErr w:type="spellStart"/>
      <w:r w:rsidRPr="00387953">
        <w:rPr>
          <w:b/>
          <w:bCs/>
        </w:rPr>
        <w:t>Bakım</w:t>
      </w:r>
      <w:proofErr w:type="spellEnd"/>
      <w:r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ve</w:t>
      </w:r>
      <w:proofErr w:type="spellEnd"/>
      <w:r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destek</w:t>
      </w:r>
      <w:proofErr w:type="spellEnd"/>
      <w:r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sistemlerinin</w:t>
      </w:r>
      <w:proofErr w:type="spellEnd"/>
      <w:r w:rsidRPr="00387953">
        <w:rPr>
          <w:b/>
          <w:bCs/>
        </w:rPr>
        <w:t xml:space="preserve"> </w:t>
      </w:r>
      <w:proofErr w:type="spellStart"/>
      <w:r w:rsidR="00C70E61" w:rsidRPr="00387953">
        <w:rPr>
          <w:b/>
          <w:bCs/>
        </w:rPr>
        <w:t>toplumsal</w:t>
      </w:r>
      <w:proofErr w:type="spellEnd"/>
      <w:r w:rsidR="00C70E61"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cinsiyet</w:t>
      </w:r>
      <w:proofErr w:type="spellEnd"/>
      <w:r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boyutları</w:t>
      </w:r>
      <w:proofErr w:type="spellEnd"/>
    </w:p>
    <w:p w14:paraId="682565F2" w14:textId="46ED9FE2" w:rsidR="00971269" w:rsidRPr="00CB421B" w:rsidRDefault="000C7284" w:rsidP="00CB421B">
      <w:pPr>
        <w:ind w:left="720"/>
        <w:rPr>
          <w:b/>
          <w:bCs/>
        </w:rPr>
      </w:pPr>
      <w:r>
        <w:br/>
      </w:r>
      <w:proofErr w:type="spellStart"/>
      <w:r w:rsidRPr="00387953">
        <w:rPr>
          <w:sz w:val="20"/>
          <w:szCs w:val="20"/>
        </w:rPr>
        <w:t>Kadınlara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kız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çocuklarına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yönelik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ayrımcılıkla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ilgili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Çalışma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Grubu</w:t>
      </w:r>
      <w:r w:rsidR="007D53EC">
        <w:rPr>
          <w:sz w:val="20"/>
          <w:szCs w:val="20"/>
        </w:rPr>
        <w:t>’</w:t>
      </w:r>
      <w:r w:rsidRPr="00387953">
        <w:rPr>
          <w:sz w:val="20"/>
          <w:szCs w:val="20"/>
        </w:rPr>
        <w:t>nun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raporu</w:t>
      </w:r>
      <w:proofErr w:type="spellEnd"/>
      <w:r w:rsidRPr="00387953">
        <w:rPr>
          <w:sz w:val="20"/>
          <w:szCs w:val="20"/>
        </w:rPr>
        <w:t>*, **</w:t>
      </w:r>
    </w:p>
    <w:p w14:paraId="114159D9" w14:textId="50AD138F" w:rsidR="00CB421B" w:rsidRDefault="000C7284" w:rsidP="008553A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sz w:val="20"/>
          <w:szCs w:val="20"/>
        </w:rPr>
      </w:pPr>
      <w:r>
        <w:br/>
      </w:r>
      <w:proofErr w:type="spellStart"/>
      <w:r w:rsidRPr="00387953">
        <w:rPr>
          <w:i/>
          <w:iCs/>
          <w:sz w:val="20"/>
          <w:szCs w:val="20"/>
        </w:rPr>
        <w:t>Özet</w:t>
      </w:r>
      <w:proofErr w:type="spellEnd"/>
      <w:r>
        <w:br/>
      </w:r>
      <w:r w:rsidR="007A5A67">
        <w:t xml:space="preserve"> </w:t>
      </w:r>
      <w:r w:rsidR="007A5A67">
        <w:tab/>
      </w:r>
      <w:r w:rsidRPr="00387953">
        <w:rPr>
          <w:sz w:val="20"/>
          <w:szCs w:val="20"/>
        </w:rPr>
        <w:t xml:space="preserve">Bu </w:t>
      </w:r>
      <w:proofErr w:type="spellStart"/>
      <w:r w:rsidRPr="00387953">
        <w:rPr>
          <w:sz w:val="20"/>
          <w:szCs w:val="20"/>
        </w:rPr>
        <w:t>raporda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="007D53EC">
        <w:rPr>
          <w:sz w:val="20"/>
          <w:szCs w:val="20"/>
        </w:rPr>
        <w:t>K</w:t>
      </w:r>
      <w:r w:rsidRPr="00387953">
        <w:rPr>
          <w:sz w:val="20"/>
          <w:szCs w:val="20"/>
        </w:rPr>
        <w:t>adınlara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="007D53EC">
        <w:rPr>
          <w:sz w:val="20"/>
          <w:szCs w:val="20"/>
        </w:rPr>
        <w:t>k</w:t>
      </w:r>
      <w:r w:rsidRPr="00387953">
        <w:rPr>
          <w:sz w:val="20"/>
          <w:szCs w:val="20"/>
        </w:rPr>
        <w:t>ız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="007D53EC">
        <w:rPr>
          <w:sz w:val="20"/>
          <w:szCs w:val="20"/>
        </w:rPr>
        <w:t>ç</w:t>
      </w:r>
      <w:r w:rsidRPr="00387953">
        <w:rPr>
          <w:sz w:val="20"/>
          <w:szCs w:val="20"/>
        </w:rPr>
        <w:t>ocuklarına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="007D53EC">
        <w:rPr>
          <w:sz w:val="20"/>
          <w:szCs w:val="20"/>
        </w:rPr>
        <w:t>y</w:t>
      </w:r>
      <w:r w:rsidRPr="00387953">
        <w:rPr>
          <w:sz w:val="20"/>
          <w:szCs w:val="20"/>
        </w:rPr>
        <w:t>önelik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="007D53EC">
        <w:rPr>
          <w:sz w:val="20"/>
          <w:szCs w:val="20"/>
        </w:rPr>
        <w:t>a</w:t>
      </w:r>
      <w:r w:rsidRPr="00387953">
        <w:rPr>
          <w:sz w:val="20"/>
          <w:szCs w:val="20"/>
        </w:rPr>
        <w:t>yrımcılık</w:t>
      </w:r>
      <w:r w:rsidR="007D53EC">
        <w:rPr>
          <w:sz w:val="20"/>
          <w:szCs w:val="20"/>
        </w:rPr>
        <w:t>la</w:t>
      </w:r>
      <w:proofErr w:type="spellEnd"/>
      <w:r w:rsidR="007D53EC">
        <w:rPr>
          <w:sz w:val="20"/>
          <w:szCs w:val="20"/>
        </w:rPr>
        <w:t xml:space="preserve"> </w:t>
      </w:r>
      <w:proofErr w:type="spellStart"/>
      <w:r w:rsidR="007D53EC">
        <w:rPr>
          <w:sz w:val="20"/>
          <w:szCs w:val="20"/>
        </w:rPr>
        <w:t>i</w:t>
      </w:r>
      <w:r w:rsidR="007D53EC" w:rsidRPr="00387953">
        <w:rPr>
          <w:sz w:val="20"/>
          <w:szCs w:val="20"/>
        </w:rPr>
        <w:t>lgili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Çalışma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Grubu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toplumların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refahını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sürdürmede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desteğin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merkezi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rolünü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vurgulamaktadır</w:t>
      </w:r>
      <w:proofErr w:type="spellEnd"/>
      <w:r w:rsidRPr="00387953">
        <w:rPr>
          <w:sz w:val="20"/>
          <w:szCs w:val="20"/>
        </w:rPr>
        <w:t xml:space="preserve">.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destek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herkese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fayda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sağlayan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kolektif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sorumluluk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olmasına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rağmen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kadınlar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kız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çocukları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üzerinde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orantısız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yük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oluşturmaya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devam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etmektedir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bu</w:t>
      </w:r>
      <w:proofErr w:type="spellEnd"/>
      <w:r w:rsidRPr="00387953">
        <w:rPr>
          <w:sz w:val="20"/>
          <w:szCs w:val="20"/>
        </w:rPr>
        <w:t xml:space="preserve"> durum </w:t>
      </w:r>
      <w:proofErr w:type="spellStart"/>
      <w:r w:rsidRPr="00387953">
        <w:rPr>
          <w:sz w:val="20"/>
          <w:szCs w:val="20"/>
        </w:rPr>
        <w:t>genellikle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onların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insan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haklarına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büyük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zarar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vermektedir</w:t>
      </w:r>
      <w:proofErr w:type="spellEnd"/>
      <w:r w:rsidRPr="00387953">
        <w:rPr>
          <w:sz w:val="20"/>
          <w:szCs w:val="20"/>
        </w:rPr>
        <w:t xml:space="preserve">. </w:t>
      </w:r>
      <w:proofErr w:type="spellStart"/>
      <w:r w:rsidRPr="00387953">
        <w:rPr>
          <w:sz w:val="20"/>
          <w:szCs w:val="20"/>
        </w:rPr>
        <w:t>Önemine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rağmen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destek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çalışmaları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genellikle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iş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olarak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kabul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edilmez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kabul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edildiğinde</w:t>
      </w:r>
      <w:proofErr w:type="spellEnd"/>
      <w:r w:rsidRPr="00387953">
        <w:rPr>
          <w:sz w:val="20"/>
          <w:szCs w:val="20"/>
        </w:rPr>
        <w:t xml:space="preserve"> bile, </w:t>
      </w:r>
      <w:proofErr w:type="spellStart"/>
      <w:r w:rsidRPr="00387953">
        <w:rPr>
          <w:sz w:val="20"/>
          <w:szCs w:val="20"/>
        </w:rPr>
        <w:t>değeri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bilinmez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düşük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ücretlendirilir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büyük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ölçüde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korumasız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kalır</w:t>
      </w:r>
      <w:proofErr w:type="spellEnd"/>
      <w:r w:rsidRPr="00387953">
        <w:rPr>
          <w:sz w:val="20"/>
          <w:szCs w:val="20"/>
        </w:rPr>
        <w:t xml:space="preserve">. </w:t>
      </w:r>
      <w:proofErr w:type="spellStart"/>
      <w:r w:rsidRPr="00387953">
        <w:rPr>
          <w:sz w:val="20"/>
          <w:szCs w:val="20"/>
        </w:rPr>
        <w:t>Raporda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Çalışma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Grubu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mevcut</w:t>
      </w:r>
      <w:proofErr w:type="spellEnd"/>
      <w:r w:rsidR="00971269"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parçalı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yetersiz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destek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politikalarının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cinsiyet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ayrımcılığına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yol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açtığını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savunmaktadır</w:t>
      </w:r>
      <w:proofErr w:type="spellEnd"/>
      <w:r w:rsidRPr="00387953">
        <w:rPr>
          <w:sz w:val="20"/>
          <w:szCs w:val="20"/>
        </w:rPr>
        <w:t xml:space="preserve">. </w:t>
      </w:r>
      <w:proofErr w:type="spellStart"/>
      <w:r w:rsidR="001175B5" w:rsidRPr="00CC4C2D">
        <w:rPr>
          <w:sz w:val="20"/>
          <w:szCs w:val="20"/>
        </w:rPr>
        <w:t>Bakım</w:t>
      </w:r>
      <w:proofErr w:type="spellEnd"/>
      <w:r w:rsidR="001175B5" w:rsidRPr="00CC4C2D">
        <w:rPr>
          <w:sz w:val="20"/>
          <w:szCs w:val="20"/>
        </w:rPr>
        <w:t xml:space="preserve"> </w:t>
      </w:r>
      <w:proofErr w:type="spellStart"/>
      <w:r w:rsidR="001175B5" w:rsidRPr="00CC4C2D">
        <w:rPr>
          <w:sz w:val="20"/>
          <w:szCs w:val="20"/>
        </w:rPr>
        <w:t>alanında</w:t>
      </w:r>
      <w:r w:rsidR="00CC4C2D" w:rsidRPr="00CC4C2D">
        <w:rPr>
          <w:sz w:val="20"/>
          <w:szCs w:val="20"/>
        </w:rPr>
        <w:t>ki</w:t>
      </w:r>
      <w:proofErr w:type="spellEnd"/>
      <w:r w:rsidR="001175B5" w:rsidRPr="00CC4C2D">
        <w:rPr>
          <w:sz w:val="20"/>
          <w:szCs w:val="20"/>
        </w:rPr>
        <w:t xml:space="preserve"> </w:t>
      </w:r>
      <w:proofErr w:type="spellStart"/>
      <w:r w:rsidR="001175B5" w:rsidRPr="00CC4C2D">
        <w:rPr>
          <w:sz w:val="20"/>
          <w:szCs w:val="20"/>
        </w:rPr>
        <w:t>yapısal</w:t>
      </w:r>
      <w:proofErr w:type="spellEnd"/>
      <w:r w:rsidR="001175B5" w:rsidRPr="00CC4C2D">
        <w:rPr>
          <w:sz w:val="20"/>
          <w:szCs w:val="20"/>
        </w:rPr>
        <w:t xml:space="preserve"> </w:t>
      </w:r>
      <w:proofErr w:type="spellStart"/>
      <w:r w:rsidR="001175B5" w:rsidRPr="00CC4C2D">
        <w:rPr>
          <w:sz w:val="20"/>
          <w:szCs w:val="20"/>
        </w:rPr>
        <w:t>açık</w:t>
      </w:r>
      <w:proofErr w:type="spellEnd"/>
      <w:r w:rsidR="00971269" w:rsidRPr="00CC4C2D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artan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ihtiyaçlarının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olduğu</w:t>
      </w:r>
      <w:proofErr w:type="spellEnd"/>
      <w:r w:rsidR="007D53EC">
        <w:rPr>
          <w:sz w:val="20"/>
          <w:szCs w:val="20"/>
        </w:rPr>
        <w:t>,</w:t>
      </w:r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hızla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yaşlanan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bir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dünyada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Çalışma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Grubu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="00E96F62" w:rsidRPr="00387953">
        <w:rPr>
          <w:sz w:val="20"/>
          <w:szCs w:val="20"/>
        </w:rPr>
        <w:t>toplumsal</w:t>
      </w:r>
      <w:proofErr w:type="spellEnd"/>
      <w:r w:rsidR="00B04417"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cinsiyete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duyarlı</w:t>
      </w:r>
      <w:proofErr w:type="spellEnd"/>
      <w:r w:rsidRPr="00387953">
        <w:rPr>
          <w:sz w:val="20"/>
          <w:szCs w:val="20"/>
        </w:rPr>
        <w:t xml:space="preserve">, </w:t>
      </w:r>
      <w:proofErr w:type="spellStart"/>
      <w:r w:rsidRPr="00387953">
        <w:rPr>
          <w:sz w:val="20"/>
          <w:szCs w:val="20"/>
        </w:rPr>
        <w:t>insan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haklarına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dayalı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destek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sistemleri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oluşturmak</w:t>
      </w:r>
      <w:proofErr w:type="spellEnd"/>
      <w:r w:rsidR="00971269"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için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erkeklerin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erkek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çocukların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bakım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işlerine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eşit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katılımını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sağlamak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üzere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acil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kamu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yatırımı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ve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kültürel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normların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dönüştürülmesi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çağrısında</w:t>
      </w:r>
      <w:proofErr w:type="spellEnd"/>
      <w:r w:rsidRPr="00387953">
        <w:rPr>
          <w:sz w:val="20"/>
          <w:szCs w:val="20"/>
        </w:rPr>
        <w:t xml:space="preserve"> </w:t>
      </w:r>
      <w:proofErr w:type="spellStart"/>
      <w:r w:rsidRPr="00387953">
        <w:rPr>
          <w:sz w:val="20"/>
          <w:szCs w:val="20"/>
        </w:rPr>
        <w:t>bulunmaktadır</w:t>
      </w:r>
      <w:proofErr w:type="spellEnd"/>
      <w:r w:rsidRPr="00387953">
        <w:rPr>
          <w:sz w:val="20"/>
          <w:szCs w:val="20"/>
        </w:rPr>
        <w:t>.</w:t>
      </w:r>
      <w:r>
        <w:br/>
      </w:r>
    </w:p>
    <w:p w14:paraId="6228F33A" w14:textId="132088F7" w:rsidR="00387953" w:rsidRPr="00387953" w:rsidRDefault="000C7284" w:rsidP="00290F2C">
      <w:pPr>
        <w:rPr>
          <w:sz w:val="18"/>
          <w:szCs w:val="18"/>
        </w:rPr>
      </w:pPr>
      <w:r w:rsidRPr="00387953">
        <w:rPr>
          <w:sz w:val="18"/>
          <w:szCs w:val="18"/>
        </w:rPr>
        <w:t xml:space="preserve">* </w:t>
      </w:r>
      <w:proofErr w:type="spellStart"/>
      <w:r w:rsidRPr="00387953">
        <w:rPr>
          <w:sz w:val="18"/>
          <w:szCs w:val="18"/>
        </w:rPr>
        <w:t>Göndericinin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kontrolü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dışındaki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nedenlerle</w:t>
      </w:r>
      <w:proofErr w:type="spellEnd"/>
      <w:r w:rsidRPr="00387953">
        <w:rPr>
          <w:sz w:val="18"/>
          <w:szCs w:val="18"/>
        </w:rPr>
        <w:t xml:space="preserve">, </w:t>
      </w:r>
      <w:proofErr w:type="spellStart"/>
      <w:r w:rsidRPr="00387953">
        <w:rPr>
          <w:sz w:val="18"/>
          <w:szCs w:val="18"/>
        </w:rPr>
        <w:t>bu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belgenin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standart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yayın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tarihinden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sonra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yayınlanması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konusunda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anlaşmaya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varılmıştır</w:t>
      </w:r>
      <w:proofErr w:type="spellEnd"/>
      <w:r w:rsidRPr="00387953">
        <w:rPr>
          <w:sz w:val="18"/>
          <w:szCs w:val="18"/>
        </w:rPr>
        <w:t>.</w:t>
      </w:r>
    </w:p>
    <w:p w14:paraId="6C101B20" w14:textId="7AAC6EF7" w:rsidR="00E53AEA" w:rsidRPr="008553A1" w:rsidRDefault="000C7284">
      <w:r w:rsidRPr="00387953">
        <w:rPr>
          <w:sz w:val="18"/>
          <w:szCs w:val="18"/>
        </w:rPr>
        <w:t xml:space="preserve">** </w:t>
      </w:r>
      <w:proofErr w:type="spellStart"/>
      <w:r w:rsidRPr="00387953">
        <w:rPr>
          <w:sz w:val="18"/>
          <w:szCs w:val="18"/>
        </w:rPr>
        <w:t>Mevcut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belgenin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eki</w:t>
      </w:r>
      <w:proofErr w:type="spellEnd"/>
      <w:r w:rsidRPr="00387953">
        <w:rPr>
          <w:sz w:val="18"/>
          <w:szCs w:val="18"/>
        </w:rPr>
        <w:t xml:space="preserve">, </w:t>
      </w:r>
      <w:proofErr w:type="spellStart"/>
      <w:r w:rsidRPr="00387953">
        <w:rPr>
          <w:sz w:val="18"/>
          <w:szCs w:val="18"/>
        </w:rPr>
        <w:t>alındığı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şekliyle</w:t>
      </w:r>
      <w:proofErr w:type="spellEnd"/>
      <w:r w:rsidRPr="00387953">
        <w:rPr>
          <w:sz w:val="18"/>
          <w:szCs w:val="18"/>
        </w:rPr>
        <w:t xml:space="preserve">, </w:t>
      </w:r>
      <w:proofErr w:type="spellStart"/>
      <w:r w:rsidRPr="00387953">
        <w:rPr>
          <w:sz w:val="18"/>
          <w:szCs w:val="18"/>
        </w:rPr>
        <w:t>yalnızca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sunulduğu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dilde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yeniden</w:t>
      </w:r>
      <w:proofErr w:type="spellEnd"/>
      <w:r w:rsidRPr="00387953">
        <w:rPr>
          <w:sz w:val="18"/>
          <w:szCs w:val="18"/>
        </w:rPr>
        <w:t xml:space="preserve"> </w:t>
      </w:r>
      <w:proofErr w:type="spellStart"/>
      <w:r w:rsidRPr="00387953">
        <w:rPr>
          <w:sz w:val="18"/>
          <w:szCs w:val="18"/>
        </w:rPr>
        <w:t>basılmıştır</w:t>
      </w:r>
      <w:proofErr w:type="spellEnd"/>
      <w:r w:rsidRPr="00387953">
        <w:rPr>
          <w:sz w:val="18"/>
          <w:szCs w:val="18"/>
        </w:rPr>
        <w:t>.</w:t>
      </w:r>
      <w:r>
        <w:br/>
      </w:r>
    </w:p>
    <w:p w14:paraId="16A8C285" w14:textId="529D21D7" w:rsidR="008553A1" w:rsidRPr="00021492" w:rsidRDefault="008553A1">
      <w:pPr>
        <w:rPr>
          <w:i/>
          <w:iCs/>
          <w:sz w:val="20"/>
          <w:szCs w:val="20"/>
        </w:rPr>
      </w:pPr>
      <w:proofErr w:type="spellStart"/>
      <w:r w:rsidRPr="00021492">
        <w:rPr>
          <w:i/>
          <w:iCs/>
          <w:sz w:val="20"/>
          <w:szCs w:val="20"/>
        </w:rPr>
        <w:t>Mevcut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Türkçe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="00021492">
        <w:rPr>
          <w:i/>
          <w:iCs/>
          <w:sz w:val="20"/>
          <w:szCs w:val="20"/>
        </w:rPr>
        <w:t>versiyon</w:t>
      </w:r>
      <w:proofErr w:type="spellEnd"/>
      <w:r w:rsidR="00021492">
        <w:rPr>
          <w:i/>
          <w:iCs/>
          <w:sz w:val="20"/>
          <w:szCs w:val="20"/>
        </w:rPr>
        <w:t xml:space="preserve">, </w:t>
      </w:r>
      <w:hyperlink r:id="rId10" w:history="1">
        <w:proofErr w:type="spellStart"/>
        <w:r w:rsidR="00021492" w:rsidRPr="00D04601">
          <w:rPr>
            <w:rStyle w:val="Hyperlink"/>
            <w:b/>
            <w:bCs/>
            <w:i/>
            <w:iCs/>
            <w:sz w:val="20"/>
            <w:szCs w:val="20"/>
          </w:rPr>
          <w:t>orjinal</w:t>
        </w:r>
        <w:proofErr w:type="spellEnd"/>
        <w:r w:rsidR="00021492" w:rsidRPr="00D04601">
          <w:rPr>
            <w:rStyle w:val="Hyperlink"/>
            <w:b/>
            <w:bCs/>
            <w:i/>
            <w:iCs/>
            <w:sz w:val="20"/>
            <w:szCs w:val="20"/>
          </w:rPr>
          <w:t xml:space="preserve"> </w:t>
        </w:r>
        <w:proofErr w:type="spellStart"/>
        <w:r w:rsidR="00021492" w:rsidRPr="00D04601">
          <w:rPr>
            <w:rStyle w:val="Hyperlink"/>
            <w:b/>
            <w:bCs/>
            <w:i/>
            <w:iCs/>
            <w:sz w:val="20"/>
            <w:szCs w:val="20"/>
          </w:rPr>
          <w:t>raporun</w:t>
        </w:r>
        <w:proofErr w:type="spellEnd"/>
      </w:hyperlink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resmi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olmayan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bir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çeviri</w:t>
      </w:r>
      <w:r w:rsidR="00021492">
        <w:rPr>
          <w:i/>
          <w:iCs/>
          <w:sz w:val="20"/>
          <w:szCs w:val="20"/>
        </w:rPr>
        <w:t>si</w:t>
      </w:r>
      <w:r w:rsidRPr="00021492">
        <w:rPr>
          <w:i/>
          <w:iCs/>
          <w:sz w:val="20"/>
          <w:szCs w:val="20"/>
        </w:rPr>
        <w:t>dir</w:t>
      </w:r>
      <w:proofErr w:type="spellEnd"/>
      <w:r w:rsidRPr="00021492">
        <w:rPr>
          <w:i/>
          <w:iCs/>
          <w:sz w:val="20"/>
          <w:szCs w:val="20"/>
        </w:rPr>
        <w:t xml:space="preserve">. </w:t>
      </w:r>
      <w:hyperlink r:id="rId11" w:history="1">
        <w:proofErr w:type="spellStart"/>
        <w:r w:rsidRPr="00D04601">
          <w:rPr>
            <w:rStyle w:val="Hyperlink"/>
            <w:b/>
            <w:bCs/>
            <w:i/>
            <w:iCs/>
            <w:sz w:val="20"/>
            <w:szCs w:val="20"/>
          </w:rPr>
          <w:t>E</w:t>
        </w:r>
        <w:r w:rsidRPr="00D04601">
          <w:rPr>
            <w:rStyle w:val="Hyperlink"/>
            <w:b/>
            <w:bCs/>
            <w:sz w:val="20"/>
            <w:szCs w:val="20"/>
          </w:rPr>
          <w:t>ş</w:t>
        </w:r>
        <w:r w:rsidRPr="00D04601">
          <w:rPr>
            <w:rStyle w:val="Hyperlink"/>
            <w:b/>
            <w:bCs/>
            <w:i/>
            <w:iCs/>
            <w:sz w:val="20"/>
            <w:szCs w:val="20"/>
          </w:rPr>
          <w:t>itlik</w:t>
        </w:r>
        <w:proofErr w:type="spellEnd"/>
        <w:r w:rsidRPr="00D04601">
          <w:rPr>
            <w:rStyle w:val="Hyperlink"/>
            <w:b/>
            <w:bCs/>
            <w:i/>
            <w:iCs/>
            <w:sz w:val="20"/>
            <w:szCs w:val="20"/>
          </w:rPr>
          <w:t xml:space="preserve"> </w:t>
        </w:r>
        <w:proofErr w:type="spellStart"/>
        <w:r w:rsidR="00D04601" w:rsidRPr="00D04601">
          <w:rPr>
            <w:rStyle w:val="Hyperlink"/>
            <w:b/>
            <w:bCs/>
            <w:i/>
            <w:iCs/>
            <w:sz w:val="20"/>
            <w:szCs w:val="20"/>
          </w:rPr>
          <w:t>İ</w:t>
        </w:r>
        <w:r w:rsidRPr="00D04601">
          <w:rPr>
            <w:rStyle w:val="Hyperlink"/>
            <w:b/>
            <w:bCs/>
            <w:i/>
            <w:iCs/>
            <w:sz w:val="20"/>
            <w:szCs w:val="20"/>
          </w:rPr>
          <w:t>çin</w:t>
        </w:r>
        <w:proofErr w:type="spellEnd"/>
        <w:r w:rsidRPr="00D04601">
          <w:rPr>
            <w:rStyle w:val="Hyperlink"/>
            <w:b/>
            <w:bCs/>
            <w:i/>
            <w:iCs/>
            <w:sz w:val="20"/>
            <w:szCs w:val="20"/>
          </w:rPr>
          <w:t xml:space="preserve"> </w:t>
        </w:r>
        <w:proofErr w:type="spellStart"/>
        <w:r w:rsidRPr="00D04601">
          <w:rPr>
            <w:rStyle w:val="Hyperlink"/>
            <w:b/>
            <w:bCs/>
            <w:i/>
            <w:iCs/>
            <w:sz w:val="20"/>
            <w:szCs w:val="20"/>
          </w:rPr>
          <w:t>Kadın</w:t>
        </w:r>
        <w:proofErr w:type="spellEnd"/>
        <w:r w:rsidRPr="00D04601">
          <w:rPr>
            <w:rStyle w:val="Hyperlink"/>
            <w:b/>
            <w:bCs/>
            <w:i/>
            <w:iCs/>
            <w:sz w:val="20"/>
            <w:szCs w:val="20"/>
          </w:rPr>
          <w:t xml:space="preserve"> Platformu</w:t>
        </w:r>
      </w:hyperlink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için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r w:rsidR="00BB254F">
        <w:rPr>
          <w:i/>
          <w:iCs/>
          <w:sz w:val="20"/>
          <w:szCs w:val="20"/>
        </w:rPr>
        <w:t xml:space="preserve">ilk </w:t>
      </w:r>
      <w:proofErr w:type="spellStart"/>
      <w:r w:rsidR="00BB254F">
        <w:rPr>
          <w:i/>
          <w:iCs/>
          <w:sz w:val="20"/>
          <w:szCs w:val="20"/>
        </w:rPr>
        <w:t>etapta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Deepl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kullan</w:t>
      </w:r>
      <w:r w:rsidR="00021492" w:rsidRPr="00021492">
        <w:rPr>
          <w:i/>
          <w:iCs/>
          <w:sz w:val="20"/>
          <w:szCs w:val="20"/>
        </w:rPr>
        <w:t>ı</w:t>
      </w:r>
      <w:r w:rsidRPr="00021492">
        <w:rPr>
          <w:i/>
          <w:iCs/>
          <w:sz w:val="20"/>
          <w:szCs w:val="20"/>
        </w:rPr>
        <w:t>larak</w:t>
      </w:r>
      <w:proofErr w:type="spellEnd"/>
      <w:r w:rsidR="00021492" w:rsidRPr="00021492">
        <w:rPr>
          <w:i/>
          <w:iCs/>
          <w:sz w:val="20"/>
          <w:szCs w:val="20"/>
        </w:rPr>
        <w:t xml:space="preserve">, </w:t>
      </w:r>
      <w:proofErr w:type="spellStart"/>
      <w:r w:rsidRPr="00021492">
        <w:rPr>
          <w:i/>
          <w:iCs/>
          <w:sz w:val="20"/>
          <w:szCs w:val="20"/>
        </w:rPr>
        <w:t>gönüllü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olarak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yapılan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bu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çevirinin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sorumlulu</w:t>
      </w:r>
      <w:r w:rsidRPr="00021492">
        <w:rPr>
          <w:sz w:val="20"/>
          <w:szCs w:val="20"/>
        </w:rPr>
        <w:t>ğ</w:t>
      </w:r>
      <w:r w:rsidRPr="00021492">
        <w:rPr>
          <w:i/>
          <w:iCs/>
          <w:sz w:val="20"/>
          <w:szCs w:val="20"/>
        </w:rPr>
        <w:t>u</w:t>
      </w:r>
      <w:proofErr w:type="spellEnd"/>
      <w:r w:rsidRPr="00021492">
        <w:rPr>
          <w:i/>
          <w:iCs/>
          <w:sz w:val="20"/>
          <w:szCs w:val="20"/>
        </w:rPr>
        <w:t xml:space="preserve"> Ay</w:t>
      </w:r>
      <w:r w:rsidRPr="00021492">
        <w:rPr>
          <w:sz w:val="20"/>
          <w:szCs w:val="20"/>
        </w:rPr>
        <w:t>ş</w:t>
      </w:r>
      <w:r w:rsidRPr="00021492">
        <w:rPr>
          <w:i/>
          <w:iCs/>
          <w:sz w:val="20"/>
          <w:szCs w:val="20"/>
        </w:rPr>
        <w:t xml:space="preserve">e </w:t>
      </w:r>
      <w:proofErr w:type="spellStart"/>
      <w:r w:rsidRPr="00021492">
        <w:rPr>
          <w:i/>
          <w:iCs/>
          <w:sz w:val="20"/>
          <w:szCs w:val="20"/>
        </w:rPr>
        <w:t>Durakba</w:t>
      </w:r>
      <w:r w:rsidRPr="00021492">
        <w:rPr>
          <w:sz w:val="20"/>
          <w:szCs w:val="20"/>
        </w:rPr>
        <w:t>ş</w:t>
      </w:r>
      <w:r w:rsidRPr="00021492">
        <w:rPr>
          <w:i/>
          <w:iCs/>
          <w:sz w:val="20"/>
          <w:szCs w:val="20"/>
        </w:rPr>
        <w:t>a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ve</w:t>
      </w:r>
      <w:proofErr w:type="spellEnd"/>
      <w:r w:rsidRPr="00021492">
        <w:rPr>
          <w:i/>
          <w:iCs/>
          <w:sz w:val="20"/>
          <w:szCs w:val="20"/>
        </w:rPr>
        <w:t xml:space="preserve"> Özlem </w:t>
      </w:r>
      <w:proofErr w:type="spellStart"/>
      <w:r w:rsidRPr="00021492">
        <w:rPr>
          <w:i/>
          <w:iCs/>
          <w:sz w:val="20"/>
          <w:szCs w:val="20"/>
        </w:rPr>
        <w:t>Altıok'a</w:t>
      </w:r>
      <w:proofErr w:type="spellEnd"/>
      <w:r w:rsidRPr="00021492">
        <w:rPr>
          <w:i/>
          <w:iCs/>
          <w:sz w:val="20"/>
          <w:szCs w:val="20"/>
        </w:rPr>
        <w:t xml:space="preserve"> </w:t>
      </w:r>
      <w:proofErr w:type="spellStart"/>
      <w:r w:rsidRPr="00021492">
        <w:rPr>
          <w:i/>
          <w:iCs/>
          <w:sz w:val="20"/>
          <w:szCs w:val="20"/>
        </w:rPr>
        <w:t>aittir</w:t>
      </w:r>
      <w:proofErr w:type="spellEnd"/>
      <w:r w:rsidRPr="00021492">
        <w:rPr>
          <w:i/>
          <w:iCs/>
          <w:sz w:val="20"/>
          <w:szCs w:val="20"/>
        </w:rPr>
        <w:t>.</w:t>
      </w:r>
      <w:r w:rsidR="00BB254F">
        <w:rPr>
          <w:i/>
          <w:iCs/>
          <w:sz w:val="20"/>
          <w:szCs w:val="20"/>
        </w:rPr>
        <w:t xml:space="preserve"> Serap </w:t>
      </w:r>
      <w:proofErr w:type="spellStart"/>
      <w:r w:rsidR="00BB254F" w:rsidRPr="00021492">
        <w:rPr>
          <w:i/>
          <w:iCs/>
          <w:sz w:val="20"/>
          <w:szCs w:val="20"/>
        </w:rPr>
        <w:t>Altıok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="00BB254F">
        <w:rPr>
          <w:i/>
          <w:iCs/>
          <w:sz w:val="20"/>
          <w:szCs w:val="20"/>
        </w:rPr>
        <w:t>metne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="00BB254F">
        <w:rPr>
          <w:i/>
          <w:iCs/>
          <w:sz w:val="20"/>
          <w:szCs w:val="20"/>
        </w:rPr>
        <w:t>editoryal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="00BB254F">
        <w:rPr>
          <w:i/>
          <w:iCs/>
          <w:sz w:val="20"/>
          <w:szCs w:val="20"/>
        </w:rPr>
        <w:t>katk</w:t>
      </w:r>
      <w:r w:rsidR="00BB254F" w:rsidRPr="00021492">
        <w:rPr>
          <w:i/>
          <w:iCs/>
          <w:sz w:val="20"/>
          <w:szCs w:val="20"/>
        </w:rPr>
        <w:t>ı</w:t>
      </w:r>
      <w:proofErr w:type="spellEnd"/>
      <w:r w:rsidR="00BB254F">
        <w:rPr>
          <w:i/>
          <w:iCs/>
          <w:sz w:val="20"/>
          <w:szCs w:val="20"/>
        </w:rPr>
        <w:t xml:space="preserve"> </w:t>
      </w:r>
      <w:proofErr w:type="spellStart"/>
      <w:r w:rsidR="00BB254F">
        <w:rPr>
          <w:i/>
          <w:iCs/>
          <w:sz w:val="20"/>
          <w:szCs w:val="20"/>
        </w:rPr>
        <w:t>sunmu</w:t>
      </w:r>
      <w:r w:rsidR="00BB254F" w:rsidRPr="00021492">
        <w:rPr>
          <w:sz w:val="20"/>
          <w:szCs w:val="20"/>
        </w:rPr>
        <w:t>ş</w:t>
      </w:r>
      <w:r w:rsidR="00BB254F">
        <w:rPr>
          <w:i/>
          <w:iCs/>
          <w:sz w:val="20"/>
          <w:szCs w:val="20"/>
        </w:rPr>
        <w:t>tur</w:t>
      </w:r>
      <w:proofErr w:type="spellEnd"/>
      <w:r w:rsidR="00BB254F">
        <w:rPr>
          <w:i/>
          <w:iCs/>
          <w:sz w:val="20"/>
          <w:szCs w:val="20"/>
        </w:rPr>
        <w:t xml:space="preserve">. </w:t>
      </w:r>
    </w:p>
    <w:p w14:paraId="44596C46" w14:textId="77777777" w:rsidR="00387953" w:rsidRDefault="000C7284" w:rsidP="00CB421B">
      <w:pPr>
        <w:spacing w:after="0"/>
        <w:rPr>
          <w:b/>
          <w:bCs/>
        </w:rPr>
      </w:pPr>
      <w:r w:rsidRPr="00387953">
        <w:rPr>
          <w:b/>
          <w:bCs/>
        </w:rPr>
        <w:lastRenderedPageBreak/>
        <w:t>I.</w:t>
      </w:r>
      <w:r w:rsidR="00E53AEA" w:rsidRPr="00387953">
        <w:rPr>
          <w:b/>
          <w:bCs/>
        </w:rPr>
        <w:t xml:space="preserve"> </w:t>
      </w:r>
      <w:proofErr w:type="spellStart"/>
      <w:r w:rsidRPr="00387953">
        <w:rPr>
          <w:b/>
          <w:bCs/>
        </w:rPr>
        <w:t>Giriş</w:t>
      </w:r>
      <w:proofErr w:type="spellEnd"/>
    </w:p>
    <w:p w14:paraId="6AE9CE07" w14:textId="5807F546" w:rsidR="00802C5D" w:rsidRPr="001A3C71" w:rsidRDefault="000C7284" w:rsidP="006E736E">
      <w:pPr>
        <w:spacing w:after="0"/>
        <w:jc w:val="both"/>
        <w:rPr>
          <w:b/>
          <w:bCs/>
          <w:sz w:val="20"/>
          <w:szCs w:val="20"/>
        </w:rPr>
      </w:pPr>
      <w:r>
        <w:br/>
      </w:r>
      <w:r w:rsidRPr="001A3C71">
        <w:rPr>
          <w:sz w:val="20"/>
          <w:szCs w:val="20"/>
        </w:rPr>
        <w:t xml:space="preserve">1. Bu </w:t>
      </w:r>
      <w:proofErr w:type="spellStart"/>
      <w:r w:rsidRPr="001A3C71">
        <w:rPr>
          <w:sz w:val="20"/>
          <w:szCs w:val="20"/>
        </w:rPr>
        <w:t>rapor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sistemlerinin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="00BD2D18" w:rsidRPr="001A3C71">
        <w:rPr>
          <w:sz w:val="20"/>
          <w:szCs w:val="20"/>
        </w:rPr>
        <w:t>toplumsal</w:t>
      </w:r>
      <w:proofErr w:type="spellEnd"/>
      <w:r w:rsidR="00BD2D18"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cinsiyet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boyutlarına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ilişkin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tematik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analiz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önerilerden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oluşmaktadır</w:t>
      </w:r>
      <w:proofErr w:type="spellEnd"/>
      <w:r w:rsidRPr="001A3C71">
        <w:rPr>
          <w:sz w:val="20"/>
          <w:szCs w:val="20"/>
        </w:rPr>
        <w:t xml:space="preserve">. </w:t>
      </w:r>
      <w:proofErr w:type="spellStart"/>
      <w:r w:rsidRPr="001A3C71">
        <w:rPr>
          <w:sz w:val="20"/>
          <w:szCs w:val="20"/>
        </w:rPr>
        <w:t>Ekte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önceki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raporun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sunulduğu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tarihten</w:t>
      </w:r>
      <w:proofErr w:type="spellEnd"/>
      <w:r w:rsidR="003E03DB" w:rsidRPr="001A3C71">
        <w:rPr>
          <w:sz w:val="20"/>
          <w:szCs w:val="20"/>
        </w:rPr>
        <w:t xml:space="preserve"> (</w:t>
      </w:r>
      <w:r w:rsidR="009C24B2" w:rsidRPr="001A3C71">
        <w:rPr>
          <w:sz w:val="20"/>
          <w:szCs w:val="20"/>
        </w:rPr>
        <w:t xml:space="preserve">1) </w:t>
      </w:r>
      <w:r w:rsidRPr="001A3C71">
        <w:rPr>
          <w:sz w:val="20"/>
          <w:szCs w:val="20"/>
        </w:rPr>
        <w:t xml:space="preserve">2025 </w:t>
      </w:r>
      <w:proofErr w:type="spellStart"/>
      <w:r w:rsidRPr="001A3C71">
        <w:rPr>
          <w:sz w:val="20"/>
          <w:szCs w:val="20"/>
        </w:rPr>
        <w:t>yılının</w:t>
      </w:r>
      <w:proofErr w:type="spellEnd"/>
      <w:r w:rsidRPr="001A3C71">
        <w:rPr>
          <w:sz w:val="20"/>
          <w:szCs w:val="20"/>
        </w:rPr>
        <w:t xml:space="preserve"> Nisan </w:t>
      </w:r>
      <w:proofErr w:type="spellStart"/>
      <w:r w:rsidRPr="001A3C71">
        <w:rPr>
          <w:sz w:val="20"/>
          <w:szCs w:val="20"/>
        </w:rPr>
        <w:t>ayına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kadar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Kadınlara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Kız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Çocuklarına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Yönelik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Ayrımcılıkla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Mücadele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Çalışma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Grubu'nun</w:t>
      </w:r>
      <w:proofErr w:type="spellEnd"/>
      <w:r w:rsidRPr="001A3C71">
        <w:rPr>
          <w:sz w:val="20"/>
          <w:szCs w:val="20"/>
        </w:rPr>
        <w:t xml:space="preserve"> ana </w:t>
      </w:r>
      <w:proofErr w:type="spellStart"/>
      <w:r w:rsidRPr="001A3C71">
        <w:rPr>
          <w:sz w:val="20"/>
          <w:szCs w:val="20"/>
        </w:rPr>
        <w:t>faaliyetlerine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ilişkin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güncel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bilgiler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yer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almaktadır</w:t>
      </w:r>
      <w:proofErr w:type="spellEnd"/>
      <w:r w:rsidRPr="001A3C71">
        <w:rPr>
          <w:sz w:val="20"/>
          <w:szCs w:val="20"/>
        </w:rPr>
        <w:t>.</w:t>
      </w:r>
    </w:p>
    <w:p w14:paraId="72772730" w14:textId="6FF6D22C" w:rsidR="003B2022" w:rsidRPr="001A3C71" w:rsidRDefault="000C7284" w:rsidP="006E736E">
      <w:pPr>
        <w:jc w:val="both"/>
        <w:rPr>
          <w:b/>
          <w:bCs/>
          <w:sz w:val="20"/>
          <w:szCs w:val="20"/>
        </w:rPr>
      </w:pPr>
      <w:r w:rsidRPr="001A3C71">
        <w:rPr>
          <w:sz w:val="20"/>
          <w:szCs w:val="20"/>
        </w:rPr>
        <w:br/>
        <w:t>2.</w:t>
      </w:r>
      <w:r w:rsidR="009C24B2"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Çalışma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Grubu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anketi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yanıtlayan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destekleyici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belgeler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sunan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bölgesel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tematik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istişarelere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katılan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tüm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paydaşlara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raporun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hazırlanmasına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yaptıkları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değerli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katkılarından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dolayı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teşekkür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eder</w:t>
      </w:r>
      <w:proofErr w:type="spellEnd"/>
      <w:r w:rsidRPr="001A3C71">
        <w:rPr>
          <w:sz w:val="20"/>
          <w:szCs w:val="20"/>
        </w:rPr>
        <w:t>.</w:t>
      </w:r>
      <w:r w:rsidR="003B2022"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t>(2)</w:t>
      </w:r>
    </w:p>
    <w:p w14:paraId="3C1C2D9F" w14:textId="77777777" w:rsidR="001A3C71" w:rsidRDefault="000C7284" w:rsidP="006E736E">
      <w:pPr>
        <w:spacing w:after="0"/>
        <w:jc w:val="both"/>
        <w:rPr>
          <w:b/>
          <w:bCs/>
        </w:rPr>
      </w:pPr>
      <w:r w:rsidRPr="001A3C71">
        <w:rPr>
          <w:b/>
          <w:bCs/>
        </w:rPr>
        <w:t>II.</w:t>
      </w:r>
      <w:r w:rsidR="009C24B2" w:rsidRPr="001A3C71">
        <w:rPr>
          <w:b/>
          <w:bCs/>
        </w:rPr>
        <w:t xml:space="preserve"> </w:t>
      </w:r>
      <w:proofErr w:type="spellStart"/>
      <w:r w:rsidRPr="001A3C71">
        <w:rPr>
          <w:b/>
          <w:bCs/>
        </w:rPr>
        <w:t>Bağlamsal</w:t>
      </w:r>
      <w:proofErr w:type="spellEnd"/>
      <w:r w:rsidRPr="001A3C71">
        <w:rPr>
          <w:b/>
          <w:bCs/>
        </w:rPr>
        <w:t xml:space="preserve"> </w:t>
      </w:r>
      <w:proofErr w:type="spellStart"/>
      <w:r w:rsidRPr="001A3C71">
        <w:rPr>
          <w:b/>
          <w:bCs/>
        </w:rPr>
        <w:t>ve</w:t>
      </w:r>
      <w:proofErr w:type="spellEnd"/>
      <w:r w:rsidRPr="001A3C71">
        <w:rPr>
          <w:b/>
          <w:bCs/>
        </w:rPr>
        <w:t xml:space="preserve"> </w:t>
      </w:r>
      <w:proofErr w:type="spellStart"/>
      <w:r w:rsidRPr="001A3C71">
        <w:rPr>
          <w:b/>
          <w:bCs/>
        </w:rPr>
        <w:t>kavramsal</w:t>
      </w:r>
      <w:proofErr w:type="spellEnd"/>
      <w:r w:rsidRPr="001A3C71">
        <w:rPr>
          <w:b/>
          <w:bCs/>
        </w:rPr>
        <w:t xml:space="preserve"> </w:t>
      </w:r>
      <w:proofErr w:type="spellStart"/>
      <w:r w:rsidRPr="001A3C71">
        <w:rPr>
          <w:b/>
          <w:bCs/>
        </w:rPr>
        <w:t>çerçeve</w:t>
      </w:r>
      <w:proofErr w:type="spellEnd"/>
    </w:p>
    <w:p w14:paraId="0E309C67" w14:textId="59C6D668" w:rsidR="00971269" w:rsidRPr="001A3C71" w:rsidRDefault="000C7284" w:rsidP="006E736E">
      <w:pPr>
        <w:spacing w:after="0"/>
        <w:jc w:val="both"/>
        <w:rPr>
          <w:b/>
          <w:bCs/>
          <w:sz w:val="20"/>
          <w:szCs w:val="20"/>
        </w:rPr>
      </w:pPr>
      <w:r w:rsidRPr="001A3C71">
        <w:rPr>
          <w:sz w:val="20"/>
          <w:szCs w:val="20"/>
        </w:rPr>
        <w:br/>
        <w:t>3.</w:t>
      </w:r>
      <w:r w:rsidR="009C24B2"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Araştırmalar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hizmetlerinin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ekonomi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toplum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için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hayati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önem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taşıdığını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uzun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zamandır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göstermektedir</w:t>
      </w:r>
      <w:proofErr w:type="spellEnd"/>
      <w:r w:rsidRPr="001A3C71">
        <w:rPr>
          <w:sz w:val="20"/>
          <w:szCs w:val="20"/>
        </w:rPr>
        <w:t>.</w:t>
      </w:r>
      <w:r w:rsidR="003B2022" w:rsidRPr="001A3C71">
        <w:rPr>
          <w:sz w:val="20"/>
          <w:szCs w:val="20"/>
        </w:rPr>
        <w:t xml:space="preserve"> </w:t>
      </w:r>
      <w:r w:rsidR="00FA27A5" w:rsidRPr="001A3C71">
        <w:rPr>
          <w:sz w:val="20"/>
          <w:szCs w:val="20"/>
        </w:rPr>
        <w:t>(</w:t>
      </w:r>
      <w:r w:rsidRPr="001A3C71">
        <w:rPr>
          <w:sz w:val="20"/>
          <w:szCs w:val="20"/>
        </w:rPr>
        <w:t>3</w:t>
      </w:r>
      <w:r w:rsidR="00FA27A5" w:rsidRPr="001A3C71">
        <w:rPr>
          <w:sz w:val="20"/>
          <w:szCs w:val="20"/>
        </w:rPr>
        <w:t>)</w:t>
      </w:r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Ancak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="004032BA" w:rsidRPr="001A3C71">
        <w:rPr>
          <w:sz w:val="20"/>
          <w:szCs w:val="20"/>
        </w:rPr>
        <w:t>toplumsal</w:t>
      </w:r>
      <w:proofErr w:type="spellEnd"/>
      <w:r w:rsidR="004032BA" w:rsidRPr="001A3C71">
        <w:rPr>
          <w:sz w:val="20"/>
          <w:szCs w:val="20"/>
        </w:rPr>
        <w:t xml:space="preserve"> </w:t>
      </w:r>
      <w:proofErr w:type="spellStart"/>
      <w:r w:rsidR="004032BA" w:rsidRPr="001A3C71">
        <w:rPr>
          <w:sz w:val="20"/>
          <w:szCs w:val="20"/>
        </w:rPr>
        <w:t>olarak</w:t>
      </w:r>
      <w:proofErr w:type="spellEnd"/>
      <w:r w:rsidR="004032BA" w:rsidRPr="001A3C71">
        <w:rPr>
          <w:sz w:val="20"/>
          <w:szCs w:val="20"/>
        </w:rPr>
        <w:t xml:space="preserve"> </w:t>
      </w:r>
      <w:proofErr w:type="spellStart"/>
      <w:r w:rsidR="004032BA" w:rsidRPr="001A3C71">
        <w:rPr>
          <w:sz w:val="20"/>
          <w:szCs w:val="20"/>
        </w:rPr>
        <w:t>kök</w:t>
      </w:r>
      <w:proofErr w:type="spellEnd"/>
      <w:r w:rsidR="004032BA" w:rsidRPr="001A3C71">
        <w:rPr>
          <w:sz w:val="20"/>
          <w:szCs w:val="20"/>
        </w:rPr>
        <w:t xml:space="preserve"> </w:t>
      </w:r>
      <w:proofErr w:type="spellStart"/>
      <w:r w:rsidR="004032BA" w:rsidRPr="001A3C71">
        <w:rPr>
          <w:sz w:val="20"/>
          <w:szCs w:val="20"/>
        </w:rPr>
        <w:t>salmış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cinsiyet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stereotipleri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ataerkil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="002B489F" w:rsidRPr="001A3C71">
        <w:rPr>
          <w:sz w:val="20"/>
          <w:szCs w:val="20"/>
        </w:rPr>
        <w:t>toplumsal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normlar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nedeniyle</w:t>
      </w:r>
      <w:proofErr w:type="spellEnd"/>
      <w:r w:rsidRPr="001A3C71">
        <w:rPr>
          <w:sz w:val="20"/>
          <w:szCs w:val="20"/>
        </w:rPr>
        <w:t>,</w:t>
      </w:r>
      <w:r w:rsidR="003B2022" w:rsidRPr="001A3C71">
        <w:rPr>
          <w:sz w:val="20"/>
          <w:szCs w:val="20"/>
        </w:rPr>
        <w:t xml:space="preserve"> </w:t>
      </w:r>
      <w:r w:rsidR="002A0EB1" w:rsidRPr="001A3C71">
        <w:rPr>
          <w:sz w:val="20"/>
          <w:szCs w:val="20"/>
        </w:rPr>
        <w:t>(</w:t>
      </w:r>
      <w:r w:rsidRPr="001A3C71">
        <w:rPr>
          <w:sz w:val="20"/>
          <w:szCs w:val="20"/>
        </w:rPr>
        <w:t>4</w:t>
      </w:r>
      <w:r w:rsidR="002A0EB1" w:rsidRPr="001A3C71">
        <w:rPr>
          <w:sz w:val="20"/>
          <w:szCs w:val="20"/>
        </w:rPr>
        <w:t>)</w:t>
      </w:r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sorumlulukları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orantısız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şekilde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kadınların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omuzlarına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yüklenmektedir</w:t>
      </w:r>
      <w:proofErr w:type="spellEnd"/>
      <w:r w:rsidRPr="001A3C71">
        <w:rPr>
          <w:sz w:val="20"/>
          <w:szCs w:val="20"/>
        </w:rPr>
        <w:t xml:space="preserve">.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çalışmaları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genellikle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iş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olarak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kabul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edilmez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kabul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edildiğinde</w:t>
      </w:r>
      <w:proofErr w:type="spellEnd"/>
      <w:r w:rsidRPr="001A3C71">
        <w:rPr>
          <w:sz w:val="20"/>
          <w:szCs w:val="20"/>
        </w:rPr>
        <w:t xml:space="preserve"> de </w:t>
      </w:r>
      <w:proofErr w:type="spellStart"/>
      <w:r w:rsidRPr="001A3C71">
        <w:rPr>
          <w:sz w:val="20"/>
          <w:szCs w:val="20"/>
        </w:rPr>
        <w:t>değeri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bilinmez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düşük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ücretlendirilir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yeterince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temsil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edilmez</w:t>
      </w:r>
      <w:proofErr w:type="spellEnd"/>
      <w:r w:rsidRPr="001A3C71">
        <w:rPr>
          <w:sz w:val="20"/>
          <w:szCs w:val="20"/>
        </w:rPr>
        <w:t xml:space="preserve">. (5) </w:t>
      </w:r>
      <w:proofErr w:type="spellStart"/>
      <w:r w:rsidRPr="001A3C71">
        <w:rPr>
          <w:sz w:val="20"/>
          <w:szCs w:val="20"/>
        </w:rPr>
        <w:t>Kadınlar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tüm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ücretsiz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çalışmalarının</w:t>
      </w:r>
      <w:proofErr w:type="spellEnd"/>
      <w:r w:rsidRPr="001A3C71">
        <w:rPr>
          <w:sz w:val="20"/>
          <w:szCs w:val="20"/>
        </w:rPr>
        <w:t xml:space="preserve"> %76,2'sini </w:t>
      </w:r>
      <w:proofErr w:type="spellStart"/>
      <w:r w:rsidRPr="001A3C71">
        <w:rPr>
          <w:sz w:val="20"/>
          <w:szCs w:val="20"/>
        </w:rPr>
        <w:t>gerçekleştirmektedir</w:t>
      </w:r>
      <w:proofErr w:type="spellEnd"/>
      <w:r w:rsidRPr="001A3C71">
        <w:rPr>
          <w:sz w:val="20"/>
          <w:szCs w:val="20"/>
        </w:rPr>
        <w:t xml:space="preserve">. </w:t>
      </w:r>
      <w:proofErr w:type="spellStart"/>
      <w:r w:rsidRPr="001A3C71">
        <w:rPr>
          <w:sz w:val="20"/>
          <w:szCs w:val="20"/>
        </w:rPr>
        <w:t>Ayrıca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ekonomisinin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önemli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alanlarından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olan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sağlık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sektöründeki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çalışanların</w:t>
      </w:r>
      <w:proofErr w:type="spellEnd"/>
      <w:r w:rsidRPr="001A3C71">
        <w:rPr>
          <w:sz w:val="20"/>
          <w:szCs w:val="20"/>
        </w:rPr>
        <w:t xml:space="preserve"> %70'inden </w:t>
      </w:r>
      <w:proofErr w:type="spellStart"/>
      <w:r w:rsidRPr="001A3C71">
        <w:rPr>
          <w:sz w:val="20"/>
          <w:szCs w:val="20"/>
        </w:rPr>
        <w:t>fazlasını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kadınlar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oluşturmaktadır</w:t>
      </w:r>
      <w:proofErr w:type="spellEnd"/>
      <w:r w:rsidRPr="001A3C71">
        <w:rPr>
          <w:sz w:val="20"/>
          <w:szCs w:val="20"/>
        </w:rPr>
        <w:t xml:space="preserve">. (6)  Bu durum, </w:t>
      </w:r>
      <w:proofErr w:type="spellStart"/>
      <w:r w:rsidRPr="001A3C71">
        <w:rPr>
          <w:sz w:val="20"/>
          <w:szCs w:val="20"/>
        </w:rPr>
        <w:t>cinsiyetler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arası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iş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bölümünü</w:t>
      </w:r>
      <w:proofErr w:type="spellEnd"/>
      <w:r w:rsidRPr="001A3C71">
        <w:rPr>
          <w:sz w:val="20"/>
          <w:szCs w:val="20"/>
        </w:rPr>
        <w:t xml:space="preserve"> hem </w:t>
      </w:r>
      <w:proofErr w:type="spellStart"/>
      <w:r w:rsidRPr="001A3C71">
        <w:rPr>
          <w:sz w:val="20"/>
          <w:szCs w:val="20"/>
        </w:rPr>
        <w:t>yansıtmakta</w:t>
      </w:r>
      <w:proofErr w:type="spellEnd"/>
      <w:r w:rsidRPr="001A3C71">
        <w:rPr>
          <w:sz w:val="20"/>
          <w:szCs w:val="20"/>
        </w:rPr>
        <w:t xml:space="preserve"> hem de </w:t>
      </w:r>
      <w:proofErr w:type="spellStart"/>
      <w:r w:rsidRPr="001A3C71">
        <w:rPr>
          <w:sz w:val="20"/>
          <w:szCs w:val="20"/>
        </w:rPr>
        <w:t>yeniden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üretmektedir</w:t>
      </w:r>
      <w:proofErr w:type="spellEnd"/>
      <w:r w:rsidRPr="001A3C71">
        <w:rPr>
          <w:sz w:val="20"/>
          <w:szCs w:val="20"/>
        </w:rPr>
        <w:t>.</w:t>
      </w:r>
      <w:r w:rsidR="003B2022"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t>(7)</w:t>
      </w:r>
    </w:p>
    <w:p w14:paraId="14ABECFA" w14:textId="66315888" w:rsidR="00783E16" w:rsidRDefault="000C7284" w:rsidP="006E736E">
      <w:pPr>
        <w:jc w:val="both"/>
        <w:rPr>
          <w:sz w:val="20"/>
          <w:szCs w:val="20"/>
        </w:rPr>
      </w:pPr>
      <w:r w:rsidRPr="001A3C71">
        <w:rPr>
          <w:sz w:val="20"/>
          <w:szCs w:val="20"/>
        </w:rPr>
        <w:br/>
        <w:t xml:space="preserve">4.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>, “</w:t>
      </w:r>
      <w:proofErr w:type="spellStart"/>
      <w:r w:rsidRPr="001A3C71">
        <w:rPr>
          <w:sz w:val="20"/>
          <w:szCs w:val="20"/>
        </w:rPr>
        <w:t>kendine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başkalarına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gezegene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özen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gösterme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eylemi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olarak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anlaşılır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bu</w:t>
      </w:r>
      <w:r w:rsidR="00D5585A" w:rsidRPr="001A3C71">
        <w:rPr>
          <w:sz w:val="20"/>
          <w:szCs w:val="20"/>
        </w:rPr>
        <w:t>na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ihtiyaç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duyanlara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yardım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sağlayarak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onların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onurlu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özerk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şekilde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topluma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katılmalarını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sağlamak</w:t>
      </w:r>
      <w:proofErr w:type="spellEnd"/>
      <w:r w:rsidRPr="001A3C71">
        <w:rPr>
          <w:sz w:val="20"/>
          <w:szCs w:val="20"/>
        </w:rPr>
        <w:t xml:space="preserve"> da </w:t>
      </w:r>
      <w:proofErr w:type="spellStart"/>
      <w:r w:rsidRPr="001A3C71">
        <w:rPr>
          <w:sz w:val="20"/>
          <w:szCs w:val="20"/>
        </w:rPr>
        <w:t>dahil</w:t>
      </w:r>
      <w:r w:rsidR="00B80FC7" w:rsidRPr="001A3C71">
        <w:rPr>
          <w:sz w:val="20"/>
          <w:szCs w:val="20"/>
        </w:rPr>
        <w:t>dir</w:t>
      </w:r>
      <w:proofErr w:type="spellEnd"/>
      <w:r w:rsidRPr="001A3C71">
        <w:rPr>
          <w:sz w:val="20"/>
          <w:szCs w:val="20"/>
        </w:rPr>
        <w:t xml:space="preserve">. </w:t>
      </w:r>
      <w:r w:rsidR="00C71857" w:rsidRPr="001A3C71">
        <w:rPr>
          <w:sz w:val="20"/>
          <w:szCs w:val="20"/>
        </w:rPr>
        <w:t>(</w:t>
      </w:r>
      <w:r w:rsidRPr="001A3C71">
        <w:rPr>
          <w:sz w:val="20"/>
          <w:szCs w:val="20"/>
        </w:rPr>
        <w:t>8</w:t>
      </w:r>
      <w:r w:rsidR="00C71857" w:rsidRPr="001A3C71">
        <w:rPr>
          <w:sz w:val="20"/>
          <w:szCs w:val="20"/>
        </w:rPr>
        <w:t>)</w:t>
      </w:r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>, “</w:t>
      </w:r>
      <w:proofErr w:type="spellStart"/>
      <w:r w:rsidRPr="001A3C71">
        <w:rPr>
          <w:sz w:val="20"/>
          <w:szCs w:val="20"/>
        </w:rPr>
        <w:t>günlük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faaliyetlerini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yürütmek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topluma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katılmak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için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ihtiyaç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duyan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birine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yardım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veya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sağlama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eylemi</w:t>
      </w:r>
      <w:proofErr w:type="spellEnd"/>
      <w:r w:rsidRPr="001A3C71">
        <w:rPr>
          <w:sz w:val="20"/>
          <w:szCs w:val="20"/>
        </w:rPr>
        <w:t xml:space="preserve">” </w:t>
      </w:r>
      <w:proofErr w:type="spellStart"/>
      <w:r w:rsidRPr="001A3C71">
        <w:rPr>
          <w:sz w:val="20"/>
          <w:szCs w:val="20"/>
        </w:rPr>
        <w:t>olarak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anlaşılır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yardım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="00722628" w:rsidRPr="001A3C71">
        <w:rPr>
          <w:sz w:val="20"/>
          <w:szCs w:val="20"/>
        </w:rPr>
        <w:t>iht</w:t>
      </w:r>
      <w:r w:rsidR="00C71857" w:rsidRPr="001A3C71">
        <w:rPr>
          <w:sz w:val="20"/>
          <w:szCs w:val="20"/>
        </w:rPr>
        <w:t>iyaç</w:t>
      </w:r>
      <w:proofErr w:type="spellEnd"/>
      <w:r w:rsidR="00C71857" w:rsidRPr="001A3C71">
        <w:rPr>
          <w:sz w:val="20"/>
          <w:szCs w:val="20"/>
        </w:rPr>
        <w:t xml:space="preserve"> </w:t>
      </w:r>
      <w:proofErr w:type="spellStart"/>
      <w:r w:rsidR="00C71857" w:rsidRPr="001A3C71">
        <w:rPr>
          <w:sz w:val="20"/>
          <w:szCs w:val="20"/>
        </w:rPr>
        <w:t>sahiplerinin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temel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ihtiyaçlarını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karşılarken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aynı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zamanda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onların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onurlu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özerk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şekilde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topluma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katılmalarını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sağlar</w:t>
      </w:r>
      <w:proofErr w:type="spellEnd"/>
      <w:r w:rsidRPr="001A3C71">
        <w:rPr>
          <w:sz w:val="20"/>
          <w:szCs w:val="20"/>
        </w:rPr>
        <w:t>.</w:t>
      </w:r>
      <w:r w:rsidR="003B2022" w:rsidRPr="001A3C71">
        <w:rPr>
          <w:sz w:val="20"/>
          <w:szCs w:val="20"/>
        </w:rPr>
        <w:t xml:space="preserve"> </w:t>
      </w:r>
      <w:r w:rsidR="00C71857" w:rsidRPr="001A3C71">
        <w:rPr>
          <w:sz w:val="20"/>
          <w:szCs w:val="20"/>
        </w:rPr>
        <w:t>(</w:t>
      </w:r>
      <w:r w:rsidRPr="001A3C71">
        <w:rPr>
          <w:sz w:val="20"/>
          <w:szCs w:val="20"/>
        </w:rPr>
        <w:t>9</w:t>
      </w:r>
      <w:r w:rsidR="00C71857" w:rsidRPr="001A3C71">
        <w:rPr>
          <w:sz w:val="20"/>
          <w:szCs w:val="20"/>
        </w:rPr>
        <w:t>)</w:t>
      </w:r>
      <w:r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Bakım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işi</w:t>
      </w:r>
      <w:proofErr w:type="spellEnd"/>
      <w:r w:rsidR="009F473A" w:rsidRPr="001A3C71">
        <w:rPr>
          <w:sz w:val="20"/>
          <w:szCs w:val="20"/>
        </w:rPr>
        <w:t xml:space="preserve">, </w:t>
      </w:r>
      <w:proofErr w:type="spellStart"/>
      <w:r w:rsidR="009F473A" w:rsidRPr="001A3C71">
        <w:rPr>
          <w:sz w:val="20"/>
          <w:szCs w:val="20"/>
        </w:rPr>
        <w:t>çocuklara</w:t>
      </w:r>
      <w:proofErr w:type="spellEnd"/>
      <w:r w:rsidR="009F473A" w:rsidRPr="001A3C71">
        <w:rPr>
          <w:sz w:val="20"/>
          <w:szCs w:val="20"/>
        </w:rPr>
        <w:t xml:space="preserve">, </w:t>
      </w:r>
      <w:proofErr w:type="spellStart"/>
      <w:r w:rsidR="009F473A" w:rsidRPr="001A3C71">
        <w:rPr>
          <w:sz w:val="20"/>
          <w:szCs w:val="20"/>
        </w:rPr>
        <w:t>hastalara</w:t>
      </w:r>
      <w:proofErr w:type="spellEnd"/>
      <w:r w:rsidR="009F473A" w:rsidRPr="001A3C71">
        <w:rPr>
          <w:sz w:val="20"/>
          <w:szCs w:val="20"/>
        </w:rPr>
        <w:t xml:space="preserve">, </w:t>
      </w:r>
      <w:proofErr w:type="spellStart"/>
      <w:r w:rsidR="009F473A" w:rsidRPr="001A3C71">
        <w:rPr>
          <w:sz w:val="20"/>
          <w:szCs w:val="20"/>
        </w:rPr>
        <w:t>yaşlılara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ve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engellilere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bakım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gibi</w:t>
      </w:r>
      <w:proofErr w:type="spellEnd"/>
      <w:r w:rsidR="009F473A" w:rsidRPr="001A3C71">
        <w:rPr>
          <w:sz w:val="20"/>
          <w:szCs w:val="20"/>
        </w:rPr>
        <w:t xml:space="preserve"> “</w:t>
      </w:r>
      <w:proofErr w:type="spellStart"/>
      <w:r w:rsidR="009F473A" w:rsidRPr="001A3C71">
        <w:rPr>
          <w:sz w:val="20"/>
          <w:szCs w:val="20"/>
        </w:rPr>
        <w:t>doğrudan</w:t>
      </w:r>
      <w:proofErr w:type="spellEnd"/>
      <w:r w:rsidR="009F473A" w:rsidRPr="001A3C71">
        <w:rPr>
          <w:sz w:val="20"/>
          <w:szCs w:val="20"/>
        </w:rPr>
        <w:t xml:space="preserve">” </w:t>
      </w:r>
      <w:proofErr w:type="spellStart"/>
      <w:r w:rsidR="009F473A" w:rsidRPr="001A3C71">
        <w:rPr>
          <w:sz w:val="20"/>
          <w:szCs w:val="20"/>
        </w:rPr>
        <w:t>veya</w:t>
      </w:r>
      <w:proofErr w:type="spellEnd"/>
      <w:r w:rsidR="009F473A" w:rsidRPr="001A3C71">
        <w:rPr>
          <w:sz w:val="20"/>
          <w:szCs w:val="20"/>
        </w:rPr>
        <w:t xml:space="preserve"> “</w:t>
      </w:r>
      <w:proofErr w:type="spellStart"/>
      <w:r w:rsidR="009F473A" w:rsidRPr="001A3C71">
        <w:rPr>
          <w:sz w:val="20"/>
          <w:szCs w:val="20"/>
        </w:rPr>
        <w:t>ilişkisel</w:t>
      </w:r>
      <w:proofErr w:type="spellEnd"/>
      <w:r w:rsidR="009F473A" w:rsidRPr="001A3C71">
        <w:rPr>
          <w:sz w:val="20"/>
          <w:szCs w:val="20"/>
        </w:rPr>
        <w:t xml:space="preserve">” </w:t>
      </w:r>
      <w:proofErr w:type="spellStart"/>
      <w:r w:rsidR="009F473A" w:rsidRPr="001A3C71">
        <w:rPr>
          <w:sz w:val="20"/>
          <w:szCs w:val="20"/>
        </w:rPr>
        <w:t>bakımı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ve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ayrıca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ev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içinde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ve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dışında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gerçekleşen</w:t>
      </w:r>
      <w:proofErr w:type="spellEnd"/>
      <w:r w:rsidR="009F473A" w:rsidRPr="001A3C71">
        <w:rPr>
          <w:sz w:val="20"/>
          <w:szCs w:val="20"/>
        </w:rPr>
        <w:t xml:space="preserve"> “</w:t>
      </w:r>
      <w:proofErr w:type="spellStart"/>
      <w:r w:rsidR="009F473A" w:rsidRPr="001A3C71">
        <w:rPr>
          <w:sz w:val="20"/>
          <w:szCs w:val="20"/>
        </w:rPr>
        <w:t>dolaylı</w:t>
      </w:r>
      <w:proofErr w:type="spellEnd"/>
      <w:r w:rsidR="009F473A" w:rsidRPr="001A3C71">
        <w:rPr>
          <w:sz w:val="20"/>
          <w:szCs w:val="20"/>
        </w:rPr>
        <w:t xml:space="preserve"> </w:t>
      </w:r>
      <w:proofErr w:type="spellStart"/>
      <w:r w:rsidR="009F473A" w:rsidRPr="001A3C71">
        <w:rPr>
          <w:sz w:val="20"/>
          <w:szCs w:val="20"/>
        </w:rPr>
        <w:t>bakımı</w:t>
      </w:r>
      <w:proofErr w:type="spellEnd"/>
      <w:r w:rsidR="009F473A" w:rsidRPr="001A3C71">
        <w:rPr>
          <w:sz w:val="20"/>
          <w:szCs w:val="20"/>
        </w:rPr>
        <w:t xml:space="preserve">” (10) </w:t>
      </w:r>
      <w:proofErr w:type="spellStart"/>
      <w:r w:rsidR="009F473A" w:rsidRPr="001A3C71">
        <w:rPr>
          <w:sz w:val="20"/>
          <w:szCs w:val="20"/>
        </w:rPr>
        <w:t>içerir</w:t>
      </w:r>
      <w:proofErr w:type="spellEnd"/>
      <w:r w:rsidR="009F473A" w:rsidRPr="001A3C71">
        <w:rPr>
          <w:sz w:val="20"/>
          <w:szCs w:val="20"/>
        </w:rPr>
        <w:t>.</w:t>
      </w:r>
    </w:p>
    <w:p w14:paraId="73B66C93" w14:textId="77777777" w:rsidR="00A3560E" w:rsidRDefault="00CB421B" w:rsidP="00A3560E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67B69DA9" w14:textId="3DCF0976" w:rsidR="009F473A" w:rsidRPr="00047D3B" w:rsidRDefault="000C7284" w:rsidP="00047D3B">
      <w:pPr>
        <w:pStyle w:val="Default"/>
        <w:rPr>
          <w:rFonts w:ascii="Cambria" w:hAnsi="Cambria"/>
        </w:rPr>
      </w:pPr>
      <w:r w:rsidRPr="00047D3B">
        <w:rPr>
          <w:rFonts w:ascii="Cambria" w:hAnsi="Cambria"/>
          <w:sz w:val="16"/>
          <w:szCs w:val="16"/>
        </w:rPr>
        <w:t xml:space="preserve">1 </w:t>
      </w:r>
      <w:r w:rsidR="00047D3B">
        <w:rPr>
          <w:rFonts w:ascii="Cambria" w:hAnsi="Cambria"/>
          <w:sz w:val="16"/>
          <w:szCs w:val="16"/>
        </w:rPr>
        <w:t xml:space="preserve"> </w:t>
      </w:r>
      <w:hyperlink r:id="rId12" w:history="1">
        <w:r w:rsidRPr="00047D3B">
          <w:rPr>
            <w:rStyle w:val="Hyperlink"/>
            <w:rFonts w:ascii="Cambria" w:hAnsi="Cambria"/>
            <w:sz w:val="16"/>
            <w:szCs w:val="16"/>
          </w:rPr>
          <w:t>A/HRC/56/51</w:t>
        </w:r>
      </w:hyperlink>
      <w:r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  <w:t xml:space="preserve">2  </w:t>
      </w:r>
      <w:proofErr w:type="spellStart"/>
      <w:r w:rsidRPr="00047D3B">
        <w:rPr>
          <w:rFonts w:ascii="Cambria" w:hAnsi="Cambria"/>
          <w:sz w:val="16"/>
          <w:szCs w:val="16"/>
        </w:rPr>
        <w:t>Devletler</w:t>
      </w:r>
      <w:proofErr w:type="spellEnd"/>
      <w:r w:rsidRPr="00047D3B">
        <w:rPr>
          <w:rFonts w:ascii="Cambria" w:hAnsi="Cambria"/>
          <w:sz w:val="16"/>
          <w:szCs w:val="16"/>
        </w:rPr>
        <w:t xml:space="preserve">, </w:t>
      </w:r>
      <w:proofErr w:type="spellStart"/>
      <w:r w:rsidRPr="00047D3B">
        <w:rPr>
          <w:rFonts w:ascii="Cambria" w:hAnsi="Cambria"/>
          <w:sz w:val="16"/>
          <w:szCs w:val="16"/>
        </w:rPr>
        <w:t>sivil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toplum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kuruluşları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ve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ulusal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insan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hakları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kurumlarının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katkıları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r w:rsidRPr="00047D3B">
        <w:rPr>
          <w:rFonts w:ascii="Cambria" w:hAnsi="Cambria"/>
          <w:sz w:val="16"/>
          <w:szCs w:val="16"/>
        </w:rPr>
        <w:br/>
      </w:r>
      <w:hyperlink r:id="rId13" w:history="1">
        <w:r w:rsidR="00BB254F" w:rsidRPr="00047D3B">
          <w:rPr>
            <w:rStyle w:val="Hyperlink"/>
            <w:rFonts w:ascii="Cambria" w:hAnsi="Cambria"/>
            <w:sz w:val="16"/>
            <w:szCs w:val="16"/>
          </w:rPr>
          <w:t>https://www.ohchr.org/en/calls-for-input/2024/call-inputs-mandate-working-group-discrimination-against-women-and-girls</w:t>
        </w:r>
      </w:hyperlink>
      <w:r w:rsidR="00BB254F"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adresinde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mevcuttur</w:t>
      </w:r>
      <w:proofErr w:type="spellEnd"/>
      <w:r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  <w:t xml:space="preserve">3  Silvia Federici, </w:t>
      </w:r>
      <w:r w:rsidR="00BB254F" w:rsidRPr="00A604D9">
        <w:rPr>
          <w:rFonts w:ascii="Cambria" w:hAnsi="Cambria"/>
          <w:i/>
          <w:iCs/>
          <w:sz w:val="16"/>
          <w:szCs w:val="16"/>
        </w:rPr>
        <w:t>Wages Against Housework</w:t>
      </w:r>
      <w:r w:rsidR="00BB254F" w:rsidRPr="00047D3B">
        <w:rPr>
          <w:rFonts w:ascii="Cambria" w:hAnsi="Cambria"/>
          <w:sz w:val="16"/>
          <w:szCs w:val="16"/>
        </w:rPr>
        <w:t xml:space="preserve"> (Power of Women Collective and Falling Wall Press, 1974); Marilyn Waring, </w:t>
      </w:r>
      <w:r w:rsidR="00BB254F" w:rsidRPr="00A604D9">
        <w:rPr>
          <w:rFonts w:ascii="Cambria" w:hAnsi="Cambria"/>
          <w:i/>
          <w:iCs/>
          <w:sz w:val="16"/>
          <w:szCs w:val="16"/>
        </w:rPr>
        <w:t>If Women Counted</w:t>
      </w:r>
      <w:r w:rsidR="00BB254F" w:rsidRPr="00047D3B">
        <w:rPr>
          <w:rFonts w:ascii="Cambria" w:hAnsi="Cambria"/>
          <w:sz w:val="16"/>
          <w:szCs w:val="16"/>
        </w:rPr>
        <w:t xml:space="preserve"> (</w:t>
      </w:r>
      <w:proofErr w:type="spellStart"/>
      <w:r w:rsidR="00BB254F" w:rsidRPr="00047D3B">
        <w:rPr>
          <w:rFonts w:ascii="Cambria" w:hAnsi="Cambria"/>
          <w:sz w:val="16"/>
          <w:szCs w:val="16"/>
        </w:rPr>
        <w:t>Harpercollins</w:t>
      </w:r>
      <w:proofErr w:type="spellEnd"/>
      <w:r w:rsidR="00BB254F" w:rsidRPr="00047D3B">
        <w:rPr>
          <w:rFonts w:ascii="Cambria" w:hAnsi="Cambria"/>
          <w:sz w:val="16"/>
          <w:szCs w:val="16"/>
        </w:rPr>
        <w:t xml:space="preserve">, 1988); Arlie Hochschild, </w:t>
      </w:r>
      <w:r w:rsidR="00BB254F" w:rsidRPr="00A604D9">
        <w:rPr>
          <w:rFonts w:ascii="Cambria" w:hAnsi="Cambria"/>
          <w:i/>
          <w:iCs/>
          <w:sz w:val="16"/>
          <w:szCs w:val="16"/>
        </w:rPr>
        <w:t>The Second Shift</w:t>
      </w:r>
      <w:r w:rsidR="00BB254F" w:rsidRPr="00047D3B">
        <w:rPr>
          <w:rFonts w:ascii="Cambria" w:hAnsi="Cambria"/>
          <w:sz w:val="16"/>
          <w:szCs w:val="16"/>
        </w:rPr>
        <w:t xml:space="preserve"> (Viking, 1990); </w:t>
      </w:r>
      <w:proofErr w:type="spellStart"/>
      <w:r w:rsidR="00A604D9">
        <w:rPr>
          <w:rFonts w:ascii="Cambria" w:hAnsi="Cambria"/>
          <w:sz w:val="16"/>
          <w:szCs w:val="16"/>
        </w:rPr>
        <w:t>ve</w:t>
      </w:r>
      <w:proofErr w:type="spellEnd"/>
      <w:r w:rsidR="00BB254F" w:rsidRPr="00047D3B">
        <w:rPr>
          <w:rFonts w:ascii="Cambria" w:hAnsi="Cambria"/>
          <w:sz w:val="16"/>
          <w:szCs w:val="16"/>
        </w:rPr>
        <w:t xml:space="preserve"> Diane Elson, </w:t>
      </w:r>
      <w:r w:rsidR="00BB254F" w:rsidRPr="00A604D9">
        <w:rPr>
          <w:rFonts w:ascii="Cambria" w:hAnsi="Cambria"/>
          <w:i/>
          <w:iCs/>
          <w:sz w:val="16"/>
          <w:szCs w:val="16"/>
        </w:rPr>
        <w:t xml:space="preserve">Value: The Representation of </w:t>
      </w:r>
      <w:proofErr w:type="spellStart"/>
      <w:r w:rsidR="00BB254F" w:rsidRPr="00A604D9">
        <w:rPr>
          <w:rFonts w:ascii="Cambria" w:hAnsi="Cambria"/>
          <w:i/>
          <w:iCs/>
          <w:sz w:val="16"/>
          <w:szCs w:val="16"/>
        </w:rPr>
        <w:t>Labour</w:t>
      </w:r>
      <w:proofErr w:type="spellEnd"/>
      <w:r w:rsidR="00BB254F" w:rsidRPr="00A604D9">
        <w:rPr>
          <w:rFonts w:ascii="Cambria" w:hAnsi="Cambria"/>
          <w:i/>
          <w:iCs/>
          <w:sz w:val="16"/>
          <w:szCs w:val="16"/>
        </w:rPr>
        <w:t xml:space="preserve"> in Capitalism</w:t>
      </w:r>
      <w:r w:rsidR="00BB254F" w:rsidRPr="00047D3B">
        <w:rPr>
          <w:rFonts w:ascii="Cambria" w:hAnsi="Cambria"/>
          <w:sz w:val="16"/>
          <w:szCs w:val="16"/>
        </w:rPr>
        <w:t xml:space="preserve"> (Verso, 2015)</w:t>
      </w:r>
      <w:r w:rsidR="00047D3B"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  <w:t xml:space="preserve">4  </w:t>
      </w:r>
      <w:proofErr w:type="spellStart"/>
      <w:r w:rsidRPr="00047D3B">
        <w:rPr>
          <w:rFonts w:ascii="Cambria" w:hAnsi="Cambria"/>
          <w:sz w:val="16"/>
          <w:szCs w:val="16"/>
        </w:rPr>
        <w:t>Bkz</w:t>
      </w:r>
      <w:proofErr w:type="spellEnd"/>
      <w:r w:rsidRPr="00047D3B">
        <w:rPr>
          <w:rFonts w:ascii="Cambria" w:hAnsi="Cambria"/>
          <w:sz w:val="16"/>
          <w:szCs w:val="16"/>
        </w:rPr>
        <w:t xml:space="preserve">. </w:t>
      </w:r>
      <w:hyperlink r:id="rId14" w:history="1">
        <w:r w:rsidRPr="00047D3B">
          <w:rPr>
            <w:rStyle w:val="Hyperlink"/>
            <w:rFonts w:ascii="Cambria" w:hAnsi="Cambria"/>
            <w:sz w:val="16"/>
            <w:szCs w:val="16"/>
          </w:rPr>
          <w:t>A/HRC/56/51</w:t>
        </w:r>
      </w:hyperlink>
      <w:r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  <w:t xml:space="preserve">5  </w:t>
      </w:r>
      <w:proofErr w:type="spellStart"/>
      <w:r w:rsidRPr="00047D3B">
        <w:rPr>
          <w:rFonts w:ascii="Cambria" w:hAnsi="Cambria"/>
          <w:sz w:val="16"/>
          <w:szCs w:val="16"/>
        </w:rPr>
        <w:t>Uluslararası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Çalışma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Örgütü</w:t>
      </w:r>
      <w:proofErr w:type="spellEnd"/>
      <w:r w:rsidRPr="00047D3B">
        <w:rPr>
          <w:rFonts w:ascii="Cambria" w:hAnsi="Cambria"/>
          <w:sz w:val="16"/>
          <w:szCs w:val="16"/>
        </w:rPr>
        <w:t xml:space="preserve"> (ILO), Decent Work and the Care Economy (</w:t>
      </w:r>
      <w:proofErr w:type="spellStart"/>
      <w:r w:rsidRPr="00047D3B">
        <w:rPr>
          <w:rFonts w:ascii="Cambria" w:hAnsi="Cambria"/>
          <w:sz w:val="16"/>
          <w:szCs w:val="16"/>
        </w:rPr>
        <w:t>Cenevre</w:t>
      </w:r>
      <w:proofErr w:type="spellEnd"/>
      <w:r w:rsidRPr="00047D3B">
        <w:rPr>
          <w:rFonts w:ascii="Cambria" w:hAnsi="Cambria"/>
          <w:sz w:val="16"/>
          <w:szCs w:val="16"/>
        </w:rPr>
        <w:t>, 2024), s. 23.</w:t>
      </w:r>
      <w:r w:rsidRPr="00047D3B">
        <w:rPr>
          <w:rFonts w:ascii="Cambria" w:hAnsi="Cambria"/>
          <w:sz w:val="16"/>
          <w:szCs w:val="16"/>
        </w:rPr>
        <w:br/>
        <w:t xml:space="preserve">6  </w:t>
      </w:r>
      <w:proofErr w:type="spellStart"/>
      <w:r w:rsidRPr="00047D3B">
        <w:rPr>
          <w:rFonts w:ascii="Cambria" w:hAnsi="Cambria"/>
          <w:sz w:val="16"/>
          <w:szCs w:val="16"/>
        </w:rPr>
        <w:t>Sağlık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çalışanları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, </w:t>
      </w:r>
      <w:proofErr w:type="spellStart"/>
      <w:r w:rsidRPr="00047D3B">
        <w:rPr>
          <w:rFonts w:ascii="Cambria" w:hAnsi="Cambria"/>
          <w:sz w:val="16"/>
          <w:szCs w:val="16"/>
        </w:rPr>
        <w:t>ücretli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bakım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çalışanlarının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önemli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bir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bölümünü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oluşturmaktadır</w:t>
      </w:r>
      <w:proofErr w:type="spellEnd"/>
      <w:r w:rsidRPr="00047D3B">
        <w:rPr>
          <w:rFonts w:ascii="Cambria" w:hAnsi="Cambria"/>
          <w:sz w:val="16"/>
          <w:szCs w:val="16"/>
        </w:rPr>
        <w:t xml:space="preserve">, </w:t>
      </w:r>
      <w:proofErr w:type="spellStart"/>
      <w:r w:rsidRPr="00047D3B">
        <w:rPr>
          <w:rFonts w:ascii="Cambria" w:hAnsi="Cambria"/>
          <w:sz w:val="16"/>
          <w:szCs w:val="16"/>
        </w:rPr>
        <w:t>ancak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tamamını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oluşturmamaktadır</w:t>
      </w:r>
      <w:proofErr w:type="spellEnd"/>
      <w:r w:rsidRPr="00047D3B">
        <w:rPr>
          <w:rFonts w:ascii="Cambria" w:hAnsi="Cambria"/>
          <w:sz w:val="16"/>
          <w:szCs w:val="16"/>
        </w:rPr>
        <w:t xml:space="preserve">. Bu </w:t>
      </w:r>
      <w:proofErr w:type="spellStart"/>
      <w:r w:rsidRPr="00047D3B">
        <w:rPr>
          <w:rFonts w:ascii="Cambria" w:hAnsi="Cambria"/>
          <w:sz w:val="16"/>
          <w:szCs w:val="16"/>
        </w:rPr>
        <w:t>istatistiklere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dahil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edilmeyen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ücretli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ev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çalışanları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, </w:t>
      </w:r>
      <w:proofErr w:type="spellStart"/>
      <w:r w:rsidRPr="00047D3B">
        <w:rPr>
          <w:rFonts w:ascii="Cambria" w:hAnsi="Cambria"/>
          <w:sz w:val="16"/>
          <w:szCs w:val="16"/>
        </w:rPr>
        <w:t>sosyal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hizmet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çalışanları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ve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eğitim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çalışanları</w:t>
      </w:r>
      <w:proofErr w:type="spellEnd"/>
      <w:r w:rsidRPr="00047D3B">
        <w:rPr>
          <w:rFonts w:ascii="Cambria" w:hAnsi="Cambria"/>
          <w:sz w:val="16"/>
          <w:szCs w:val="16"/>
        </w:rPr>
        <w:t xml:space="preserve"> da </w:t>
      </w:r>
      <w:proofErr w:type="spellStart"/>
      <w:r w:rsidRPr="00047D3B">
        <w:rPr>
          <w:rFonts w:ascii="Cambria" w:hAnsi="Cambria"/>
          <w:sz w:val="16"/>
          <w:szCs w:val="16"/>
        </w:rPr>
        <w:t>bulunmaktadır</w:t>
      </w:r>
      <w:proofErr w:type="spellEnd"/>
      <w:r w:rsidRPr="00047D3B">
        <w:rPr>
          <w:rFonts w:ascii="Cambria" w:hAnsi="Cambria"/>
          <w:sz w:val="16"/>
          <w:szCs w:val="16"/>
        </w:rPr>
        <w:t xml:space="preserve">. </w:t>
      </w:r>
      <w:proofErr w:type="spellStart"/>
      <w:r w:rsidRPr="00047D3B">
        <w:rPr>
          <w:rFonts w:ascii="Cambria" w:hAnsi="Cambria"/>
          <w:sz w:val="16"/>
          <w:szCs w:val="16"/>
        </w:rPr>
        <w:t>Bkz</w:t>
      </w:r>
      <w:proofErr w:type="spellEnd"/>
      <w:r w:rsidRPr="00047D3B">
        <w:rPr>
          <w:rFonts w:ascii="Cambria" w:hAnsi="Cambria"/>
          <w:sz w:val="16"/>
          <w:szCs w:val="16"/>
        </w:rPr>
        <w:t xml:space="preserve">. ILO, İnsana </w:t>
      </w:r>
      <w:proofErr w:type="spellStart"/>
      <w:r w:rsidRPr="00047D3B">
        <w:rPr>
          <w:rFonts w:ascii="Cambria" w:hAnsi="Cambria"/>
          <w:sz w:val="16"/>
          <w:szCs w:val="16"/>
        </w:rPr>
        <w:t>Yakışır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İş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ve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Bakım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Ekonomisi</w:t>
      </w:r>
      <w:proofErr w:type="spellEnd"/>
      <w:r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  <w:t xml:space="preserve">7  </w:t>
      </w:r>
      <w:proofErr w:type="spellStart"/>
      <w:r w:rsidRPr="00047D3B">
        <w:rPr>
          <w:rFonts w:ascii="Cambria" w:hAnsi="Cambria"/>
          <w:sz w:val="16"/>
          <w:szCs w:val="16"/>
        </w:rPr>
        <w:t>Bkz</w:t>
      </w:r>
      <w:proofErr w:type="spellEnd"/>
      <w:r w:rsidRPr="00047D3B">
        <w:rPr>
          <w:rFonts w:ascii="Cambria" w:hAnsi="Cambria"/>
          <w:sz w:val="16"/>
          <w:szCs w:val="16"/>
        </w:rPr>
        <w:t xml:space="preserve">. </w:t>
      </w:r>
      <w:hyperlink r:id="rId15" w:history="1">
        <w:r w:rsidRPr="00047D3B">
          <w:rPr>
            <w:rStyle w:val="Hyperlink"/>
            <w:rFonts w:ascii="Cambria" w:hAnsi="Cambria"/>
            <w:sz w:val="16"/>
            <w:szCs w:val="16"/>
          </w:rPr>
          <w:t>A/HRC/53/39</w:t>
        </w:r>
      </w:hyperlink>
      <w:r w:rsidRPr="00047D3B">
        <w:rPr>
          <w:rFonts w:ascii="Cambria" w:hAnsi="Cambria"/>
          <w:sz w:val="16"/>
          <w:szCs w:val="16"/>
        </w:rPr>
        <w:t>.</w:t>
      </w:r>
      <w:r w:rsidRPr="00047D3B">
        <w:rPr>
          <w:rFonts w:ascii="Cambria" w:hAnsi="Cambria"/>
          <w:sz w:val="16"/>
          <w:szCs w:val="16"/>
        </w:rPr>
        <w:br/>
        <w:t xml:space="preserve">8  </w:t>
      </w:r>
      <w:proofErr w:type="spellStart"/>
      <w:r w:rsidRPr="00047D3B">
        <w:rPr>
          <w:rFonts w:ascii="Cambria" w:hAnsi="Cambria"/>
          <w:sz w:val="16"/>
          <w:szCs w:val="16"/>
        </w:rPr>
        <w:t>Birleşmiş</w:t>
      </w:r>
      <w:proofErr w:type="spellEnd"/>
      <w:r w:rsidRPr="00047D3B">
        <w:rPr>
          <w:rFonts w:ascii="Cambria" w:hAnsi="Cambria"/>
          <w:sz w:val="16"/>
          <w:szCs w:val="16"/>
        </w:rPr>
        <w:t xml:space="preserve"> </w:t>
      </w:r>
      <w:proofErr w:type="spellStart"/>
      <w:r w:rsidRPr="00047D3B">
        <w:rPr>
          <w:rFonts w:ascii="Cambria" w:hAnsi="Cambria"/>
          <w:sz w:val="16"/>
          <w:szCs w:val="16"/>
        </w:rPr>
        <w:t>Milletler</w:t>
      </w:r>
      <w:proofErr w:type="spellEnd"/>
      <w:r w:rsidRPr="00047D3B">
        <w:rPr>
          <w:rFonts w:ascii="Cambria" w:hAnsi="Cambria"/>
          <w:sz w:val="16"/>
          <w:szCs w:val="16"/>
        </w:rPr>
        <w:t xml:space="preserve">, </w:t>
      </w:r>
      <w:r w:rsidR="00BD3811" w:rsidRPr="00047D3B">
        <w:rPr>
          <w:rFonts w:ascii="Cambria" w:hAnsi="Cambria"/>
          <w:sz w:val="16"/>
          <w:szCs w:val="16"/>
        </w:rPr>
        <w:t>“Transforming care systems in the context of the Sustainable Development Goals and Our Common Agenda,”</w:t>
      </w:r>
      <w:r w:rsidR="007D53EC">
        <w:rPr>
          <w:rFonts w:ascii="Cambria" w:hAnsi="Cambria"/>
          <w:sz w:val="16"/>
          <w:szCs w:val="16"/>
        </w:rPr>
        <w:t xml:space="preserve"> </w:t>
      </w:r>
      <w:r w:rsidR="00AA27E9" w:rsidRPr="00047D3B">
        <w:rPr>
          <w:rFonts w:ascii="Cambria" w:hAnsi="Cambria"/>
          <w:sz w:val="16"/>
          <w:szCs w:val="16"/>
        </w:rPr>
        <w:t>United Nations Systems Policy Paper</w:t>
      </w:r>
      <w:r w:rsidRPr="00047D3B">
        <w:rPr>
          <w:rFonts w:ascii="Cambria" w:hAnsi="Cambria"/>
          <w:sz w:val="16"/>
          <w:szCs w:val="16"/>
        </w:rPr>
        <w:t xml:space="preserve"> (2024), s.4.</w:t>
      </w:r>
      <w:r w:rsidRPr="00CB421B">
        <w:rPr>
          <w:sz w:val="16"/>
          <w:szCs w:val="16"/>
        </w:rPr>
        <w:br/>
      </w:r>
      <w:r w:rsidRPr="00CB421B">
        <w:rPr>
          <w:sz w:val="16"/>
          <w:szCs w:val="16"/>
          <w:lang w:val="es-ES"/>
        </w:rPr>
        <w:t xml:space="preserve">9  </w:t>
      </w:r>
      <w:proofErr w:type="spellStart"/>
      <w:r w:rsidRPr="00047D3B">
        <w:rPr>
          <w:rFonts w:ascii="Cambria" w:hAnsi="Cambria"/>
          <w:sz w:val="16"/>
          <w:szCs w:val="16"/>
          <w:lang w:val="es-ES"/>
        </w:rPr>
        <w:t>A.g.e</w:t>
      </w:r>
      <w:proofErr w:type="spellEnd"/>
      <w:r w:rsidRPr="00047D3B">
        <w:rPr>
          <w:rFonts w:ascii="Cambria" w:hAnsi="Cambria"/>
          <w:sz w:val="16"/>
          <w:szCs w:val="16"/>
          <w:lang w:val="es-ES"/>
        </w:rPr>
        <w:t xml:space="preserve">., s. 4; </w:t>
      </w:r>
      <w:hyperlink r:id="rId16" w:history="1">
        <w:r w:rsidRPr="00047D3B">
          <w:rPr>
            <w:rStyle w:val="Hyperlink"/>
            <w:rFonts w:ascii="Cambria" w:hAnsi="Cambria"/>
            <w:sz w:val="16"/>
            <w:szCs w:val="16"/>
            <w:lang w:val="es-ES"/>
          </w:rPr>
          <w:t>A/HRC/58/43</w:t>
        </w:r>
      </w:hyperlink>
      <w:r w:rsidRPr="00047D3B">
        <w:rPr>
          <w:rFonts w:ascii="Cambria" w:hAnsi="Cambria"/>
          <w:sz w:val="16"/>
          <w:szCs w:val="16"/>
          <w:lang w:val="es-ES"/>
        </w:rPr>
        <w:t xml:space="preserve">, para. 5; ve </w:t>
      </w:r>
      <w:hyperlink r:id="rId17" w:history="1">
        <w:r w:rsidRPr="00047D3B">
          <w:rPr>
            <w:rStyle w:val="Hyperlink"/>
            <w:rFonts w:ascii="Cambria" w:hAnsi="Cambria"/>
            <w:sz w:val="16"/>
            <w:szCs w:val="16"/>
            <w:lang w:val="es-ES"/>
          </w:rPr>
          <w:t>A/HRC/34/58</w:t>
        </w:r>
      </w:hyperlink>
      <w:r w:rsidRPr="00047D3B">
        <w:rPr>
          <w:rFonts w:ascii="Cambria" w:hAnsi="Cambria"/>
          <w:sz w:val="16"/>
          <w:szCs w:val="16"/>
          <w:lang w:val="es-ES"/>
        </w:rPr>
        <w:t>, para. 13 ve 16.</w:t>
      </w:r>
      <w:r w:rsidR="009F473A" w:rsidRPr="00CB421B">
        <w:rPr>
          <w:sz w:val="16"/>
          <w:szCs w:val="16"/>
          <w:lang w:val="es-ES"/>
        </w:rPr>
        <w:t xml:space="preserve"> </w:t>
      </w:r>
    </w:p>
    <w:p w14:paraId="258E9904" w14:textId="41D0B2FF" w:rsidR="009F473A" w:rsidRPr="00CB421B" w:rsidRDefault="009F473A" w:rsidP="009F473A">
      <w:pPr>
        <w:spacing w:after="0"/>
        <w:rPr>
          <w:sz w:val="16"/>
          <w:szCs w:val="16"/>
          <w:lang w:val="es-ES"/>
        </w:rPr>
      </w:pPr>
      <w:r w:rsidRPr="00CB421B">
        <w:rPr>
          <w:sz w:val="16"/>
          <w:szCs w:val="16"/>
          <w:lang w:val="es-ES"/>
        </w:rPr>
        <w:t xml:space="preserve">10  </w:t>
      </w:r>
      <w:proofErr w:type="spellStart"/>
      <w:r w:rsidRPr="00CB421B">
        <w:rPr>
          <w:sz w:val="16"/>
          <w:szCs w:val="16"/>
          <w:lang w:val="es-ES"/>
        </w:rPr>
        <w:t>Uluslararası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Çalışma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Örgütü</w:t>
      </w:r>
      <w:proofErr w:type="spellEnd"/>
      <w:r w:rsidRPr="00CB421B">
        <w:rPr>
          <w:sz w:val="16"/>
          <w:szCs w:val="16"/>
          <w:lang w:val="es-ES"/>
        </w:rPr>
        <w:t xml:space="preserve"> (ILO), </w:t>
      </w:r>
      <w:proofErr w:type="spellStart"/>
      <w:r w:rsidR="00AA27E9" w:rsidRPr="00A604D9">
        <w:rPr>
          <w:i/>
          <w:iCs/>
          <w:sz w:val="16"/>
          <w:szCs w:val="16"/>
          <w:lang w:val="es-ES"/>
        </w:rPr>
        <w:t>Decent</w:t>
      </w:r>
      <w:proofErr w:type="spellEnd"/>
      <w:r w:rsidR="00AA27E9" w:rsidRPr="00A604D9">
        <w:rPr>
          <w:i/>
          <w:iCs/>
          <w:sz w:val="16"/>
          <w:szCs w:val="16"/>
          <w:lang w:val="es-ES"/>
        </w:rPr>
        <w:t xml:space="preserve"> </w:t>
      </w:r>
      <w:proofErr w:type="spellStart"/>
      <w:r w:rsidR="00AA27E9" w:rsidRPr="00A604D9">
        <w:rPr>
          <w:i/>
          <w:iCs/>
          <w:sz w:val="16"/>
          <w:szCs w:val="16"/>
          <w:lang w:val="es-ES"/>
        </w:rPr>
        <w:t>Work</w:t>
      </w:r>
      <w:proofErr w:type="spellEnd"/>
      <w:r w:rsidR="00AA27E9" w:rsidRPr="00A604D9">
        <w:rPr>
          <w:i/>
          <w:iCs/>
          <w:sz w:val="16"/>
          <w:szCs w:val="16"/>
          <w:lang w:val="es-ES"/>
        </w:rPr>
        <w:t xml:space="preserve"> and </w:t>
      </w:r>
      <w:proofErr w:type="spellStart"/>
      <w:r w:rsidR="00AA27E9" w:rsidRPr="00A604D9">
        <w:rPr>
          <w:i/>
          <w:iCs/>
          <w:sz w:val="16"/>
          <w:szCs w:val="16"/>
          <w:lang w:val="es-ES"/>
        </w:rPr>
        <w:t>the</w:t>
      </w:r>
      <w:proofErr w:type="spellEnd"/>
      <w:r w:rsidR="00AA27E9" w:rsidRPr="00A604D9">
        <w:rPr>
          <w:i/>
          <w:iCs/>
          <w:sz w:val="16"/>
          <w:szCs w:val="16"/>
          <w:lang w:val="es-ES"/>
        </w:rPr>
        <w:t xml:space="preserve"> Care </w:t>
      </w:r>
      <w:proofErr w:type="spellStart"/>
      <w:r w:rsidR="00AA27E9" w:rsidRPr="00A604D9">
        <w:rPr>
          <w:i/>
          <w:iCs/>
          <w:sz w:val="16"/>
          <w:szCs w:val="16"/>
          <w:lang w:val="es-ES"/>
        </w:rPr>
        <w:t>Economy</w:t>
      </w:r>
      <w:proofErr w:type="spellEnd"/>
      <w:r w:rsidRPr="00CB421B">
        <w:rPr>
          <w:sz w:val="16"/>
          <w:szCs w:val="16"/>
          <w:lang w:val="es-ES"/>
        </w:rPr>
        <w:t>, s. 19.</w:t>
      </w:r>
    </w:p>
    <w:p w14:paraId="3A7A0A0C" w14:textId="77777777" w:rsidR="00CB421B" w:rsidRDefault="00CB421B">
      <w:pPr>
        <w:rPr>
          <w:sz w:val="20"/>
          <w:szCs w:val="20"/>
        </w:rPr>
      </w:pPr>
    </w:p>
    <w:p w14:paraId="001A6FDF" w14:textId="77777777" w:rsidR="0027426C" w:rsidRDefault="0027426C">
      <w:pPr>
        <w:rPr>
          <w:sz w:val="20"/>
          <w:szCs w:val="20"/>
        </w:rPr>
      </w:pPr>
    </w:p>
    <w:p w14:paraId="5E78DD65" w14:textId="63832D9F" w:rsidR="009F473A" w:rsidRPr="001A3C71" w:rsidRDefault="00802C5D" w:rsidP="006E736E">
      <w:pPr>
        <w:spacing w:after="0"/>
        <w:jc w:val="both"/>
        <w:rPr>
          <w:sz w:val="20"/>
          <w:szCs w:val="20"/>
        </w:rPr>
      </w:pPr>
      <w:r w:rsidRPr="001A3C71">
        <w:rPr>
          <w:sz w:val="20"/>
          <w:szCs w:val="20"/>
        </w:rPr>
        <w:lastRenderedPageBreak/>
        <w:t xml:space="preserve">5. </w:t>
      </w:r>
      <w:proofErr w:type="spellStart"/>
      <w:r w:rsidRPr="001A3C71">
        <w:rPr>
          <w:sz w:val="20"/>
          <w:szCs w:val="20"/>
        </w:rPr>
        <w:t>Haneler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piyasa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temelli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kuruluşlar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kamu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sektörü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topluluk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temelli</w:t>
      </w:r>
      <w:proofErr w:type="spellEnd"/>
      <w:r w:rsidRPr="001A3C71">
        <w:rPr>
          <w:sz w:val="20"/>
          <w:szCs w:val="20"/>
        </w:rPr>
        <w:t>/</w:t>
      </w:r>
      <w:proofErr w:type="spellStart"/>
      <w:r w:rsidRPr="001A3C71">
        <w:rPr>
          <w:sz w:val="20"/>
          <w:szCs w:val="20"/>
        </w:rPr>
        <w:t>kar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amacı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gütmeyen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kuruluşlar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sağlayan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başlıca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kurumlardır</w:t>
      </w:r>
      <w:proofErr w:type="spellEnd"/>
      <w:r w:rsidRPr="001A3C71">
        <w:rPr>
          <w:sz w:val="20"/>
          <w:szCs w:val="20"/>
        </w:rPr>
        <w:t xml:space="preserve">. </w:t>
      </w:r>
      <w:proofErr w:type="spellStart"/>
      <w:r w:rsidRPr="001A3C71">
        <w:rPr>
          <w:sz w:val="20"/>
          <w:szCs w:val="20"/>
        </w:rPr>
        <w:t>Devletler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piyasalar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destek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sorumluluğunu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maliyetini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ailelere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aktardığında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bu</w:t>
      </w:r>
      <w:proofErr w:type="spellEnd"/>
      <w:r w:rsidRPr="001A3C71">
        <w:rPr>
          <w:sz w:val="20"/>
          <w:szCs w:val="20"/>
        </w:rPr>
        <w:t xml:space="preserve"> durum </w:t>
      </w:r>
      <w:proofErr w:type="spellStart"/>
      <w:r w:rsidRPr="001A3C71">
        <w:rPr>
          <w:sz w:val="20"/>
          <w:szCs w:val="20"/>
        </w:rPr>
        <w:t>kadınların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kız</w:t>
      </w:r>
      <w:proofErr w:type="spellEnd"/>
      <w:r w:rsidRPr="001A3C71">
        <w:rPr>
          <w:sz w:val="20"/>
          <w:szCs w:val="20"/>
        </w:rPr>
        <w:t xml:space="preserve"> </w:t>
      </w:r>
      <w:r w:rsidRPr="001A3C71">
        <w:rPr>
          <w:sz w:val="20"/>
          <w:szCs w:val="20"/>
        </w:rPr>
        <w:br/>
      </w:r>
      <w:proofErr w:type="spellStart"/>
      <w:r w:rsidRPr="001A3C71">
        <w:rPr>
          <w:sz w:val="20"/>
          <w:szCs w:val="20"/>
        </w:rPr>
        <w:t>çocuklarının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iş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yükünü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artırmaktadır</w:t>
      </w:r>
      <w:proofErr w:type="spellEnd"/>
      <w:r w:rsidRPr="001A3C71">
        <w:rPr>
          <w:sz w:val="20"/>
          <w:szCs w:val="20"/>
        </w:rPr>
        <w:t xml:space="preserve">. </w:t>
      </w:r>
      <w:proofErr w:type="spellStart"/>
      <w:r w:rsidRPr="001A3C71">
        <w:rPr>
          <w:sz w:val="20"/>
          <w:szCs w:val="20"/>
        </w:rPr>
        <w:t>Koronavirüs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hastalığı</w:t>
      </w:r>
      <w:proofErr w:type="spellEnd"/>
      <w:r w:rsidRPr="001A3C71">
        <w:rPr>
          <w:sz w:val="20"/>
          <w:szCs w:val="20"/>
        </w:rPr>
        <w:t xml:space="preserve"> (COVID-19) </w:t>
      </w:r>
      <w:proofErr w:type="spellStart"/>
      <w:r w:rsidRPr="001A3C71">
        <w:rPr>
          <w:sz w:val="20"/>
          <w:szCs w:val="20"/>
        </w:rPr>
        <w:t>salgını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bunu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çarpıcı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şekilde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ortaya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koymuştur</w:t>
      </w:r>
      <w:proofErr w:type="spellEnd"/>
      <w:r w:rsidRPr="001A3C71">
        <w:rPr>
          <w:sz w:val="20"/>
          <w:szCs w:val="20"/>
        </w:rPr>
        <w:t xml:space="preserve">. (11) </w:t>
      </w:r>
      <w:proofErr w:type="spellStart"/>
      <w:r w:rsidRPr="001A3C71">
        <w:rPr>
          <w:sz w:val="20"/>
          <w:szCs w:val="20"/>
        </w:rPr>
        <w:t>Bununla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birlikte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geleneksel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ekonomi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anlatıları</w:t>
      </w:r>
      <w:proofErr w:type="spellEnd"/>
      <w:r w:rsidRPr="001A3C71">
        <w:rPr>
          <w:sz w:val="20"/>
          <w:szCs w:val="20"/>
        </w:rPr>
        <w:t xml:space="preserve">, </w:t>
      </w:r>
      <w:proofErr w:type="spellStart"/>
      <w:r w:rsidRPr="001A3C71">
        <w:rPr>
          <w:sz w:val="20"/>
          <w:szCs w:val="20"/>
        </w:rPr>
        <w:t>devletlerin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ve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piyasaların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işleyişi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için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bakım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işinin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önemini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göz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ardı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etmektedir</w:t>
      </w:r>
      <w:proofErr w:type="spellEnd"/>
      <w:r w:rsidRPr="001A3C71">
        <w:rPr>
          <w:sz w:val="20"/>
          <w:szCs w:val="20"/>
        </w:rPr>
        <w:t xml:space="preserve">. (12) </w:t>
      </w:r>
      <w:proofErr w:type="spellStart"/>
      <w:r w:rsidRPr="001A3C71">
        <w:rPr>
          <w:sz w:val="20"/>
          <w:szCs w:val="20"/>
        </w:rPr>
        <w:t>Çalışma</w:t>
      </w:r>
      <w:proofErr w:type="spellEnd"/>
      <w:r w:rsidRPr="001A3C71">
        <w:rPr>
          <w:sz w:val="20"/>
          <w:szCs w:val="20"/>
        </w:rPr>
        <w:t xml:space="preserve"> </w:t>
      </w:r>
      <w:proofErr w:type="spellStart"/>
      <w:r w:rsidRPr="001A3C71">
        <w:rPr>
          <w:sz w:val="20"/>
          <w:szCs w:val="20"/>
        </w:rPr>
        <w:t>Grubu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="00140284" w:rsidRPr="001A3C71">
        <w:rPr>
          <w:sz w:val="20"/>
          <w:szCs w:val="20"/>
          <w:lang w:val="es-ES"/>
        </w:rPr>
        <w:t>t</w:t>
      </w:r>
      <w:r w:rsidR="0024676F" w:rsidRPr="001A3C71">
        <w:rPr>
          <w:sz w:val="20"/>
          <w:szCs w:val="20"/>
          <w:lang w:val="es-ES"/>
        </w:rPr>
        <w:t>oplumsal</w:t>
      </w:r>
      <w:proofErr w:type="spellEnd"/>
      <w:r w:rsidR="0024676F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cinsiyet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eşitliği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sürdürülebilir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kalkınmanın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sağlanması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için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anahtar</w:t>
      </w:r>
      <w:proofErr w:type="spellEnd"/>
      <w:r w:rsidR="000C7284" w:rsidRPr="001A3C71">
        <w:rPr>
          <w:sz w:val="20"/>
          <w:szCs w:val="20"/>
          <w:lang w:val="es-ES"/>
        </w:rPr>
        <w:t xml:space="preserve"> rol </w:t>
      </w:r>
      <w:proofErr w:type="spellStart"/>
      <w:r w:rsidR="000C7284" w:rsidRPr="001A3C71">
        <w:rPr>
          <w:sz w:val="20"/>
          <w:szCs w:val="20"/>
          <w:lang w:val="es-ES"/>
        </w:rPr>
        <w:t>oynayan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feminist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insan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hakları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temelli</w:t>
      </w:r>
      <w:proofErr w:type="spellEnd"/>
      <w:r w:rsidR="000C7284" w:rsidRPr="001A3C71">
        <w:rPr>
          <w:sz w:val="20"/>
          <w:szCs w:val="20"/>
          <w:lang w:val="es-ES"/>
        </w:rPr>
        <w:t xml:space="preserve"> bir </w:t>
      </w:r>
      <w:proofErr w:type="spellStart"/>
      <w:r w:rsidR="000C7284" w:rsidRPr="001A3C71">
        <w:rPr>
          <w:sz w:val="20"/>
          <w:szCs w:val="20"/>
          <w:lang w:val="es-ES"/>
        </w:rPr>
        <w:t>ekonomi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modeli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önermiştir</w:t>
      </w:r>
      <w:proofErr w:type="spellEnd"/>
      <w:r w:rsidR="000C7284" w:rsidRPr="001A3C71">
        <w:rPr>
          <w:sz w:val="20"/>
          <w:szCs w:val="20"/>
          <w:lang w:val="es-ES"/>
        </w:rPr>
        <w:t>.</w:t>
      </w:r>
      <w:r w:rsidRPr="001A3C71">
        <w:rPr>
          <w:sz w:val="20"/>
          <w:szCs w:val="20"/>
          <w:lang w:val="es-ES"/>
        </w:rPr>
        <w:t xml:space="preserve"> (13) </w:t>
      </w:r>
      <w:proofErr w:type="spellStart"/>
      <w:r w:rsidRPr="001A3C71">
        <w:rPr>
          <w:sz w:val="20"/>
          <w:szCs w:val="20"/>
          <w:lang w:val="es-ES"/>
        </w:rPr>
        <w:t>Mevcut</w:t>
      </w:r>
      <w:proofErr w:type="spellEnd"/>
      <w:r w:rsidR="00E92336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rapor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geçmişteki</w:t>
      </w:r>
      <w:proofErr w:type="spellEnd"/>
      <w:r w:rsidR="000C7284" w:rsidRPr="001A3C71">
        <w:rPr>
          <w:sz w:val="20"/>
          <w:szCs w:val="20"/>
          <w:lang w:val="es-ES"/>
        </w:rPr>
        <w:t xml:space="preserve"> bu </w:t>
      </w:r>
      <w:proofErr w:type="spellStart"/>
      <w:r w:rsidR="000C7284" w:rsidRPr="001A3C71">
        <w:rPr>
          <w:sz w:val="20"/>
          <w:szCs w:val="20"/>
          <w:lang w:val="es-ES"/>
        </w:rPr>
        <w:t>çalışmayı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temel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alarak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bakım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destek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sistemlerinin</w:t>
      </w:r>
      <w:proofErr w:type="spellEnd"/>
      <w:r w:rsidR="00140284" w:rsidRPr="001A3C71">
        <w:rPr>
          <w:sz w:val="20"/>
          <w:szCs w:val="20"/>
          <w:lang w:val="es-ES"/>
        </w:rPr>
        <w:t xml:space="preserve"> </w:t>
      </w:r>
      <w:proofErr w:type="spellStart"/>
      <w:r w:rsidR="00140284" w:rsidRPr="001A3C71">
        <w:rPr>
          <w:sz w:val="20"/>
          <w:szCs w:val="20"/>
          <w:lang w:val="es-ES"/>
        </w:rPr>
        <w:t>toplumsal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cinsiyet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eşitliğine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duyarlı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insan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hakları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temelli</w:t>
      </w:r>
      <w:proofErr w:type="spellEnd"/>
      <w:r w:rsidR="000C7284" w:rsidRPr="001A3C71">
        <w:rPr>
          <w:sz w:val="20"/>
          <w:szCs w:val="20"/>
          <w:lang w:val="es-ES"/>
        </w:rPr>
        <w:t xml:space="preserve"> bir </w:t>
      </w:r>
      <w:proofErr w:type="spellStart"/>
      <w:r w:rsidR="000C7284" w:rsidRPr="001A3C71">
        <w:rPr>
          <w:sz w:val="20"/>
          <w:szCs w:val="20"/>
          <w:lang w:val="es-ES"/>
        </w:rPr>
        <w:t>dönüşümüne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yönelik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kamu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yatırımları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çağrısında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bulunmaktadır</w:t>
      </w:r>
      <w:proofErr w:type="spellEnd"/>
      <w:r w:rsidR="000C7284" w:rsidRPr="001A3C71">
        <w:rPr>
          <w:sz w:val="20"/>
          <w:szCs w:val="20"/>
          <w:lang w:val="es-ES"/>
        </w:rPr>
        <w:t xml:space="preserve">. </w:t>
      </w:r>
      <w:proofErr w:type="spellStart"/>
      <w:r w:rsidR="000C7284" w:rsidRPr="001A3C71">
        <w:rPr>
          <w:sz w:val="20"/>
          <w:szCs w:val="20"/>
          <w:lang w:val="es-ES"/>
        </w:rPr>
        <w:t>Nüfusun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yaşlanmasıyla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birlikte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birçok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ülke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bakım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sektöründe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işgücü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sıkıntısı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ile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karşı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karşıya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kalmaktadır</w:t>
      </w:r>
      <w:proofErr w:type="spellEnd"/>
      <w:r w:rsidR="000C7284" w:rsidRPr="001A3C71">
        <w:rPr>
          <w:sz w:val="20"/>
          <w:szCs w:val="20"/>
          <w:lang w:val="es-ES"/>
        </w:rPr>
        <w:t xml:space="preserve"> ve bu </w:t>
      </w:r>
      <w:proofErr w:type="spellStart"/>
      <w:r w:rsidR="000C7284" w:rsidRPr="001A3C71">
        <w:rPr>
          <w:sz w:val="20"/>
          <w:szCs w:val="20"/>
          <w:lang w:val="es-ES"/>
        </w:rPr>
        <w:t>durum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Afrika'da</w:t>
      </w:r>
      <w:proofErr w:type="spellEnd"/>
      <w:r w:rsidR="000C7284" w:rsidRPr="001A3C71">
        <w:rPr>
          <w:sz w:val="20"/>
          <w:szCs w:val="20"/>
          <w:lang w:val="es-ES"/>
        </w:rPr>
        <w:t xml:space="preserve"> en </w:t>
      </w:r>
      <w:proofErr w:type="spellStart"/>
      <w:r w:rsidR="000C7284" w:rsidRPr="001A3C71">
        <w:rPr>
          <w:sz w:val="20"/>
          <w:szCs w:val="20"/>
          <w:lang w:val="es-ES"/>
        </w:rPr>
        <w:t>şiddetli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şekilde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hissedilmektedir</w:t>
      </w:r>
      <w:proofErr w:type="spellEnd"/>
      <w:r w:rsidR="000C7284" w:rsidRPr="001A3C71">
        <w:rPr>
          <w:sz w:val="20"/>
          <w:szCs w:val="20"/>
          <w:lang w:val="es-ES"/>
        </w:rPr>
        <w:t>.</w:t>
      </w:r>
      <w:r w:rsidR="003B2022" w:rsidRPr="001A3C71">
        <w:rPr>
          <w:sz w:val="20"/>
          <w:szCs w:val="20"/>
          <w:lang w:val="es-ES"/>
        </w:rPr>
        <w:t xml:space="preserve"> </w:t>
      </w:r>
      <w:r w:rsidR="007D2FC4" w:rsidRPr="001A3C71">
        <w:rPr>
          <w:sz w:val="20"/>
          <w:szCs w:val="20"/>
          <w:lang w:val="es-ES"/>
        </w:rPr>
        <w:t>(</w:t>
      </w:r>
      <w:r w:rsidR="000C7284" w:rsidRPr="001A3C71">
        <w:rPr>
          <w:sz w:val="20"/>
          <w:szCs w:val="20"/>
          <w:lang w:val="es-ES"/>
        </w:rPr>
        <w:t>14</w:t>
      </w:r>
      <w:r w:rsidR="007D2FC4" w:rsidRPr="001A3C71">
        <w:rPr>
          <w:sz w:val="20"/>
          <w:szCs w:val="20"/>
          <w:lang w:val="es-ES"/>
        </w:rPr>
        <w:t>)</w:t>
      </w:r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Sonuç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olarak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bakım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işlerini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otom</w:t>
      </w:r>
      <w:r w:rsidR="00D63F26" w:rsidRPr="001A3C71">
        <w:rPr>
          <w:sz w:val="20"/>
          <w:szCs w:val="20"/>
          <w:lang w:val="es-ES"/>
        </w:rPr>
        <w:t>asyonla</w:t>
      </w:r>
      <w:proofErr w:type="spellEnd"/>
      <w:r w:rsidR="00D63F26" w:rsidRPr="001A3C71">
        <w:rPr>
          <w:sz w:val="20"/>
          <w:szCs w:val="20"/>
          <w:lang w:val="es-ES"/>
        </w:rPr>
        <w:t xml:space="preserve"> </w:t>
      </w:r>
      <w:proofErr w:type="spellStart"/>
      <w:r w:rsidR="00D63F26" w:rsidRPr="001A3C71">
        <w:rPr>
          <w:sz w:val="20"/>
          <w:szCs w:val="20"/>
          <w:lang w:val="es-ES"/>
        </w:rPr>
        <w:t>çözmek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için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yapay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zekaya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olan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ilgi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giderek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artmaktadır</w:t>
      </w:r>
      <w:proofErr w:type="spellEnd"/>
      <w:r w:rsidR="000C7284" w:rsidRPr="001A3C71">
        <w:rPr>
          <w:sz w:val="20"/>
          <w:szCs w:val="20"/>
          <w:lang w:val="es-ES"/>
        </w:rPr>
        <w:t xml:space="preserve">. (15) </w:t>
      </w:r>
      <w:proofErr w:type="spellStart"/>
      <w:r w:rsidR="000C7284" w:rsidRPr="001A3C71">
        <w:rPr>
          <w:sz w:val="20"/>
          <w:szCs w:val="20"/>
          <w:lang w:val="es-ES"/>
        </w:rPr>
        <w:t>Ancak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yapay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zeka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genellikle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sosyal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eşitsizlikleri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yansıtan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pekiştiren</w:t>
      </w:r>
      <w:proofErr w:type="spellEnd"/>
      <w:r w:rsidR="000C7284" w:rsidRPr="001A3C71">
        <w:rPr>
          <w:sz w:val="20"/>
          <w:szCs w:val="20"/>
          <w:lang w:val="es-ES"/>
        </w:rPr>
        <w:t xml:space="preserve"> "</w:t>
      </w:r>
      <w:proofErr w:type="spellStart"/>
      <w:r w:rsidR="000C7284" w:rsidRPr="001A3C71">
        <w:rPr>
          <w:sz w:val="20"/>
          <w:szCs w:val="20"/>
          <w:lang w:val="es-ES"/>
        </w:rPr>
        <w:t>büyük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veri"ye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dayandığından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cinsiyet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ırk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sınıf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diğer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eşitsizlikleri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sürdürme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riski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taşımaktadır</w:t>
      </w:r>
      <w:proofErr w:type="spellEnd"/>
      <w:r w:rsidR="000C7284" w:rsidRPr="001A3C71">
        <w:rPr>
          <w:sz w:val="20"/>
          <w:szCs w:val="20"/>
          <w:lang w:val="es-ES"/>
        </w:rPr>
        <w:t>.</w:t>
      </w:r>
      <w:r w:rsidR="003B2022" w:rsidRPr="001A3C71">
        <w:rPr>
          <w:sz w:val="20"/>
          <w:szCs w:val="20"/>
          <w:lang w:val="es-ES"/>
        </w:rPr>
        <w:t xml:space="preserve"> </w:t>
      </w:r>
      <w:r w:rsidR="000C7284" w:rsidRPr="001A3C71">
        <w:rPr>
          <w:sz w:val="20"/>
          <w:szCs w:val="20"/>
          <w:lang w:val="es-ES"/>
        </w:rPr>
        <w:t xml:space="preserve">(16) </w:t>
      </w:r>
      <w:proofErr w:type="spellStart"/>
      <w:r w:rsidR="000C7284" w:rsidRPr="001A3C71">
        <w:rPr>
          <w:sz w:val="20"/>
          <w:szCs w:val="20"/>
          <w:lang w:val="es-ES"/>
        </w:rPr>
        <w:t>Dahası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yapay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zeka</w:t>
      </w:r>
      <w:proofErr w:type="spellEnd"/>
      <w:r w:rsidR="000C7284" w:rsidRPr="001A3C71">
        <w:rPr>
          <w:sz w:val="20"/>
          <w:szCs w:val="20"/>
          <w:lang w:val="es-ES"/>
        </w:rPr>
        <w:t xml:space="preserve">, </w:t>
      </w:r>
      <w:proofErr w:type="spellStart"/>
      <w:r w:rsidR="000C7284" w:rsidRPr="001A3C71">
        <w:rPr>
          <w:sz w:val="20"/>
          <w:szCs w:val="20"/>
          <w:lang w:val="es-ES"/>
        </w:rPr>
        <w:t>insan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ilişkileri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duyguları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içeren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doğrudan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bakım</w:t>
      </w:r>
      <w:proofErr w:type="spellEnd"/>
      <w:r w:rsidR="000C7284" w:rsidRPr="001A3C71">
        <w:rPr>
          <w:sz w:val="20"/>
          <w:szCs w:val="20"/>
          <w:lang w:val="es-ES"/>
        </w:rPr>
        <w:t xml:space="preserve"> ve </w:t>
      </w:r>
      <w:proofErr w:type="spellStart"/>
      <w:r w:rsidR="000C7284" w:rsidRPr="001A3C71">
        <w:rPr>
          <w:sz w:val="20"/>
          <w:szCs w:val="20"/>
          <w:lang w:val="es-ES"/>
        </w:rPr>
        <w:t>destek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çalışmalarının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yerini</w:t>
      </w:r>
      <w:proofErr w:type="spellEnd"/>
      <w:r w:rsidR="000C7284" w:rsidRPr="001A3C71">
        <w:rPr>
          <w:sz w:val="20"/>
          <w:szCs w:val="20"/>
          <w:lang w:val="es-ES"/>
        </w:rPr>
        <w:t xml:space="preserve"> </w:t>
      </w:r>
      <w:proofErr w:type="spellStart"/>
      <w:r w:rsidR="000C7284" w:rsidRPr="001A3C71">
        <w:rPr>
          <w:sz w:val="20"/>
          <w:szCs w:val="20"/>
          <w:lang w:val="es-ES"/>
        </w:rPr>
        <w:t>alamaz</w:t>
      </w:r>
      <w:proofErr w:type="spellEnd"/>
      <w:r w:rsidR="000C7284" w:rsidRPr="001A3C71">
        <w:rPr>
          <w:sz w:val="20"/>
          <w:szCs w:val="20"/>
          <w:lang w:val="es-ES"/>
        </w:rPr>
        <w:t>.</w:t>
      </w:r>
    </w:p>
    <w:p w14:paraId="17BD9F80" w14:textId="0D89B2F0" w:rsidR="00802C5D" w:rsidRPr="001A3C71" w:rsidRDefault="000C7284" w:rsidP="006E736E">
      <w:pPr>
        <w:spacing w:after="0"/>
        <w:jc w:val="both"/>
        <w:rPr>
          <w:sz w:val="20"/>
          <w:szCs w:val="20"/>
        </w:rPr>
      </w:pPr>
      <w:r w:rsidRPr="001A3C71">
        <w:rPr>
          <w:sz w:val="20"/>
          <w:szCs w:val="20"/>
          <w:lang w:val="es-ES"/>
        </w:rPr>
        <w:br/>
        <w:t>6.</w:t>
      </w:r>
      <w:r w:rsidR="003B2022"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Savaş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insan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haklarının</w:t>
      </w:r>
      <w:proofErr w:type="spellEnd"/>
      <w:r w:rsidRPr="001A3C71">
        <w:rPr>
          <w:sz w:val="20"/>
          <w:szCs w:val="20"/>
          <w:lang w:val="es-ES"/>
        </w:rPr>
        <w:t xml:space="preserve"> en </w:t>
      </w:r>
      <w:proofErr w:type="spellStart"/>
      <w:r w:rsidRPr="001A3C71">
        <w:rPr>
          <w:sz w:val="20"/>
          <w:szCs w:val="20"/>
          <w:lang w:val="es-ES"/>
        </w:rPr>
        <w:t>büyük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ihlalidir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sistemlerinin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kurulmasına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r w:rsidRPr="001A3C71">
        <w:rPr>
          <w:sz w:val="20"/>
          <w:szCs w:val="20"/>
          <w:lang w:val="es-ES"/>
        </w:rPr>
        <w:br/>
      </w:r>
      <w:proofErr w:type="spellStart"/>
      <w:r w:rsidRPr="001A3C71">
        <w:rPr>
          <w:sz w:val="20"/>
          <w:szCs w:val="20"/>
          <w:lang w:val="es-ES"/>
        </w:rPr>
        <w:t>doğrudan</w:t>
      </w:r>
      <w:proofErr w:type="spellEnd"/>
      <w:r w:rsidRPr="001A3C71">
        <w:rPr>
          <w:sz w:val="20"/>
          <w:szCs w:val="20"/>
          <w:lang w:val="es-ES"/>
        </w:rPr>
        <w:t xml:space="preserve"> bir </w:t>
      </w:r>
      <w:proofErr w:type="spellStart"/>
      <w:r w:rsidRPr="001A3C71">
        <w:rPr>
          <w:sz w:val="20"/>
          <w:szCs w:val="20"/>
          <w:lang w:val="es-ES"/>
        </w:rPr>
        <w:t>tehdit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oluşturmaktadır</w:t>
      </w:r>
      <w:proofErr w:type="spellEnd"/>
      <w:r w:rsidRPr="001A3C71">
        <w:rPr>
          <w:sz w:val="20"/>
          <w:szCs w:val="20"/>
          <w:lang w:val="es-ES"/>
        </w:rPr>
        <w:t>.</w:t>
      </w:r>
      <w:r w:rsidR="00802C5D" w:rsidRPr="001A3C71">
        <w:rPr>
          <w:sz w:val="20"/>
          <w:szCs w:val="20"/>
          <w:lang w:val="es-ES"/>
        </w:rPr>
        <w:t xml:space="preserve"> </w:t>
      </w:r>
      <w:r w:rsidR="002562AB" w:rsidRPr="001A3C71">
        <w:rPr>
          <w:sz w:val="20"/>
          <w:szCs w:val="20"/>
          <w:lang w:val="es-ES"/>
        </w:rPr>
        <w:t>(</w:t>
      </w:r>
      <w:r w:rsidRPr="001A3C71">
        <w:rPr>
          <w:sz w:val="20"/>
          <w:szCs w:val="20"/>
          <w:lang w:val="es-ES"/>
        </w:rPr>
        <w:t>17</w:t>
      </w:r>
      <w:r w:rsidR="002562AB" w:rsidRPr="001A3C71">
        <w:rPr>
          <w:sz w:val="20"/>
          <w:szCs w:val="20"/>
          <w:lang w:val="es-ES"/>
        </w:rPr>
        <w:t>)</w:t>
      </w:r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Bugün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dünya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çapında</w:t>
      </w:r>
      <w:proofErr w:type="spellEnd"/>
      <w:r w:rsidRPr="001A3C71">
        <w:rPr>
          <w:sz w:val="20"/>
          <w:szCs w:val="20"/>
          <w:lang w:val="es-ES"/>
        </w:rPr>
        <w:t xml:space="preserve"> 120 </w:t>
      </w:r>
      <w:proofErr w:type="spellStart"/>
      <w:r w:rsidRPr="001A3C71">
        <w:rPr>
          <w:sz w:val="20"/>
          <w:szCs w:val="20"/>
          <w:lang w:val="es-ES"/>
        </w:rPr>
        <w:t>çatışma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yaşanırken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Çalışma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Grubu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bazı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devletlerin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devlet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dışı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aktörlerin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hastaneler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okullar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konutlar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dahil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olmak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üzere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sivil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altyapısını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kasıtlı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olarak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tahrip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ettikleri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açlık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diğer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yöntemleri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savaş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suçu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insanlığa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karşı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suç</w:t>
      </w:r>
      <w:proofErr w:type="spellEnd"/>
      <w:r w:rsidRPr="001A3C71">
        <w:rPr>
          <w:sz w:val="20"/>
          <w:szCs w:val="20"/>
          <w:lang w:val="es-ES"/>
        </w:rPr>
        <w:t xml:space="preserve"> ve/</w:t>
      </w:r>
      <w:proofErr w:type="spellStart"/>
      <w:r w:rsidRPr="001A3C71">
        <w:rPr>
          <w:sz w:val="20"/>
          <w:szCs w:val="20"/>
          <w:lang w:val="es-ES"/>
        </w:rPr>
        <w:t>veya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soykırım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olarak</w:t>
      </w:r>
      <w:proofErr w:type="spellEnd"/>
      <w:r w:rsidR="00810877"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nitelendirilebilecek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şekillerde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kullandıkları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bunun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özellikle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İşgal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Altındaki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Filistin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Toprakları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Sudan'da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kitlesel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yerinden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edilme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zorluklar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içinde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kadınların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kız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çocuklarının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çalışmalarını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artırdığı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konusunda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derin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endişe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duymaktadır</w:t>
      </w:r>
      <w:proofErr w:type="spellEnd"/>
      <w:r w:rsidRPr="001A3C71">
        <w:rPr>
          <w:sz w:val="20"/>
          <w:szCs w:val="20"/>
          <w:lang w:val="es-ES"/>
        </w:rPr>
        <w:t>.</w:t>
      </w:r>
      <w:r w:rsidR="003B2022" w:rsidRPr="001A3C71">
        <w:rPr>
          <w:sz w:val="20"/>
          <w:szCs w:val="20"/>
          <w:lang w:val="es-ES"/>
        </w:rPr>
        <w:t xml:space="preserve"> </w:t>
      </w:r>
      <w:r w:rsidR="009F473A" w:rsidRPr="001A3C71">
        <w:rPr>
          <w:sz w:val="20"/>
          <w:szCs w:val="20"/>
          <w:lang w:val="es-ES"/>
        </w:rPr>
        <w:t>(18)</w:t>
      </w:r>
      <w:r w:rsid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Kadınların</w:t>
      </w:r>
      <w:proofErr w:type="spellEnd"/>
      <w:r w:rsidR="001A3C71" w:rsidRPr="001A3C71">
        <w:rPr>
          <w:sz w:val="20"/>
          <w:szCs w:val="20"/>
          <w:lang w:val="es-ES"/>
        </w:rPr>
        <w:t xml:space="preserve"> ve </w:t>
      </w:r>
      <w:proofErr w:type="spellStart"/>
      <w:r w:rsidR="001A3C71" w:rsidRPr="001A3C71">
        <w:rPr>
          <w:sz w:val="20"/>
          <w:szCs w:val="20"/>
          <w:lang w:val="es-ES"/>
        </w:rPr>
        <w:t>çocukların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somut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korunması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genellikle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ihmal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edilmekte</w:t>
      </w:r>
      <w:proofErr w:type="spellEnd"/>
      <w:r w:rsidR="001A3C71" w:rsidRPr="001A3C71">
        <w:rPr>
          <w:sz w:val="20"/>
          <w:szCs w:val="20"/>
          <w:lang w:val="es-ES"/>
        </w:rPr>
        <w:t xml:space="preserve"> ve bu </w:t>
      </w:r>
      <w:proofErr w:type="spellStart"/>
      <w:r w:rsidR="001A3C71" w:rsidRPr="001A3C71">
        <w:rPr>
          <w:sz w:val="20"/>
          <w:szCs w:val="20"/>
          <w:lang w:val="es-ES"/>
        </w:rPr>
        <w:t>durum</w:t>
      </w:r>
      <w:proofErr w:type="spellEnd"/>
      <w:r w:rsidR="001A3C71" w:rsidRPr="001A3C71">
        <w:rPr>
          <w:sz w:val="20"/>
          <w:szCs w:val="20"/>
          <w:lang w:val="es-ES"/>
        </w:rPr>
        <w:t xml:space="preserve">, </w:t>
      </w:r>
      <w:proofErr w:type="spellStart"/>
      <w:r w:rsidR="001A3C71" w:rsidRPr="001A3C71">
        <w:rPr>
          <w:sz w:val="20"/>
          <w:szCs w:val="20"/>
          <w:lang w:val="es-ES"/>
        </w:rPr>
        <w:t>uygun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bakım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alamayan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hamile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kadınlar</w:t>
      </w:r>
      <w:proofErr w:type="spellEnd"/>
      <w:r w:rsidR="001A3C71" w:rsidRPr="001A3C71">
        <w:rPr>
          <w:sz w:val="20"/>
          <w:szCs w:val="20"/>
          <w:lang w:val="es-ES"/>
        </w:rPr>
        <w:t xml:space="preserve"> ve </w:t>
      </w:r>
      <w:proofErr w:type="spellStart"/>
      <w:r w:rsidR="001A3C71" w:rsidRPr="001A3C71">
        <w:rPr>
          <w:sz w:val="20"/>
          <w:szCs w:val="20"/>
          <w:lang w:val="es-ES"/>
        </w:rPr>
        <w:t>yeni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doğan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bebekleri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özellikle</w:t>
      </w:r>
      <w:proofErr w:type="spellEnd"/>
      <w:r w:rsidR="001A3C71" w:rsidRPr="001A3C71">
        <w:rPr>
          <w:sz w:val="20"/>
          <w:szCs w:val="20"/>
          <w:lang w:val="es-ES"/>
        </w:rPr>
        <w:t xml:space="preserve"> </w:t>
      </w:r>
      <w:proofErr w:type="spellStart"/>
      <w:r w:rsidR="001A3C71" w:rsidRPr="001A3C71">
        <w:rPr>
          <w:sz w:val="20"/>
          <w:szCs w:val="20"/>
          <w:lang w:val="es-ES"/>
        </w:rPr>
        <w:t>etkilemektedir</w:t>
      </w:r>
      <w:proofErr w:type="spellEnd"/>
      <w:r w:rsidR="001A3C71" w:rsidRPr="001A3C71">
        <w:rPr>
          <w:sz w:val="20"/>
          <w:szCs w:val="20"/>
          <w:lang w:val="es-ES"/>
        </w:rPr>
        <w:t>. (19)</w:t>
      </w:r>
    </w:p>
    <w:p w14:paraId="7EEA6835" w14:textId="7628B0DB" w:rsidR="00CB421B" w:rsidRDefault="00CB421B" w:rsidP="001A3C71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40D3FC73" w14:textId="693E0C2B" w:rsidR="001A3C71" w:rsidRPr="00CB421B" w:rsidRDefault="001A3C71" w:rsidP="001A3C71">
      <w:pPr>
        <w:spacing w:after="0"/>
        <w:rPr>
          <w:sz w:val="16"/>
          <w:szCs w:val="16"/>
          <w:lang w:val="es-ES"/>
        </w:rPr>
      </w:pPr>
      <w:r w:rsidRPr="00CB421B">
        <w:rPr>
          <w:sz w:val="16"/>
          <w:szCs w:val="16"/>
          <w:lang w:val="es-ES"/>
        </w:rPr>
        <w:t xml:space="preserve">11 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r w:rsidRPr="00CB421B">
        <w:rPr>
          <w:sz w:val="16"/>
          <w:szCs w:val="16"/>
          <w:lang w:val="es-ES"/>
        </w:rPr>
        <w:t xml:space="preserve">. </w:t>
      </w:r>
      <w:hyperlink r:id="rId18" w:history="1">
        <w:r w:rsidR="00FA54BA" w:rsidRPr="00053A21">
          <w:rPr>
            <w:rStyle w:val="Hyperlink"/>
            <w:sz w:val="16"/>
            <w:szCs w:val="16"/>
            <w:lang w:val="es-ES"/>
          </w:rPr>
          <w:t>https://www.unwomen.org/sites/default/files/Headquarters/Attachments/Sections/Library/Publications/2020/Policy-brief-COVID-19-and-the-care-economy-en.pdf</w:t>
        </w:r>
      </w:hyperlink>
      <w:r w:rsidRPr="00CB421B">
        <w:rPr>
          <w:sz w:val="16"/>
          <w:szCs w:val="16"/>
          <w:lang w:val="es-ES"/>
        </w:rPr>
        <w:t xml:space="preserve">; ve Soraya </w:t>
      </w:r>
      <w:proofErr w:type="spellStart"/>
      <w:r w:rsidRPr="00CB421B">
        <w:rPr>
          <w:sz w:val="16"/>
          <w:szCs w:val="16"/>
          <w:lang w:val="es-ES"/>
        </w:rPr>
        <w:t>Seedat</w:t>
      </w:r>
      <w:proofErr w:type="spellEnd"/>
      <w:r w:rsidRPr="00CB421B">
        <w:rPr>
          <w:sz w:val="16"/>
          <w:szCs w:val="16"/>
          <w:lang w:val="es-ES"/>
        </w:rPr>
        <w:t xml:space="preserve"> ve Marta </w:t>
      </w:r>
      <w:proofErr w:type="spellStart"/>
      <w:r w:rsidRPr="00CB421B">
        <w:rPr>
          <w:sz w:val="16"/>
          <w:szCs w:val="16"/>
          <w:lang w:val="es-ES"/>
        </w:rPr>
        <w:t>Rondon</w:t>
      </w:r>
      <w:proofErr w:type="spellEnd"/>
      <w:r w:rsidRPr="00CB421B">
        <w:rPr>
          <w:sz w:val="16"/>
          <w:szCs w:val="16"/>
          <w:lang w:val="es-ES"/>
        </w:rPr>
        <w:t>, “</w:t>
      </w:r>
      <w:proofErr w:type="spellStart"/>
      <w:r w:rsidR="0087177E">
        <w:rPr>
          <w:sz w:val="16"/>
          <w:szCs w:val="16"/>
          <w:lang w:val="es-ES"/>
        </w:rPr>
        <w:t>Women’s</w:t>
      </w:r>
      <w:proofErr w:type="spellEnd"/>
      <w:r w:rsidR="0087177E">
        <w:rPr>
          <w:sz w:val="16"/>
          <w:szCs w:val="16"/>
          <w:lang w:val="es-ES"/>
        </w:rPr>
        <w:t xml:space="preserve"> </w:t>
      </w:r>
      <w:proofErr w:type="spellStart"/>
      <w:r w:rsidR="0087177E">
        <w:rPr>
          <w:sz w:val="16"/>
          <w:szCs w:val="16"/>
          <w:lang w:val="es-ES"/>
        </w:rPr>
        <w:t>well-being</w:t>
      </w:r>
      <w:proofErr w:type="spellEnd"/>
      <w:r w:rsidR="0087177E">
        <w:rPr>
          <w:sz w:val="16"/>
          <w:szCs w:val="16"/>
          <w:lang w:val="es-ES"/>
        </w:rPr>
        <w:t xml:space="preserve"> and </w:t>
      </w:r>
      <w:proofErr w:type="spellStart"/>
      <w:r w:rsidR="0087177E">
        <w:rPr>
          <w:sz w:val="16"/>
          <w:szCs w:val="16"/>
          <w:lang w:val="es-ES"/>
        </w:rPr>
        <w:t>the</w:t>
      </w:r>
      <w:proofErr w:type="spellEnd"/>
      <w:r w:rsidR="0087177E">
        <w:rPr>
          <w:sz w:val="16"/>
          <w:szCs w:val="16"/>
          <w:lang w:val="es-ES"/>
        </w:rPr>
        <w:t xml:space="preserve"> </w:t>
      </w:r>
      <w:proofErr w:type="spellStart"/>
      <w:r w:rsidR="0087177E">
        <w:rPr>
          <w:sz w:val="16"/>
          <w:szCs w:val="16"/>
          <w:lang w:val="es-ES"/>
        </w:rPr>
        <w:t>burden</w:t>
      </w:r>
      <w:proofErr w:type="spellEnd"/>
      <w:r w:rsidR="0087177E">
        <w:rPr>
          <w:sz w:val="16"/>
          <w:szCs w:val="16"/>
          <w:lang w:val="es-ES"/>
        </w:rPr>
        <w:t xml:space="preserve"> </w:t>
      </w:r>
      <w:proofErr w:type="spellStart"/>
      <w:r w:rsidR="0087177E">
        <w:rPr>
          <w:sz w:val="16"/>
          <w:szCs w:val="16"/>
          <w:lang w:val="es-ES"/>
        </w:rPr>
        <w:t>of</w:t>
      </w:r>
      <w:proofErr w:type="spellEnd"/>
      <w:r w:rsidR="0087177E">
        <w:rPr>
          <w:sz w:val="16"/>
          <w:szCs w:val="16"/>
          <w:lang w:val="es-ES"/>
        </w:rPr>
        <w:t xml:space="preserve"> </w:t>
      </w:r>
      <w:proofErr w:type="spellStart"/>
      <w:r w:rsidR="0087177E">
        <w:rPr>
          <w:sz w:val="16"/>
          <w:szCs w:val="16"/>
          <w:lang w:val="es-ES"/>
        </w:rPr>
        <w:t>unpaid</w:t>
      </w:r>
      <w:proofErr w:type="spellEnd"/>
      <w:r w:rsidR="0087177E">
        <w:rPr>
          <w:sz w:val="16"/>
          <w:szCs w:val="16"/>
          <w:lang w:val="es-ES"/>
        </w:rPr>
        <w:t xml:space="preserve"> </w:t>
      </w:r>
      <w:proofErr w:type="spellStart"/>
      <w:r w:rsidR="0087177E">
        <w:rPr>
          <w:sz w:val="16"/>
          <w:szCs w:val="16"/>
          <w:lang w:val="es-ES"/>
        </w:rPr>
        <w:t>work</w:t>
      </w:r>
      <w:proofErr w:type="spellEnd"/>
      <w:r w:rsidRPr="00CB421B">
        <w:rPr>
          <w:sz w:val="16"/>
          <w:szCs w:val="16"/>
          <w:lang w:val="es-ES"/>
        </w:rPr>
        <w:t xml:space="preserve">”, </w:t>
      </w:r>
      <w:r w:rsidRPr="00047D3B">
        <w:rPr>
          <w:i/>
          <w:iCs/>
          <w:sz w:val="16"/>
          <w:szCs w:val="16"/>
          <w:lang w:val="es-ES"/>
        </w:rPr>
        <w:t>BMJ</w:t>
      </w:r>
      <w:r w:rsidRPr="00CB421B">
        <w:rPr>
          <w:sz w:val="16"/>
          <w:szCs w:val="16"/>
          <w:lang w:val="es-ES"/>
        </w:rPr>
        <w:t xml:space="preserve">, </w:t>
      </w:r>
      <w:proofErr w:type="spellStart"/>
      <w:r w:rsidRPr="00CB421B">
        <w:rPr>
          <w:sz w:val="16"/>
          <w:szCs w:val="16"/>
          <w:lang w:val="es-ES"/>
        </w:rPr>
        <w:t>cilt</w:t>
      </w:r>
      <w:proofErr w:type="spellEnd"/>
      <w:r w:rsidRPr="00CB421B">
        <w:rPr>
          <w:sz w:val="16"/>
          <w:szCs w:val="16"/>
          <w:lang w:val="es-ES"/>
        </w:rPr>
        <w:t xml:space="preserve"> 374, No. 1972 (</w:t>
      </w:r>
      <w:proofErr w:type="spellStart"/>
      <w:r w:rsidRPr="00CB421B">
        <w:rPr>
          <w:sz w:val="16"/>
          <w:szCs w:val="16"/>
          <w:lang w:val="es-ES"/>
        </w:rPr>
        <w:t>Ağustos</w:t>
      </w:r>
      <w:proofErr w:type="spellEnd"/>
      <w:r w:rsidRPr="00CB421B">
        <w:rPr>
          <w:sz w:val="16"/>
          <w:szCs w:val="16"/>
          <w:lang w:val="es-ES"/>
        </w:rPr>
        <w:t xml:space="preserve"> 2021).</w:t>
      </w:r>
      <w:r w:rsidRPr="00CB421B">
        <w:rPr>
          <w:sz w:val="16"/>
          <w:szCs w:val="16"/>
          <w:lang w:val="es-ES"/>
        </w:rPr>
        <w:br/>
        <w:t xml:space="preserve">12 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r w:rsidRPr="00CB421B">
        <w:rPr>
          <w:sz w:val="16"/>
          <w:szCs w:val="16"/>
          <w:lang w:val="es-ES"/>
        </w:rPr>
        <w:t xml:space="preserve">. </w:t>
      </w:r>
      <w:hyperlink r:id="rId19" w:history="1">
        <w:r w:rsidRPr="00DA6506">
          <w:rPr>
            <w:rStyle w:val="Hyperlink"/>
            <w:sz w:val="16"/>
            <w:szCs w:val="16"/>
            <w:lang w:val="es-ES"/>
          </w:rPr>
          <w:t>A/HRC/44/51</w:t>
        </w:r>
      </w:hyperlink>
      <w:r w:rsidRPr="00CB421B">
        <w:rPr>
          <w:sz w:val="16"/>
          <w:szCs w:val="16"/>
          <w:lang w:val="es-ES"/>
        </w:rPr>
        <w:t>.</w:t>
      </w:r>
    </w:p>
    <w:p w14:paraId="3E071E81" w14:textId="77777777" w:rsidR="0027426C" w:rsidRPr="0027426C" w:rsidRDefault="001A3C71" w:rsidP="002742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CB421B">
        <w:rPr>
          <w:sz w:val="16"/>
          <w:szCs w:val="16"/>
          <w:lang w:val="es-ES"/>
        </w:rPr>
        <w:t xml:space="preserve">13  </w:t>
      </w:r>
      <w:hyperlink r:id="rId20" w:history="1">
        <w:r w:rsidRPr="00BD3811">
          <w:rPr>
            <w:rStyle w:val="Hyperlink"/>
            <w:sz w:val="16"/>
            <w:szCs w:val="16"/>
            <w:lang w:val="es-ES"/>
          </w:rPr>
          <w:t>A/HRC/53/39</w:t>
        </w:r>
      </w:hyperlink>
      <w:r w:rsidRPr="00CB421B">
        <w:rPr>
          <w:sz w:val="16"/>
          <w:szCs w:val="16"/>
          <w:lang w:val="es-ES"/>
        </w:rPr>
        <w:t>, para. 59.</w:t>
      </w:r>
      <w:r w:rsidRPr="00CB421B">
        <w:rPr>
          <w:sz w:val="16"/>
          <w:szCs w:val="16"/>
          <w:lang w:val="es-ES"/>
        </w:rPr>
        <w:br/>
        <w:t xml:space="preserve">14  Mathieu </w:t>
      </w:r>
      <w:proofErr w:type="spellStart"/>
      <w:r w:rsidRPr="00CB421B">
        <w:rPr>
          <w:sz w:val="16"/>
          <w:szCs w:val="16"/>
          <w:lang w:val="es-ES"/>
        </w:rPr>
        <w:t>Boniol</w:t>
      </w:r>
      <w:proofErr w:type="spellEnd"/>
      <w:r w:rsidRPr="00CB421B">
        <w:rPr>
          <w:sz w:val="16"/>
          <w:szCs w:val="16"/>
          <w:lang w:val="es-ES"/>
        </w:rPr>
        <w:t xml:space="preserve"> ve </w:t>
      </w:r>
      <w:proofErr w:type="spellStart"/>
      <w:r w:rsidRPr="00CB421B">
        <w:rPr>
          <w:sz w:val="16"/>
          <w:szCs w:val="16"/>
          <w:lang w:val="es-ES"/>
        </w:rPr>
        <w:t>diğerleri</w:t>
      </w:r>
      <w:proofErr w:type="spellEnd"/>
      <w:r w:rsidRPr="00CB421B">
        <w:rPr>
          <w:sz w:val="16"/>
          <w:szCs w:val="16"/>
          <w:lang w:val="es-ES"/>
        </w:rPr>
        <w:t xml:space="preserve">, </w:t>
      </w:r>
      <w:r w:rsidR="0027426C" w:rsidRPr="0027426C">
        <w:rPr>
          <w:rFonts w:ascii="Times New Roman" w:hAnsi="Times New Roman" w:cs="Times New Roman"/>
          <w:color w:val="000000"/>
          <w:sz w:val="16"/>
          <w:szCs w:val="16"/>
        </w:rPr>
        <w:t>“The global health workforce stock and distribution in 2020 and 2030: a threat</w:t>
      </w:r>
    </w:p>
    <w:p w14:paraId="1F889D6C" w14:textId="22C92EC6" w:rsidR="001A3C71" w:rsidRPr="00CB421B" w:rsidRDefault="0027426C" w:rsidP="0027426C">
      <w:pPr>
        <w:spacing w:after="0"/>
        <w:rPr>
          <w:sz w:val="16"/>
          <w:szCs w:val="16"/>
          <w:lang w:val="es-ES"/>
        </w:rPr>
      </w:pPr>
      <w:r w:rsidRPr="0027426C">
        <w:rPr>
          <w:rFonts w:ascii="Times New Roman" w:hAnsi="Times New Roman" w:cs="Times New Roman"/>
          <w:color w:val="000000"/>
          <w:sz w:val="16"/>
          <w:szCs w:val="16"/>
        </w:rPr>
        <w:t>to equity and ‘universal’ health coverage?”,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1A3C71" w:rsidRPr="00047D3B">
        <w:rPr>
          <w:i/>
          <w:iCs/>
          <w:sz w:val="16"/>
          <w:szCs w:val="16"/>
          <w:lang w:val="es-ES"/>
        </w:rPr>
        <w:t xml:space="preserve">BMJ Global </w:t>
      </w:r>
      <w:proofErr w:type="spellStart"/>
      <w:r w:rsidR="001A3C71" w:rsidRPr="00047D3B">
        <w:rPr>
          <w:i/>
          <w:iCs/>
          <w:sz w:val="16"/>
          <w:szCs w:val="16"/>
          <w:lang w:val="es-ES"/>
        </w:rPr>
        <w:t>Health</w:t>
      </w:r>
      <w:proofErr w:type="spellEnd"/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cilt</w:t>
      </w:r>
      <w:proofErr w:type="spellEnd"/>
      <w:r w:rsidR="001A3C71" w:rsidRPr="00CB421B">
        <w:rPr>
          <w:sz w:val="16"/>
          <w:szCs w:val="16"/>
          <w:lang w:val="es-ES"/>
        </w:rPr>
        <w:t xml:space="preserve"> 7, </w:t>
      </w:r>
      <w:proofErr w:type="spellStart"/>
      <w:r w:rsidR="001A3C71" w:rsidRPr="00CB421B">
        <w:rPr>
          <w:sz w:val="16"/>
          <w:szCs w:val="16"/>
          <w:lang w:val="es-ES"/>
        </w:rPr>
        <w:t>sayı</w:t>
      </w:r>
      <w:proofErr w:type="spellEnd"/>
      <w:r w:rsidR="001A3C71" w:rsidRPr="00CB421B">
        <w:rPr>
          <w:sz w:val="16"/>
          <w:szCs w:val="16"/>
          <w:lang w:val="es-ES"/>
        </w:rPr>
        <w:t xml:space="preserve"> 6 (</w:t>
      </w:r>
      <w:proofErr w:type="spellStart"/>
      <w:r w:rsidR="001A3C71" w:rsidRPr="00CB421B">
        <w:rPr>
          <w:sz w:val="16"/>
          <w:szCs w:val="16"/>
          <w:lang w:val="es-ES"/>
        </w:rPr>
        <w:t>Haziran</w:t>
      </w:r>
      <w:proofErr w:type="spellEnd"/>
      <w:r w:rsidR="001A3C71" w:rsidRPr="00CB421B">
        <w:rPr>
          <w:sz w:val="16"/>
          <w:szCs w:val="16"/>
          <w:lang w:val="es-ES"/>
        </w:rPr>
        <w:t xml:space="preserve"> 2022). </w:t>
      </w:r>
      <w:proofErr w:type="spellStart"/>
      <w:r w:rsidR="001A3C71" w:rsidRPr="00CB421B">
        <w:rPr>
          <w:sz w:val="16"/>
          <w:szCs w:val="16"/>
          <w:lang w:val="es-ES"/>
        </w:rPr>
        <w:t>Avrupa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ülkelerinde</w:t>
      </w:r>
      <w:proofErr w:type="spellEnd"/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hemşirelik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mesleği</w:t>
      </w:r>
      <w:proofErr w:type="spellEnd"/>
      <w:r w:rsidR="001A3C71" w:rsidRPr="00CB421B">
        <w:rPr>
          <w:sz w:val="16"/>
          <w:szCs w:val="16"/>
          <w:lang w:val="es-ES"/>
        </w:rPr>
        <w:t xml:space="preserve"> ve </w:t>
      </w:r>
      <w:proofErr w:type="spellStart"/>
      <w:r w:rsidR="001A3C71" w:rsidRPr="00CB421B">
        <w:rPr>
          <w:sz w:val="16"/>
          <w:szCs w:val="16"/>
          <w:lang w:val="es-ES"/>
        </w:rPr>
        <w:t>evde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bakım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çalışanları</w:t>
      </w:r>
      <w:proofErr w:type="spellEnd"/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büyük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ölçüde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eksiklik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yaşanan</w:t>
      </w:r>
      <w:proofErr w:type="spellEnd"/>
      <w:r w:rsidR="001A3C71" w:rsidRPr="00CB421B">
        <w:rPr>
          <w:sz w:val="16"/>
          <w:szCs w:val="16"/>
          <w:lang w:val="es-ES"/>
        </w:rPr>
        <w:t xml:space="preserve"> 19 </w:t>
      </w:r>
      <w:proofErr w:type="spellStart"/>
      <w:r w:rsidR="001A3C71" w:rsidRPr="00CB421B">
        <w:rPr>
          <w:sz w:val="16"/>
          <w:szCs w:val="16"/>
          <w:lang w:val="es-ES"/>
        </w:rPr>
        <w:t>meslek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arasında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yer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almaktadır</w:t>
      </w:r>
      <w:proofErr w:type="spellEnd"/>
      <w:r w:rsidR="001A3C71" w:rsidRPr="00CB421B">
        <w:rPr>
          <w:sz w:val="16"/>
          <w:szCs w:val="16"/>
          <w:lang w:val="es-ES"/>
        </w:rPr>
        <w:t xml:space="preserve"> – </w:t>
      </w:r>
      <w:proofErr w:type="spellStart"/>
      <w:r w:rsidR="00DA6506">
        <w:rPr>
          <w:sz w:val="16"/>
          <w:szCs w:val="16"/>
          <w:lang w:val="es-ES"/>
        </w:rPr>
        <w:t>B</w:t>
      </w:r>
      <w:r w:rsidR="001A3C71" w:rsidRPr="00CB421B">
        <w:rPr>
          <w:sz w:val="16"/>
          <w:szCs w:val="16"/>
          <w:lang w:val="es-ES"/>
        </w:rPr>
        <w:t>kz</w:t>
      </w:r>
      <w:proofErr w:type="spellEnd"/>
      <w:r w:rsidR="001A3C71" w:rsidRPr="00CB421B">
        <w:rPr>
          <w:sz w:val="16"/>
          <w:szCs w:val="16"/>
          <w:lang w:val="es-ES"/>
        </w:rPr>
        <w:t xml:space="preserve">. </w:t>
      </w:r>
      <w:hyperlink r:id="rId21" w:history="1">
        <w:r w:rsidR="00DA6506" w:rsidRPr="00053A21">
          <w:rPr>
            <w:rStyle w:val="Hyperlink"/>
            <w:sz w:val="16"/>
            <w:szCs w:val="16"/>
            <w:lang w:val="es-ES"/>
          </w:rPr>
          <w:t>https://www.ela.europa.eu/sites/default/files/2023-12/2021_Labour_shortages_surpluses_report.pdf</w:t>
        </w:r>
      </w:hyperlink>
      <w:r w:rsidR="001A3C71" w:rsidRPr="00CB421B">
        <w:rPr>
          <w:sz w:val="16"/>
          <w:szCs w:val="16"/>
          <w:lang w:val="es-ES"/>
        </w:rPr>
        <w:t>, s. 9.</w:t>
      </w:r>
      <w:r w:rsidR="001A3C71" w:rsidRPr="00CB421B">
        <w:rPr>
          <w:sz w:val="16"/>
          <w:szCs w:val="16"/>
          <w:lang w:val="es-ES"/>
        </w:rPr>
        <w:br/>
        <w:t xml:space="preserve">15  Jennifer </w:t>
      </w:r>
      <w:proofErr w:type="spellStart"/>
      <w:r w:rsidR="001A3C71" w:rsidRPr="00CB421B">
        <w:rPr>
          <w:sz w:val="16"/>
          <w:szCs w:val="16"/>
          <w:lang w:val="es-ES"/>
        </w:rPr>
        <w:t>Rhee</w:t>
      </w:r>
      <w:proofErr w:type="spellEnd"/>
      <w:r w:rsidR="00047D3B">
        <w:rPr>
          <w:sz w:val="16"/>
          <w:szCs w:val="16"/>
          <w:lang w:val="es-ES"/>
        </w:rPr>
        <w:t xml:space="preserve"> </w:t>
      </w:r>
      <w:r w:rsidRPr="0027426C">
        <w:rPr>
          <w:rFonts w:ascii="Cambria" w:hAnsi="Cambria" w:cs="Times New Roman"/>
          <w:color w:val="000000"/>
          <w:sz w:val="16"/>
          <w:szCs w:val="16"/>
        </w:rPr>
        <w:t xml:space="preserve">“From ELIZA to Alexa: automated care </w:t>
      </w:r>
      <w:proofErr w:type="spellStart"/>
      <w:r w:rsidRPr="0027426C">
        <w:rPr>
          <w:rFonts w:ascii="Cambria" w:hAnsi="Cambria" w:cs="Times New Roman"/>
          <w:color w:val="000000"/>
          <w:sz w:val="16"/>
          <w:szCs w:val="16"/>
        </w:rPr>
        <w:t>labour</w:t>
      </w:r>
      <w:proofErr w:type="spellEnd"/>
      <w:r w:rsidRPr="0027426C">
        <w:rPr>
          <w:rFonts w:ascii="Cambria" w:hAnsi="Cambria" w:cs="Times New Roman"/>
          <w:color w:val="000000"/>
          <w:sz w:val="16"/>
          <w:szCs w:val="16"/>
        </w:rPr>
        <w:t xml:space="preserve"> and the otherwise of radical care”,</w:t>
      </w:r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047D3B">
        <w:rPr>
          <w:i/>
          <w:iCs/>
          <w:sz w:val="16"/>
          <w:szCs w:val="16"/>
          <w:lang w:val="es-ES"/>
        </w:rPr>
        <w:t>Feminist</w:t>
      </w:r>
      <w:proofErr w:type="spellEnd"/>
      <w:r w:rsidR="001A3C71" w:rsidRPr="00047D3B">
        <w:rPr>
          <w:i/>
          <w:iCs/>
          <w:sz w:val="16"/>
          <w:szCs w:val="16"/>
          <w:lang w:val="es-ES"/>
        </w:rPr>
        <w:t xml:space="preserve"> AI</w:t>
      </w:r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Jude</w:t>
      </w:r>
      <w:proofErr w:type="spellEnd"/>
      <w:r w:rsidR="001A3C71" w:rsidRPr="00CB421B">
        <w:rPr>
          <w:sz w:val="16"/>
          <w:szCs w:val="16"/>
          <w:lang w:val="es-ES"/>
        </w:rPr>
        <w:t xml:space="preserve"> Browne ve </w:t>
      </w:r>
      <w:proofErr w:type="spellStart"/>
      <w:r w:rsidR="001A3C71" w:rsidRPr="00CB421B">
        <w:rPr>
          <w:sz w:val="16"/>
          <w:szCs w:val="16"/>
          <w:lang w:val="es-ES"/>
        </w:rPr>
        <w:t>diğerleri</w:t>
      </w:r>
      <w:proofErr w:type="spellEnd"/>
      <w:r w:rsidR="001A3C71" w:rsidRPr="00CB421B">
        <w:rPr>
          <w:sz w:val="16"/>
          <w:szCs w:val="16"/>
          <w:lang w:val="es-ES"/>
        </w:rPr>
        <w:t xml:space="preserve">, ed. (Oxford </w:t>
      </w:r>
      <w:proofErr w:type="spellStart"/>
      <w:r w:rsidR="001A3C71" w:rsidRPr="00CB421B">
        <w:rPr>
          <w:sz w:val="16"/>
          <w:szCs w:val="16"/>
          <w:lang w:val="es-ES"/>
        </w:rPr>
        <w:t>University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Press</w:t>
      </w:r>
      <w:proofErr w:type="spellEnd"/>
      <w:r w:rsidR="001A3C71" w:rsidRPr="00CB421B">
        <w:rPr>
          <w:sz w:val="16"/>
          <w:szCs w:val="16"/>
          <w:lang w:val="es-ES"/>
        </w:rPr>
        <w:t>, 2023), s. 155.</w:t>
      </w:r>
      <w:r w:rsidR="001A3C71" w:rsidRPr="00CB421B">
        <w:rPr>
          <w:sz w:val="16"/>
          <w:szCs w:val="16"/>
          <w:lang w:val="es-ES"/>
        </w:rPr>
        <w:br/>
        <w:t xml:space="preserve">16  </w:t>
      </w:r>
      <w:proofErr w:type="spellStart"/>
      <w:r w:rsidR="001A3C71" w:rsidRPr="00CB421B">
        <w:rPr>
          <w:sz w:val="16"/>
          <w:szCs w:val="16"/>
          <w:lang w:val="es-ES"/>
        </w:rPr>
        <w:t>Sharla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Alegria</w:t>
      </w:r>
      <w:proofErr w:type="spellEnd"/>
      <w:r w:rsidR="001A3C71" w:rsidRPr="00CB421B">
        <w:rPr>
          <w:sz w:val="16"/>
          <w:szCs w:val="16"/>
          <w:lang w:val="es-ES"/>
        </w:rPr>
        <w:t xml:space="preserve"> ve Catherine </w:t>
      </w:r>
      <w:proofErr w:type="spellStart"/>
      <w:r w:rsidR="001A3C71" w:rsidRPr="00CB421B">
        <w:rPr>
          <w:sz w:val="16"/>
          <w:szCs w:val="16"/>
          <w:lang w:val="es-ES"/>
        </w:rPr>
        <w:t>Yeh</w:t>
      </w:r>
      <w:proofErr w:type="spellEnd"/>
      <w:r w:rsidR="001A3C71" w:rsidRPr="00CB421B">
        <w:rPr>
          <w:sz w:val="16"/>
          <w:szCs w:val="16"/>
          <w:lang w:val="es-ES"/>
        </w:rPr>
        <w:t>,</w:t>
      </w:r>
      <w:r w:rsidR="001A3C71" w:rsidRPr="0027426C">
        <w:rPr>
          <w:rFonts w:ascii="Cambria" w:hAnsi="Cambria"/>
          <w:sz w:val="16"/>
          <w:szCs w:val="16"/>
          <w:lang w:val="es-ES"/>
        </w:rPr>
        <w:t xml:space="preserve"> </w:t>
      </w:r>
      <w:r w:rsidRPr="0027426C">
        <w:rPr>
          <w:rFonts w:ascii="Cambria" w:hAnsi="Cambria" w:cs="Times New Roman"/>
          <w:color w:val="000000"/>
          <w:sz w:val="16"/>
          <w:szCs w:val="16"/>
        </w:rPr>
        <w:t xml:space="preserve">“Machine learning and the reproduction of inequality”, </w:t>
      </w:r>
      <w:proofErr w:type="spellStart"/>
      <w:r w:rsidR="001A3C71" w:rsidRPr="00145CEA">
        <w:rPr>
          <w:i/>
          <w:iCs/>
          <w:sz w:val="16"/>
          <w:szCs w:val="16"/>
          <w:lang w:val="es-ES"/>
        </w:rPr>
        <w:t>Contexts</w:t>
      </w:r>
      <w:proofErr w:type="spellEnd"/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cilt</w:t>
      </w:r>
      <w:proofErr w:type="spellEnd"/>
      <w:r w:rsidR="001A3C71" w:rsidRPr="00CB421B">
        <w:rPr>
          <w:sz w:val="16"/>
          <w:szCs w:val="16"/>
          <w:lang w:val="es-ES"/>
        </w:rPr>
        <w:t xml:space="preserve"> 22, </w:t>
      </w:r>
      <w:proofErr w:type="spellStart"/>
      <w:r w:rsidR="001A3C71" w:rsidRPr="00CB421B">
        <w:rPr>
          <w:sz w:val="16"/>
          <w:szCs w:val="16"/>
          <w:lang w:val="es-ES"/>
        </w:rPr>
        <w:t>sayı</w:t>
      </w:r>
      <w:proofErr w:type="spellEnd"/>
      <w:r w:rsidR="001A3C71" w:rsidRPr="00CB421B">
        <w:rPr>
          <w:sz w:val="16"/>
          <w:szCs w:val="16"/>
          <w:lang w:val="es-ES"/>
        </w:rPr>
        <w:t xml:space="preserve"> 4 (</w:t>
      </w:r>
      <w:proofErr w:type="spellStart"/>
      <w:r w:rsidR="001A3C71" w:rsidRPr="00CB421B">
        <w:rPr>
          <w:sz w:val="16"/>
          <w:szCs w:val="16"/>
          <w:lang w:val="es-ES"/>
        </w:rPr>
        <w:t>Kasım</w:t>
      </w:r>
      <w:proofErr w:type="spellEnd"/>
      <w:r w:rsidR="001A3C71" w:rsidRPr="00CB421B">
        <w:rPr>
          <w:sz w:val="16"/>
          <w:szCs w:val="16"/>
          <w:lang w:val="es-ES"/>
        </w:rPr>
        <w:t xml:space="preserve"> 2023), s. 34–39. </w:t>
      </w:r>
      <w:proofErr w:type="spellStart"/>
      <w:r w:rsidR="001A3C71" w:rsidRPr="00CB421B">
        <w:rPr>
          <w:sz w:val="16"/>
          <w:szCs w:val="16"/>
          <w:lang w:val="es-ES"/>
        </w:rPr>
        <w:t>Çalışma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Grubu’nun</w:t>
      </w:r>
      <w:proofErr w:type="spellEnd"/>
      <w:r w:rsidR="001A3C71" w:rsidRPr="00CB421B">
        <w:rPr>
          <w:sz w:val="16"/>
          <w:szCs w:val="16"/>
          <w:lang w:val="es-ES"/>
        </w:rPr>
        <w:t xml:space="preserve"> 2026 </w:t>
      </w:r>
      <w:proofErr w:type="spellStart"/>
      <w:r w:rsidR="001A3C71" w:rsidRPr="00CB421B">
        <w:rPr>
          <w:sz w:val="16"/>
          <w:szCs w:val="16"/>
          <w:lang w:val="es-ES"/>
        </w:rPr>
        <w:t>tematik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raporu</w:t>
      </w:r>
      <w:proofErr w:type="spellEnd"/>
      <w:r w:rsidR="001A3C71" w:rsidRPr="00CB421B">
        <w:rPr>
          <w:sz w:val="16"/>
          <w:szCs w:val="16"/>
          <w:lang w:val="es-ES"/>
        </w:rPr>
        <w:t xml:space="preserve">, </w:t>
      </w:r>
      <w:proofErr w:type="spellStart"/>
      <w:r w:rsidR="001A3C71" w:rsidRPr="00CB421B">
        <w:rPr>
          <w:sz w:val="16"/>
          <w:szCs w:val="16"/>
          <w:lang w:val="es-ES"/>
        </w:rPr>
        <w:t>dijital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yaşamlarımızda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r w:rsidR="001A3C71" w:rsidRPr="00CB421B">
        <w:rPr>
          <w:sz w:val="16"/>
          <w:szCs w:val="16"/>
          <w:lang w:val="tr-TR"/>
        </w:rPr>
        <w:t xml:space="preserve">toplumsal </w:t>
      </w:r>
      <w:proofErr w:type="spellStart"/>
      <w:r w:rsidR="001A3C71" w:rsidRPr="00CB421B">
        <w:rPr>
          <w:sz w:val="16"/>
          <w:szCs w:val="16"/>
          <w:lang w:val="es-ES"/>
        </w:rPr>
        <w:t>cinsiyet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eşitliğine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odaklanacak</w:t>
      </w:r>
      <w:proofErr w:type="spellEnd"/>
      <w:r w:rsidR="001A3C71" w:rsidRPr="00CB421B">
        <w:rPr>
          <w:sz w:val="16"/>
          <w:szCs w:val="16"/>
          <w:lang w:val="es-ES"/>
        </w:rPr>
        <w:t xml:space="preserve"> ve </w:t>
      </w:r>
      <w:proofErr w:type="spellStart"/>
      <w:r w:rsidR="001A3C71" w:rsidRPr="00CB421B">
        <w:rPr>
          <w:sz w:val="16"/>
          <w:szCs w:val="16"/>
          <w:lang w:val="es-ES"/>
        </w:rPr>
        <w:t>yapay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zekanın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toplulukları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sömürmek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yerine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onlara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bakmak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için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nasıl</w:t>
      </w:r>
      <w:proofErr w:type="spellEnd"/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="001A3C71" w:rsidRPr="00CB421B">
        <w:rPr>
          <w:sz w:val="16"/>
          <w:szCs w:val="16"/>
          <w:lang w:val="es-ES"/>
        </w:rPr>
        <w:t>kullanılabileceğini</w:t>
      </w:r>
      <w:proofErr w:type="spellEnd"/>
      <w:r w:rsidR="001A3C71" w:rsidRPr="00CB421B">
        <w:rPr>
          <w:sz w:val="16"/>
          <w:szCs w:val="16"/>
          <w:lang w:val="es-ES"/>
        </w:rPr>
        <w:t xml:space="preserve"> ele </w:t>
      </w:r>
      <w:proofErr w:type="spellStart"/>
      <w:r w:rsidR="001A3C71" w:rsidRPr="00CB421B">
        <w:rPr>
          <w:sz w:val="16"/>
          <w:szCs w:val="16"/>
          <w:lang w:val="es-ES"/>
        </w:rPr>
        <w:t>alacak</w:t>
      </w:r>
      <w:proofErr w:type="spellEnd"/>
      <w:r w:rsidR="001A3C71" w:rsidRPr="00CB421B">
        <w:rPr>
          <w:sz w:val="16"/>
          <w:szCs w:val="16"/>
          <w:lang w:val="es-ES"/>
        </w:rPr>
        <w:t>.</w:t>
      </w:r>
    </w:p>
    <w:p w14:paraId="570C0350" w14:textId="147F2EC2" w:rsidR="001A3C71" w:rsidRPr="00CB421B" w:rsidRDefault="001A3C71" w:rsidP="001A3C71">
      <w:pPr>
        <w:spacing w:after="0"/>
        <w:rPr>
          <w:sz w:val="18"/>
          <w:szCs w:val="18"/>
          <w:lang w:val="es-ES"/>
        </w:rPr>
      </w:pPr>
      <w:r w:rsidRPr="00CB421B">
        <w:rPr>
          <w:sz w:val="16"/>
          <w:szCs w:val="16"/>
          <w:lang w:val="es-ES"/>
        </w:rPr>
        <w:t xml:space="preserve">17 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r w:rsidRPr="00CB421B">
        <w:rPr>
          <w:sz w:val="16"/>
          <w:szCs w:val="16"/>
          <w:lang w:val="es-ES"/>
        </w:rPr>
        <w:t xml:space="preserve">. </w:t>
      </w:r>
      <w:hyperlink r:id="rId22" w:history="1">
        <w:r w:rsidR="00047D3B" w:rsidRPr="00053A21">
          <w:rPr>
            <w:rStyle w:val="Hyperlink"/>
            <w:sz w:val="16"/>
            <w:szCs w:val="16"/>
            <w:lang w:val="es-ES"/>
          </w:rPr>
          <w:t>https://www.ohchr.org/en/statements-and-speeches/2025/03/turbulence-and-unpredictability-amid-growing-conflict-and-divided</w:t>
        </w:r>
      </w:hyperlink>
      <w:r w:rsidRPr="00CB421B">
        <w:rPr>
          <w:sz w:val="16"/>
          <w:szCs w:val="16"/>
          <w:lang w:val="es-ES"/>
        </w:rPr>
        <w:t>.</w:t>
      </w:r>
      <w:r w:rsidR="00047D3B">
        <w:rPr>
          <w:sz w:val="16"/>
          <w:szCs w:val="16"/>
          <w:lang w:val="es-ES"/>
        </w:rPr>
        <w:t xml:space="preserve"> </w:t>
      </w:r>
      <w:r w:rsidRPr="00CB421B">
        <w:rPr>
          <w:sz w:val="18"/>
          <w:szCs w:val="18"/>
          <w:lang w:val="es-ES"/>
        </w:rPr>
        <w:t xml:space="preserve"> </w:t>
      </w:r>
      <w:r w:rsidR="00047D3B">
        <w:rPr>
          <w:sz w:val="18"/>
          <w:szCs w:val="18"/>
          <w:lang w:val="es-ES"/>
        </w:rPr>
        <w:t xml:space="preserve"> </w:t>
      </w:r>
    </w:p>
    <w:p w14:paraId="06E56570" w14:textId="4E7384BF" w:rsidR="001A3C71" w:rsidRPr="00CB421B" w:rsidRDefault="001A3C71" w:rsidP="001A3C71">
      <w:pPr>
        <w:spacing w:after="0"/>
        <w:rPr>
          <w:sz w:val="16"/>
          <w:szCs w:val="16"/>
          <w:lang w:val="es-ES"/>
        </w:rPr>
      </w:pPr>
      <w:r w:rsidRPr="00CB421B">
        <w:rPr>
          <w:sz w:val="16"/>
          <w:szCs w:val="16"/>
          <w:lang w:val="es-ES"/>
        </w:rPr>
        <w:t xml:space="preserve">18 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r w:rsidRPr="00CB421B">
        <w:rPr>
          <w:sz w:val="16"/>
          <w:szCs w:val="16"/>
          <w:lang w:val="es-ES"/>
        </w:rPr>
        <w:t xml:space="preserve">. </w:t>
      </w:r>
      <w:hyperlink r:id="rId23" w:history="1">
        <w:r w:rsidR="00047D3B" w:rsidRPr="00053A21">
          <w:rPr>
            <w:rStyle w:val="Hyperlink"/>
            <w:sz w:val="16"/>
            <w:szCs w:val="16"/>
            <w:lang w:val="es-ES"/>
          </w:rPr>
          <w:t>https://www.un.org/unispal/document/gaza-un-human-rights-experts-condemn-israeli-decision-to-re-open-gates-of-hell-and-unilaterally-change-conditions-of-truce-deal/</w:t>
        </w:r>
      </w:hyperlink>
      <w:r w:rsidR="00047D3B">
        <w:rPr>
          <w:sz w:val="16"/>
          <w:szCs w:val="16"/>
          <w:lang w:val="es-ES"/>
        </w:rPr>
        <w:t xml:space="preserve"> </w:t>
      </w:r>
      <w:r w:rsidRPr="00CB421B">
        <w:rPr>
          <w:sz w:val="16"/>
          <w:szCs w:val="16"/>
          <w:lang w:val="es-ES"/>
        </w:rPr>
        <w:t xml:space="preserve"> ve </w:t>
      </w:r>
      <w:hyperlink r:id="rId24" w:history="1">
        <w:r w:rsidR="00047D3B" w:rsidRPr="00053A21">
          <w:rPr>
            <w:rStyle w:val="Hyperlink"/>
            <w:sz w:val="16"/>
            <w:szCs w:val="16"/>
            <w:lang w:val="es-ES"/>
          </w:rPr>
          <w:t>https://www.ohchr.org/en/press-releases/2025/05/horrors-sudan-know-no-bounds-warns-turk-urging-end-conflict</w:t>
        </w:r>
      </w:hyperlink>
      <w:r w:rsidRPr="00CB421B">
        <w:rPr>
          <w:sz w:val="16"/>
          <w:szCs w:val="16"/>
          <w:lang w:val="es-ES"/>
        </w:rPr>
        <w:t>.</w:t>
      </w:r>
      <w:r w:rsidR="00047D3B">
        <w:rPr>
          <w:sz w:val="16"/>
          <w:szCs w:val="16"/>
          <w:lang w:val="es-ES"/>
        </w:rPr>
        <w:t xml:space="preserve"> </w:t>
      </w:r>
      <w:r w:rsidRPr="00CB421B">
        <w:rPr>
          <w:sz w:val="16"/>
          <w:szCs w:val="16"/>
          <w:lang w:val="es-ES"/>
        </w:rPr>
        <w:t xml:space="preserve"> </w:t>
      </w:r>
    </w:p>
    <w:p w14:paraId="02E7EE0E" w14:textId="55501417" w:rsidR="001A3C71" w:rsidRPr="00CB421B" w:rsidRDefault="001A3C71" w:rsidP="001A3C71">
      <w:pPr>
        <w:rPr>
          <w:sz w:val="16"/>
          <w:szCs w:val="16"/>
          <w:lang w:val="es-ES"/>
        </w:rPr>
      </w:pPr>
      <w:r w:rsidRPr="00CB421B">
        <w:rPr>
          <w:sz w:val="16"/>
          <w:szCs w:val="16"/>
          <w:lang w:val="es-ES"/>
        </w:rPr>
        <w:t xml:space="preserve">19  </w:t>
      </w:r>
      <w:proofErr w:type="spellStart"/>
      <w:r w:rsidRPr="00CB421B">
        <w:rPr>
          <w:sz w:val="16"/>
          <w:szCs w:val="16"/>
          <w:lang w:val="es-ES"/>
        </w:rPr>
        <w:t>Dördüncü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Cenevre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Sözleşmesi</w:t>
      </w:r>
      <w:proofErr w:type="spellEnd"/>
      <w:r w:rsidRPr="00CB421B">
        <w:rPr>
          <w:sz w:val="16"/>
          <w:szCs w:val="16"/>
          <w:lang w:val="es-ES"/>
        </w:rPr>
        <w:t xml:space="preserve">, </w:t>
      </w:r>
      <w:proofErr w:type="spellStart"/>
      <w:r w:rsidRPr="00CB421B">
        <w:rPr>
          <w:sz w:val="16"/>
          <w:szCs w:val="16"/>
          <w:lang w:val="es-ES"/>
        </w:rPr>
        <w:t>madde</w:t>
      </w:r>
      <w:proofErr w:type="spellEnd"/>
      <w:r w:rsidRPr="00CB421B">
        <w:rPr>
          <w:sz w:val="16"/>
          <w:szCs w:val="16"/>
          <w:lang w:val="es-ES"/>
        </w:rPr>
        <w:t xml:space="preserve"> 91. </w:t>
      </w:r>
      <w:proofErr w:type="spellStart"/>
      <w:r w:rsidRPr="00CB421B">
        <w:rPr>
          <w:sz w:val="16"/>
          <w:szCs w:val="16"/>
          <w:lang w:val="es-ES"/>
        </w:rPr>
        <w:t>Ayrıca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r w:rsidRPr="00CB421B">
        <w:rPr>
          <w:sz w:val="16"/>
          <w:szCs w:val="16"/>
          <w:lang w:val="es-ES"/>
        </w:rPr>
        <w:t xml:space="preserve">. </w:t>
      </w:r>
      <w:hyperlink r:id="rId25" w:history="1">
        <w:r w:rsidR="00047D3B" w:rsidRPr="00053A21">
          <w:rPr>
            <w:rStyle w:val="Hyperlink"/>
            <w:sz w:val="16"/>
            <w:szCs w:val="16"/>
            <w:lang w:val="es-ES"/>
          </w:rPr>
          <w:t>https://www.justsecurity.org/92562/a-zone-of-silence-obstetric-violence-in-gaza-and-beyond/</w:t>
        </w:r>
      </w:hyperlink>
      <w:r w:rsidRPr="00CB421B">
        <w:rPr>
          <w:sz w:val="16"/>
          <w:szCs w:val="16"/>
          <w:lang w:val="es-ES"/>
        </w:rPr>
        <w:t>.</w:t>
      </w:r>
      <w:r w:rsidR="00047D3B">
        <w:rPr>
          <w:sz w:val="16"/>
          <w:szCs w:val="16"/>
          <w:lang w:val="es-ES"/>
        </w:rPr>
        <w:t xml:space="preserve"> </w:t>
      </w:r>
    </w:p>
    <w:p w14:paraId="24E29A7C" w14:textId="77777777" w:rsidR="001A3C71" w:rsidRDefault="001A3C71" w:rsidP="00F257F4">
      <w:pPr>
        <w:rPr>
          <w:sz w:val="20"/>
          <w:szCs w:val="20"/>
          <w:lang w:val="es-ES"/>
        </w:rPr>
      </w:pPr>
    </w:p>
    <w:p w14:paraId="79EF0B2F" w14:textId="77777777" w:rsidR="001A3C71" w:rsidRDefault="001A3C71" w:rsidP="006E736E">
      <w:pPr>
        <w:spacing w:after="0"/>
        <w:jc w:val="both"/>
        <w:rPr>
          <w:sz w:val="20"/>
          <w:szCs w:val="20"/>
          <w:lang w:val="es-ES"/>
        </w:rPr>
      </w:pPr>
      <w:proofErr w:type="spellStart"/>
      <w:r w:rsidRPr="001A3C71">
        <w:rPr>
          <w:sz w:val="20"/>
          <w:szCs w:val="20"/>
          <w:lang w:val="es-ES"/>
        </w:rPr>
        <w:lastRenderedPageBreak/>
        <w:t>Savaş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silahı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olarak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yaygın</w:t>
      </w:r>
      <w:proofErr w:type="spellEnd"/>
      <w:r w:rsidRPr="001A3C71">
        <w:rPr>
          <w:sz w:val="20"/>
          <w:szCs w:val="20"/>
          <w:lang w:val="es-ES"/>
        </w:rPr>
        <w:t xml:space="preserve"> bir </w:t>
      </w:r>
      <w:proofErr w:type="spellStart"/>
      <w:r w:rsidRPr="001A3C71">
        <w:rPr>
          <w:sz w:val="20"/>
          <w:szCs w:val="20"/>
          <w:lang w:val="es-ES"/>
        </w:rPr>
        <w:t>şekilde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kullanılan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tecavüz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kaçırma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olayları</w:t>
      </w:r>
      <w:proofErr w:type="spellEnd"/>
      <w:r w:rsidRPr="001A3C71">
        <w:rPr>
          <w:sz w:val="20"/>
          <w:szCs w:val="20"/>
          <w:lang w:val="es-ES"/>
        </w:rPr>
        <w:t xml:space="preserve"> (20) </w:t>
      </w:r>
      <w:proofErr w:type="spellStart"/>
      <w:r w:rsidRPr="001A3C71">
        <w:rPr>
          <w:sz w:val="20"/>
          <w:szCs w:val="20"/>
          <w:lang w:val="es-ES"/>
        </w:rPr>
        <w:t>kadınlar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kız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çocukları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üzerinde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orantısız</w:t>
      </w:r>
      <w:proofErr w:type="spellEnd"/>
      <w:r w:rsidRPr="001A3C71">
        <w:rPr>
          <w:sz w:val="20"/>
          <w:szCs w:val="20"/>
          <w:lang w:val="es-ES"/>
        </w:rPr>
        <w:t xml:space="preserve"> bir </w:t>
      </w:r>
      <w:proofErr w:type="spellStart"/>
      <w:r w:rsidRPr="001A3C71">
        <w:rPr>
          <w:sz w:val="20"/>
          <w:szCs w:val="20"/>
          <w:lang w:val="es-ES"/>
        </w:rPr>
        <w:t>etkiye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sahiptir</w:t>
      </w:r>
      <w:proofErr w:type="spellEnd"/>
      <w:r w:rsidRPr="001A3C71">
        <w:rPr>
          <w:sz w:val="20"/>
          <w:szCs w:val="20"/>
          <w:lang w:val="es-ES"/>
        </w:rPr>
        <w:t xml:space="preserve">. </w:t>
      </w:r>
      <w:proofErr w:type="spellStart"/>
      <w:r w:rsidRPr="001A3C71">
        <w:rPr>
          <w:sz w:val="20"/>
          <w:szCs w:val="20"/>
          <w:lang w:val="es-ES"/>
        </w:rPr>
        <w:t>Silahlı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çatışmalar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yerinden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edilme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yoksulluk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işsizlik</w:t>
      </w:r>
      <w:proofErr w:type="spellEnd"/>
      <w:r w:rsidRPr="001A3C71">
        <w:rPr>
          <w:sz w:val="20"/>
          <w:szCs w:val="20"/>
          <w:lang w:val="es-ES"/>
        </w:rPr>
        <w:t xml:space="preserve"> (21) </w:t>
      </w:r>
      <w:proofErr w:type="spellStart"/>
      <w:r w:rsidRPr="001A3C71">
        <w:rPr>
          <w:sz w:val="20"/>
          <w:szCs w:val="20"/>
          <w:lang w:val="es-ES"/>
        </w:rPr>
        <w:t>gıda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güvensizliği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uluslararası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yardımlarda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ciddi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azalmalar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hareketlerinin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giderek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kısıtlanması</w:t>
      </w:r>
      <w:proofErr w:type="spellEnd"/>
      <w:r w:rsidRPr="001A3C71">
        <w:rPr>
          <w:sz w:val="20"/>
          <w:szCs w:val="20"/>
          <w:lang w:val="es-ES"/>
        </w:rPr>
        <w:t xml:space="preserve"> (22) </w:t>
      </w:r>
      <w:proofErr w:type="spellStart"/>
      <w:r w:rsidRPr="001A3C71">
        <w:rPr>
          <w:sz w:val="20"/>
          <w:szCs w:val="20"/>
          <w:lang w:val="es-ES"/>
        </w:rPr>
        <w:t>nedeniyle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kadınların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sorumlulukları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artmaktadır</w:t>
      </w:r>
      <w:proofErr w:type="spellEnd"/>
      <w:r w:rsidRPr="001A3C71">
        <w:rPr>
          <w:sz w:val="20"/>
          <w:szCs w:val="20"/>
          <w:lang w:val="es-ES"/>
        </w:rPr>
        <w:t>.</w:t>
      </w:r>
    </w:p>
    <w:p w14:paraId="1D9AFD6F" w14:textId="2E7DA924" w:rsidR="00F257F4" w:rsidRPr="001A3C71" w:rsidRDefault="000C7284" w:rsidP="006E736E">
      <w:pPr>
        <w:jc w:val="both"/>
        <w:rPr>
          <w:sz w:val="20"/>
          <w:szCs w:val="20"/>
          <w:lang w:val="es-ES"/>
        </w:rPr>
      </w:pPr>
      <w:r w:rsidRPr="001A3C71">
        <w:rPr>
          <w:sz w:val="20"/>
          <w:szCs w:val="20"/>
          <w:lang w:val="es-ES"/>
        </w:rPr>
        <w:br/>
        <w:t xml:space="preserve">7.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krizinin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altında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yatan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demografik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değişiklikler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epidemiyolojik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iklimsel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r w:rsidRPr="001A3C71">
        <w:rPr>
          <w:sz w:val="20"/>
          <w:szCs w:val="20"/>
          <w:lang w:val="es-ES"/>
        </w:rPr>
        <w:br/>
      </w:r>
      <w:proofErr w:type="spellStart"/>
      <w:r w:rsidRPr="001A3C71">
        <w:rPr>
          <w:sz w:val="20"/>
          <w:szCs w:val="20"/>
          <w:lang w:val="es-ES"/>
        </w:rPr>
        <w:t>değişikliklerle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birlikte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görülmektedir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bunların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tümü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birlikte</w:t>
      </w:r>
      <w:proofErr w:type="spellEnd"/>
      <w:r w:rsidRPr="001A3C71">
        <w:rPr>
          <w:sz w:val="20"/>
          <w:szCs w:val="20"/>
          <w:lang w:val="es-ES"/>
        </w:rPr>
        <w:t xml:space="preserve"> ele </w:t>
      </w:r>
      <w:proofErr w:type="spellStart"/>
      <w:r w:rsidRPr="001A3C71">
        <w:rPr>
          <w:sz w:val="20"/>
          <w:szCs w:val="20"/>
          <w:lang w:val="es-ES"/>
        </w:rPr>
        <w:t>alınmalıdır</w:t>
      </w:r>
      <w:proofErr w:type="spellEnd"/>
      <w:r w:rsidRPr="001A3C71">
        <w:rPr>
          <w:sz w:val="20"/>
          <w:szCs w:val="20"/>
          <w:lang w:val="es-ES"/>
        </w:rPr>
        <w:t xml:space="preserve">. </w:t>
      </w:r>
      <w:r w:rsidR="002251A2" w:rsidRPr="001A3C71">
        <w:rPr>
          <w:sz w:val="20"/>
          <w:szCs w:val="20"/>
          <w:lang w:val="es-ES"/>
        </w:rPr>
        <w:t>(</w:t>
      </w:r>
      <w:r w:rsidRPr="001A3C71">
        <w:rPr>
          <w:sz w:val="20"/>
          <w:szCs w:val="20"/>
          <w:lang w:val="es-ES"/>
        </w:rPr>
        <w:t>23</w:t>
      </w:r>
      <w:r w:rsidR="002251A2" w:rsidRPr="001A3C71">
        <w:rPr>
          <w:sz w:val="20"/>
          <w:szCs w:val="20"/>
          <w:lang w:val="es-ES"/>
        </w:rPr>
        <w:t>)</w:t>
      </w:r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İklim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r w:rsidRPr="001A3C71">
        <w:rPr>
          <w:sz w:val="20"/>
          <w:szCs w:val="20"/>
          <w:lang w:val="es-ES"/>
        </w:rPr>
        <w:br/>
      </w:r>
      <w:proofErr w:type="spellStart"/>
      <w:r w:rsidRPr="001A3C71">
        <w:rPr>
          <w:sz w:val="20"/>
          <w:szCs w:val="20"/>
          <w:lang w:val="es-ES"/>
        </w:rPr>
        <w:t>değişikliğinden</w:t>
      </w:r>
      <w:proofErr w:type="spellEnd"/>
      <w:r w:rsidRPr="001A3C71">
        <w:rPr>
          <w:sz w:val="20"/>
          <w:szCs w:val="20"/>
          <w:lang w:val="es-ES"/>
        </w:rPr>
        <w:t xml:space="preserve"> en </w:t>
      </w:r>
      <w:proofErr w:type="spellStart"/>
      <w:r w:rsidRPr="001A3C71">
        <w:rPr>
          <w:sz w:val="20"/>
          <w:szCs w:val="20"/>
          <w:lang w:val="es-ES"/>
        </w:rPr>
        <w:t>çok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etkilenen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ülkeler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aynı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zamanda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kadın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kız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çocuklarının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anne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ölümleri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çocuk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evlilikleri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ergen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hamilelikleri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="005E5A4D" w:rsidRPr="001A3C71">
        <w:rPr>
          <w:sz w:val="20"/>
          <w:szCs w:val="20"/>
          <w:lang w:val="es-ES"/>
        </w:rPr>
        <w:t>toplumsal</w:t>
      </w:r>
      <w:proofErr w:type="spellEnd"/>
      <w:r w:rsidR="002251A2"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dayalı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şiddet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açısından</w:t>
      </w:r>
      <w:proofErr w:type="spellEnd"/>
      <w:r w:rsidRPr="001A3C71">
        <w:rPr>
          <w:sz w:val="20"/>
          <w:szCs w:val="20"/>
          <w:lang w:val="es-ES"/>
        </w:rPr>
        <w:t xml:space="preserve"> en </w:t>
      </w:r>
      <w:proofErr w:type="spellStart"/>
      <w:r w:rsidRPr="001A3C71">
        <w:rPr>
          <w:sz w:val="20"/>
          <w:szCs w:val="20"/>
          <w:lang w:val="es-ES"/>
        </w:rPr>
        <w:t>büyük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tehlike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altında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olduğu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ülkelerdir</w:t>
      </w:r>
      <w:proofErr w:type="spellEnd"/>
      <w:r w:rsidRPr="001A3C71">
        <w:rPr>
          <w:sz w:val="20"/>
          <w:szCs w:val="20"/>
          <w:lang w:val="es-ES"/>
        </w:rPr>
        <w:t xml:space="preserve">. </w:t>
      </w:r>
      <w:r w:rsidR="002251A2" w:rsidRPr="001A3C71">
        <w:rPr>
          <w:sz w:val="20"/>
          <w:szCs w:val="20"/>
          <w:lang w:val="es-ES"/>
        </w:rPr>
        <w:t>(</w:t>
      </w:r>
      <w:r w:rsidRPr="001A3C71">
        <w:rPr>
          <w:sz w:val="20"/>
          <w:szCs w:val="20"/>
          <w:lang w:val="es-ES"/>
        </w:rPr>
        <w:t>24</w:t>
      </w:r>
      <w:r w:rsidR="002251A2" w:rsidRPr="001A3C71">
        <w:rPr>
          <w:sz w:val="20"/>
          <w:szCs w:val="20"/>
          <w:lang w:val="es-ES"/>
        </w:rPr>
        <w:t>)</w:t>
      </w:r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desteğe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yönelik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kamu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yatırımları</w:t>
      </w:r>
      <w:proofErr w:type="spellEnd"/>
      <w:r w:rsidRPr="001A3C71">
        <w:rPr>
          <w:sz w:val="20"/>
          <w:szCs w:val="20"/>
          <w:lang w:val="es-ES"/>
        </w:rPr>
        <w:t>,</w:t>
      </w:r>
      <w:r w:rsidR="009F473A" w:rsidRPr="001A3C71">
        <w:rPr>
          <w:sz w:val="20"/>
          <w:szCs w:val="20"/>
          <w:lang w:val="es-ES"/>
        </w:rPr>
        <w:t xml:space="preserve"> </w:t>
      </w:r>
      <w:proofErr w:type="spellStart"/>
      <w:r w:rsidR="00CD4BE6" w:rsidRPr="001A3C71">
        <w:rPr>
          <w:sz w:val="20"/>
          <w:szCs w:val="20"/>
          <w:lang w:val="es-ES"/>
        </w:rPr>
        <w:t>toplumsal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="00433E68" w:rsidRPr="001A3C71">
        <w:rPr>
          <w:sz w:val="20"/>
          <w:szCs w:val="20"/>
          <w:lang w:val="es-ES"/>
        </w:rPr>
        <w:t>cinsiyet</w:t>
      </w:r>
      <w:proofErr w:type="spellEnd"/>
      <w:r w:rsidR="00433E68" w:rsidRPr="001A3C71">
        <w:rPr>
          <w:sz w:val="20"/>
          <w:szCs w:val="20"/>
          <w:lang w:val="es-ES"/>
        </w:rPr>
        <w:t xml:space="preserve"> </w:t>
      </w:r>
      <w:proofErr w:type="spellStart"/>
      <w:r w:rsidR="00433E68" w:rsidRPr="001A3C71">
        <w:rPr>
          <w:sz w:val="20"/>
          <w:szCs w:val="20"/>
          <w:lang w:val="es-ES"/>
        </w:rPr>
        <w:t>eşitsizliğinden</w:t>
      </w:r>
      <w:proofErr w:type="spellEnd"/>
      <w:r w:rsidR="00433E68" w:rsidRPr="001A3C71">
        <w:rPr>
          <w:sz w:val="20"/>
          <w:szCs w:val="20"/>
          <w:lang w:val="es-ES"/>
        </w:rPr>
        <w:t xml:space="preserve"> </w:t>
      </w:r>
      <w:proofErr w:type="spellStart"/>
      <w:r w:rsidR="00433E68" w:rsidRPr="001A3C71">
        <w:rPr>
          <w:sz w:val="20"/>
          <w:szCs w:val="20"/>
          <w:lang w:val="es-ES"/>
        </w:rPr>
        <w:t>kaynaklanan</w:t>
      </w:r>
      <w:proofErr w:type="spellEnd"/>
      <w:r w:rsidR="00433E68" w:rsidRPr="001A3C71">
        <w:rPr>
          <w:sz w:val="20"/>
          <w:szCs w:val="20"/>
          <w:lang w:val="es-ES"/>
        </w:rPr>
        <w:t xml:space="preserve"> bu </w:t>
      </w:r>
      <w:proofErr w:type="spellStart"/>
      <w:r w:rsidR="00433E68" w:rsidRPr="001A3C71">
        <w:rPr>
          <w:sz w:val="20"/>
          <w:szCs w:val="20"/>
          <w:lang w:val="es-ES"/>
        </w:rPr>
        <w:t>sorunları</w:t>
      </w:r>
      <w:proofErr w:type="spellEnd"/>
      <w:r w:rsidR="00433E68" w:rsidRPr="001A3C71">
        <w:rPr>
          <w:sz w:val="20"/>
          <w:szCs w:val="20"/>
          <w:lang w:val="es-ES"/>
        </w:rPr>
        <w:t xml:space="preserve"> ele </w:t>
      </w:r>
      <w:proofErr w:type="spellStart"/>
      <w:r w:rsidR="00433E68" w:rsidRPr="001A3C71">
        <w:rPr>
          <w:sz w:val="20"/>
          <w:szCs w:val="20"/>
          <w:lang w:val="es-ES"/>
        </w:rPr>
        <w:t>almak</w:t>
      </w:r>
      <w:proofErr w:type="spellEnd"/>
      <w:r w:rsidR="00001A88" w:rsidRPr="001A3C71">
        <w:rPr>
          <w:sz w:val="20"/>
          <w:szCs w:val="20"/>
          <w:lang w:val="es-ES"/>
        </w:rPr>
        <w:t xml:space="preserve"> </w:t>
      </w:r>
      <w:proofErr w:type="spellStart"/>
      <w:r w:rsidR="00CD4BE6" w:rsidRPr="001A3C71">
        <w:rPr>
          <w:sz w:val="20"/>
          <w:szCs w:val="20"/>
          <w:lang w:val="es-ES"/>
        </w:rPr>
        <w:t>için</w:t>
      </w:r>
      <w:proofErr w:type="spellEnd"/>
      <w:r w:rsidR="00732A29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gereklidir</w:t>
      </w:r>
      <w:proofErr w:type="spellEnd"/>
      <w:r w:rsidR="00FD1FD5" w:rsidRPr="001A3C71">
        <w:rPr>
          <w:sz w:val="20"/>
          <w:szCs w:val="20"/>
          <w:lang w:val="es-ES"/>
        </w:rPr>
        <w:t>.</w:t>
      </w:r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Aynı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zamanda</w:t>
      </w:r>
      <w:proofErr w:type="spellEnd"/>
      <w:r w:rsidR="00F257F4" w:rsidRPr="001A3C71">
        <w:rPr>
          <w:sz w:val="20"/>
          <w:szCs w:val="20"/>
          <w:lang w:val="es-ES"/>
        </w:rPr>
        <w:t xml:space="preserve">, </w:t>
      </w:r>
      <w:proofErr w:type="spellStart"/>
      <w:r w:rsidR="00F257F4" w:rsidRPr="001A3C71">
        <w:rPr>
          <w:sz w:val="20"/>
          <w:szCs w:val="20"/>
          <w:lang w:val="es-ES"/>
        </w:rPr>
        <w:t>bakım</w:t>
      </w:r>
      <w:proofErr w:type="spellEnd"/>
      <w:r w:rsidR="00F257F4" w:rsidRPr="001A3C71">
        <w:rPr>
          <w:sz w:val="20"/>
          <w:szCs w:val="20"/>
          <w:lang w:val="es-ES"/>
        </w:rPr>
        <w:t xml:space="preserve"> ve </w:t>
      </w:r>
      <w:proofErr w:type="spellStart"/>
      <w:r w:rsidR="00F257F4" w:rsidRPr="001A3C71">
        <w:rPr>
          <w:sz w:val="20"/>
          <w:szCs w:val="20"/>
          <w:lang w:val="es-ES"/>
        </w:rPr>
        <w:t>destek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politikaları</w:t>
      </w:r>
      <w:proofErr w:type="spellEnd"/>
      <w:r w:rsidR="00F257F4" w:rsidRPr="001A3C71">
        <w:rPr>
          <w:sz w:val="20"/>
          <w:szCs w:val="20"/>
          <w:lang w:val="es-ES"/>
        </w:rPr>
        <w:t xml:space="preserve">, </w:t>
      </w:r>
      <w:proofErr w:type="spellStart"/>
      <w:r w:rsidR="00F257F4" w:rsidRPr="001A3C71">
        <w:rPr>
          <w:sz w:val="20"/>
          <w:szCs w:val="20"/>
          <w:lang w:val="es-ES"/>
        </w:rPr>
        <w:t>mevcut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sömürücü</w:t>
      </w:r>
      <w:proofErr w:type="spellEnd"/>
      <w:r w:rsidR="00F257F4" w:rsidRPr="001A3C71">
        <w:rPr>
          <w:sz w:val="20"/>
          <w:szCs w:val="20"/>
          <w:lang w:val="es-ES"/>
        </w:rPr>
        <w:t xml:space="preserve"> ve </w:t>
      </w:r>
      <w:proofErr w:type="spellStart"/>
      <w:r w:rsidR="00F257F4" w:rsidRPr="001A3C71">
        <w:rPr>
          <w:sz w:val="20"/>
          <w:szCs w:val="20"/>
          <w:lang w:val="es-ES"/>
        </w:rPr>
        <w:t>istismarcı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ekonomik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kalkınma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modellerine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alternatifler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oluşturmak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için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kritik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öneme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sahiptir</w:t>
      </w:r>
      <w:proofErr w:type="spellEnd"/>
      <w:r w:rsidR="00F257F4" w:rsidRPr="001A3C71">
        <w:rPr>
          <w:sz w:val="20"/>
          <w:szCs w:val="20"/>
          <w:lang w:val="es-ES"/>
        </w:rPr>
        <w:t>.</w:t>
      </w:r>
      <w:r w:rsidR="00387953" w:rsidRPr="001A3C71">
        <w:rPr>
          <w:sz w:val="20"/>
          <w:szCs w:val="20"/>
          <w:lang w:val="es-ES"/>
        </w:rPr>
        <w:t xml:space="preserve"> </w:t>
      </w:r>
      <w:r w:rsidR="00F257F4" w:rsidRPr="001A3C71">
        <w:rPr>
          <w:sz w:val="20"/>
          <w:szCs w:val="20"/>
          <w:lang w:val="es-ES"/>
        </w:rPr>
        <w:t xml:space="preserve">(25) </w:t>
      </w:r>
      <w:proofErr w:type="spellStart"/>
      <w:r w:rsidR="00F257F4" w:rsidRPr="001A3C71">
        <w:rPr>
          <w:sz w:val="20"/>
          <w:szCs w:val="20"/>
          <w:lang w:val="es-ES"/>
        </w:rPr>
        <w:t>Kaliteli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sağlık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hizmetleri</w:t>
      </w:r>
      <w:proofErr w:type="spellEnd"/>
      <w:r w:rsidR="00F257F4" w:rsidRPr="001A3C71">
        <w:rPr>
          <w:sz w:val="20"/>
          <w:szCs w:val="20"/>
          <w:lang w:val="es-ES"/>
        </w:rPr>
        <w:t xml:space="preserve">, </w:t>
      </w:r>
      <w:proofErr w:type="spellStart"/>
      <w:r w:rsidR="00F257F4" w:rsidRPr="001A3C71">
        <w:rPr>
          <w:sz w:val="20"/>
          <w:szCs w:val="20"/>
          <w:lang w:val="es-ES"/>
        </w:rPr>
        <w:t>çocuk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bakımı</w:t>
      </w:r>
      <w:proofErr w:type="spellEnd"/>
      <w:r w:rsidR="00F257F4" w:rsidRPr="001A3C71">
        <w:rPr>
          <w:sz w:val="20"/>
          <w:szCs w:val="20"/>
          <w:lang w:val="es-ES"/>
        </w:rPr>
        <w:t xml:space="preserve"> ve </w:t>
      </w:r>
      <w:proofErr w:type="spellStart"/>
      <w:r w:rsidR="00F257F4" w:rsidRPr="001A3C71">
        <w:rPr>
          <w:sz w:val="20"/>
          <w:szCs w:val="20"/>
          <w:lang w:val="es-ES"/>
        </w:rPr>
        <w:t>diğer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bakım</w:t>
      </w:r>
      <w:proofErr w:type="spellEnd"/>
      <w:r w:rsidR="00F257F4" w:rsidRPr="001A3C71">
        <w:rPr>
          <w:sz w:val="20"/>
          <w:szCs w:val="20"/>
          <w:lang w:val="es-ES"/>
        </w:rPr>
        <w:t xml:space="preserve"> ve </w:t>
      </w:r>
      <w:proofErr w:type="spellStart"/>
      <w:r w:rsidR="00F257F4" w:rsidRPr="001A3C71">
        <w:rPr>
          <w:sz w:val="20"/>
          <w:szCs w:val="20"/>
          <w:lang w:val="es-ES"/>
        </w:rPr>
        <w:t>destek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hizmetlerine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yapılan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kamu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yatırımları</w:t>
      </w:r>
      <w:proofErr w:type="spellEnd"/>
      <w:r w:rsidR="00F257F4" w:rsidRPr="001A3C71">
        <w:rPr>
          <w:sz w:val="20"/>
          <w:szCs w:val="20"/>
          <w:lang w:val="es-ES"/>
        </w:rPr>
        <w:t xml:space="preserve">, </w:t>
      </w:r>
      <w:proofErr w:type="spellStart"/>
      <w:r w:rsidR="00F257F4" w:rsidRPr="001A3C71">
        <w:rPr>
          <w:sz w:val="20"/>
          <w:szCs w:val="20"/>
          <w:lang w:val="es-ES"/>
        </w:rPr>
        <w:t>ekonomik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çarpan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etkisi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yaratır</w:t>
      </w:r>
      <w:proofErr w:type="spellEnd"/>
      <w:r w:rsidR="00F257F4" w:rsidRPr="001A3C71">
        <w:rPr>
          <w:sz w:val="20"/>
          <w:szCs w:val="20"/>
          <w:lang w:val="es-ES"/>
        </w:rPr>
        <w:t xml:space="preserve"> ve </w:t>
      </w:r>
      <w:proofErr w:type="spellStart"/>
      <w:r w:rsidR="00F257F4" w:rsidRPr="001A3C71">
        <w:rPr>
          <w:sz w:val="20"/>
          <w:szCs w:val="20"/>
          <w:lang w:val="es-ES"/>
        </w:rPr>
        <w:t>düşük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karbonlu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bakım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işleri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yaratarak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yeşil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ekonomilere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fayda</w:t>
      </w:r>
      <w:proofErr w:type="spellEnd"/>
      <w:r w:rsidR="00F257F4" w:rsidRPr="001A3C71">
        <w:rPr>
          <w:sz w:val="20"/>
          <w:szCs w:val="20"/>
          <w:lang w:val="es-ES"/>
        </w:rPr>
        <w:t xml:space="preserve"> </w:t>
      </w:r>
      <w:proofErr w:type="spellStart"/>
      <w:r w:rsidR="00F257F4" w:rsidRPr="001A3C71">
        <w:rPr>
          <w:sz w:val="20"/>
          <w:szCs w:val="20"/>
          <w:lang w:val="es-ES"/>
        </w:rPr>
        <w:t>sağlar</w:t>
      </w:r>
      <w:proofErr w:type="spellEnd"/>
      <w:r w:rsidR="00F257F4" w:rsidRPr="001A3C71">
        <w:rPr>
          <w:sz w:val="20"/>
          <w:szCs w:val="20"/>
          <w:lang w:val="es-ES"/>
        </w:rPr>
        <w:t>. (26)</w:t>
      </w:r>
    </w:p>
    <w:p w14:paraId="563094DC" w14:textId="77777777" w:rsidR="001A3C71" w:rsidRPr="001A3C71" w:rsidRDefault="00F257F4" w:rsidP="006E736E">
      <w:pPr>
        <w:spacing w:after="0"/>
        <w:jc w:val="both"/>
        <w:rPr>
          <w:sz w:val="20"/>
          <w:szCs w:val="20"/>
          <w:highlight w:val="cyan"/>
          <w:lang w:val="es-ES"/>
        </w:rPr>
      </w:pPr>
      <w:r w:rsidRPr="001A3C71">
        <w:rPr>
          <w:sz w:val="20"/>
          <w:szCs w:val="20"/>
          <w:lang w:val="es-ES"/>
        </w:rPr>
        <w:t xml:space="preserve">8.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sağlayanların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ihtiyaç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duyanların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özerkliğini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haysiyetini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sağlamak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insan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haklarının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yerine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getirilmesi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için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kilit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öneme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sahiptir</w:t>
      </w:r>
      <w:proofErr w:type="spellEnd"/>
      <w:r w:rsidRPr="001A3C71">
        <w:rPr>
          <w:sz w:val="20"/>
          <w:szCs w:val="20"/>
          <w:lang w:val="es-ES"/>
        </w:rPr>
        <w:t xml:space="preserve">. </w:t>
      </w:r>
      <w:proofErr w:type="spellStart"/>
      <w:r w:rsidRPr="001A3C71">
        <w:rPr>
          <w:sz w:val="20"/>
          <w:szCs w:val="20"/>
          <w:lang w:val="es-ES"/>
        </w:rPr>
        <w:t>Kadınların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kızların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kimlikleri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deneyimleri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karşılaştıkları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zorluklar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sadece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toplumsal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tarafından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değil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aynı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zamanda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engellilik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yaş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sınıf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ırk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etnik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köken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cinsel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yönelim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göçmenlik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statüsü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gibi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diğer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faktörler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tarafından</w:t>
      </w:r>
      <w:proofErr w:type="spellEnd"/>
      <w:r w:rsidRPr="001A3C71">
        <w:rPr>
          <w:sz w:val="20"/>
          <w:szCs w:val="20"/>
          <w:lang w:val="es-ES"/>
        </w:rPr>
        <w:t xml:space="preserve"> da </w:t>
      </w:r>
      <w:proofErr w:type="spellStart"/>
      <w:r w:rsidRPr="001A3C71">
        <w:rPr>
          <w:sz w:val="20"/>
          <w:szCs w:val="20"/>
          <w:lang w:val="es-ES"/>
        </w:rPr>
        <w:t>şekillenir</w:t>
      </w:r>
      <w:proofErr w:type="spellEnd"/>
      <w:r w:rsidRPr="001A3C71">
        <w:rPr>
          <w:sz w:val="20"/>
          <w:szCs w:val="20"/>
          <w:lang w:val="es-ES"/>
        </w:rPr>
        <w:t xml:space="preserve">. (27) </w:t>
      </w:r>
      <w:proofErr w:type="spellStart"/>
      <w:r w:rsidRPr="001A3C71">
        <w:rPr>
          <w:sz w:val="20"/>
          <w:szCs w:val="20"/>
          <w:lang w:val="es-ES"/>
        </w:rPr>
        <w:t>Çalışma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Grubu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sistemlerine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cinsiyet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ayrımcılığını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ortadan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kaldırmayı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tüm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insan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haklarının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ön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koşulu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olarak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toplumsal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eşitliğini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ilerletmeyi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amaçlayan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kesişimsel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feminist</w:t>
      </w:r>
      <w:proofErr w:type="spellEnd"/>
      <w:r w:rsidRPr="001A3C71">
        <w:rPr>
          <w:sz w:val="20"/>
          <w:szCs w:val="20"/>
          <w:lang w:val="es-ES"/>
        </w:rPr>
        <w:t xml:space="preserve"> bir </w:t>
      </w:r>
      <w:proofErr w:type="spellStart"/>
      <w:r w:rsidRPr="001A3C71">
        <w:rPr>
          <w:sz w:val="20"/>
          <w:szCs w:val="20"/>
          <w:lang w:val="es-ES"/>
        </w:rPr>
        <w:t>perspektiften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yaklaşmaktadır</w:t>
      </w:r>
      <w:proofErr w:type="spellEnd"/>
      <w:r w:rsidRPr="001A3C71">
        <w:rPr>
          <w:sz w:val="20"/>
          <w:szCs w:val="20"/>
          <w:lang w:val="es-ES"/>
        </w:rPr>
        <w:t>.</w:t>
      </w:r>
      <w:r w:rsidR="000C7284" w:rsidRPr="001A3C71">
        <w:rPr>
          <w:sz w:val="20"/>
          <w:szCs w:val="20"/>
          <w:highlight w:val="cyan"/>
          <w:lang w:val="es-ES"/>
        </w:rPr>
        <w:br/>
      </w:r>
    </w:p>
    <w:p w14:paraId="5FEABAE9" w14:textId="3AA9BFD4" w:rsidR="005347F2" w:rsidRPr="00A05585" w:rsidRDefault="001A3C71" w:rsidP="00145CE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color w:val="000000"/>
          <w:sz w:val="16"/>
          <w:szCs w:val="16"/>
        </w:rPr>
      </w:pPr>
      <w:r w:rsidRPr="001A3C71">
        <w:rPr>
          <w:sz w:val="20"/>
          <w:szCs w:val="20"/>
          <w:lang w:val="es-ES"/>
        </w:rPr>
        <w:t xml:space="preserve">9. </w:t>
      </w:r>
      <w:proofErr w:type="spellStart"/>
      <w:r w:rsidRPr="001A3C71">
        <w:rPr>
          <w:sz w:val="20"/>
          <w:szCs w:val="20"/>
          <w:lang w:val="es-ES"/>
        </w:rPr>
        <w:t>Toplumsal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eşitliğine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karşı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artan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tepkiler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bağlamında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bakım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destek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sistemlerinde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toplumsal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eşitliğini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ilerletmek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her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zamankinden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daha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acildir</w:t>
      </w:r>
      <w:proofErr w:type="spellEnd"/>
      <w:r w:rsidRPr="001A3C71">
        <w:rPr>
          <w:sz w:val="20"/>
          <w:szCs w:val="20"/>
          <w:lang w:val="es-ES"/>
        </w:rPr>
        <w:t xml:space="preserve">. (28) </w:t>
      </w:r>
      <w:proofErr w:type="spellStart"/>
      <w:r w:rsidRPr="001A3C71">
        <w:rPr>
          <w:sz w:val="20"/>
          <w:szCs w:val="20"/>
          <w:lang w:val="es-ES"/>
        </w:rPr>
        <w:t>Yaşlanan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nüfus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düşen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doğum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oranları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nedeniyle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bugün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birçok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hükümet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doğum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yanlısı</w:t>
      </w:r>
      <w:proofErr w:type="spellEnd"/>
      <w:r w:rsidRPr="001A3C71">
        <w:rPr>
          <w:sz w:val="20"/>
          <w:szCs w:val="20"/>
          <w:lang w:val="es-ES"/>
        </w:rPr>
        <w:t xml:space="preserve"> ve "</w:t>
      </w:r>
      <w:proofErr w:type="spellStart"/>
      <w:r w:rsidRPr="001A3C71">
        <w:rPr>
          <w:sz w:val="20"/>
          <w:szCs w:val="20"/>
          <w:lang w:val="es-ES"/>
        </w:rPr>
        <w:t>aile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odaklı</w:t>
      </w:r>
      <w:proofErr w:type="spellEnd"/>
      <w:r w:rsidRPr="001A3C71">
        <w:rPr>
          <w:sz w:val="20"/>
          <w:szCs w:val="20"/>
          <w:lang w:val="es-ES"/>
        </w:rPr>
        <w:t xml:space="preserve">" </w:t>
      </w:r>
      <w:proofErr w:type="spellStart"/>
      <w:r w:rsidRPr="001A3C71">
        <w:rPr>
          <w:sz w:val="20"/>
          <w:szCs w:val="20"/>
          <w:lang w:val="es-ES"/>
        </w:rPr>
        <w:t>politikaları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teşvik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etmektedir</w:t>
      </w:r>
      <w:proofErr w:type="spellEnd"/>
      <w:r w:rsidRPr="001A3C71">
        <w:rPr>
          <w:sz w:val="20"/>
          <w:szCs w:val="20"/>
          <w:lang w:val="es-ES"/>
        </w:rPr>
        <w:t xml:space="preserve">. (29) </w:t>
      </w:r>
      <w:proofErr w:type="spellStart"/>
      <w:r w:rsidRPr="001A3C71">
        <w:rPr>
          <w:sz w:val="20"/>
          <w:szCs w:val="20"/>
          <w:lang w:val="es-ES"/>
        </w:rPr>
        <w:t>Ancak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kadınlara</w:t>
      </w:r>
      <w:proofErr w:type="spellEnd"/>
      <w:r w:rsidRPr="001A3C71">
        <w:rPr>
          <w:sz w:val="20"/>
          <w:szCs w:val="20"/>
          <w:lang w:val="es-ES"/>
        </w:rPr>
        <w:t xml:space="preserve"> "</w:t>
      </w:r>
      <w:proofErr w:type="spellStart"/>
      <w:r w:rsidRPr="001A3C71">
        <w:rPr>
          <w:sz w:val="20"/>
          <w:szCs w:val="20"/>
          <w:lang w:val="es-ES"/>
        </w:rPr>
        <w:t>ulusun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yeniden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üretilmesi</w:t>
      </w:r>
      <w:proofErr w:type="spellEnd"/>
      <w:r w:rsidRPr="001A3C71">
        <w:rPr>
          <w:sz w:val="20"/>
          <w:szCs w:val="20"/>
          <w:lang w:val="es-ES"/>
        </w:rPr>
        <w:t xml:space="preserve">" </w:t>
      </w:r>
      <w:proofErr w:type="spellStart"/>
      <w:r w:rsidRPr="001A3C71">
        <w:rPr>
          <w:sz w:val="20"/>
          <w:szCs w:val="20"/>
          <w:lang w:val="es-ES"/>
        </w:rPr>
        <w:t>görevini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vermek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cinsel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</w:t>
      </w:r>
      <w:proofErr w:type="spellEnd"/>
      <w:r w:rsidRPr="001A3C71">
        <w:rPr>
          <w:sz w:val="20"/>
          <w:szCs w:val="20"/>
          <w:lang w:val="es-ES"/>
        </w:rPr>
        <w:t xml:space="preserve"> ve </w:t>
      </w:r>
      <w:proofErr w:type="spellStart"/>
      <w:r w:rsidRPr="001A3C71">
        <w:rPr>
          <w:sz w:val="20"/>
          <w:szCs w:val="20"/>
          <w:lang w:val="es-ES"/>
        </w:rPr>
        <w:t>üreme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yanısıra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cinsiyete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dayalı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şiddetle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mücadele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çabaları</w:t>
      </w:r>
      <w:proofErr w:type="spellEnd"/>
      <w:r w:rsidRPr="001A3C71">
        <w:rPr>
          <w:sz w:val="20"/>
          <w:szCs w:val="20"/>
          <w:lang w:val="es-ES"/>
        </w:rPr>
        <w:t xml:space="preserve"> da </w:t>
      </w:r>
      <w:proofErr w:type="spellStart"/>
      <w:r w:rsidRPr="001A3C71">
        <w:rPr>
          <w:sz w:val="20"/>
          <w:szCs w:val="20"/>
          <w:lang w:val="es-ES"/>
        </w:rPr>
        <w:t>dahil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olmak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üzere</w:t>
      </w:r>
      <w:proofErr w:type="spellEnd"/>
      <w:r w:rsidRPr="001A3C71">
        <w:rPr>
          <w:sz w:val="20"/>
          <w:szCs w:val="20"/>
          <w:lang w:val="es-ES"/>
        </w:rPr>
        <w:t xml:space="preserve">, </w:t>
      </w:r>
      <w:proofErr w:type="spellStart"/>
      <w:r w:rsidRPr="001A3C71">
        <w:rPr>
          <w:sz w:val="20"/>
          <w:szCs w:val="20"/>
          <w:lang w:val="es-ES"/>
        </w:rPr>
        <w:t>kadınların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zor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kazanılmış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haklarını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tehdit</w:t>
      </w:r>
      <w:proofErr w:type="spellEnd"/>
      <w:r w:rsidRPr="001A3C71">
        <w:rPr>
          <w:sz w:val="20"/>
          <w:szCs w:val="20"/>
          <w:lang w:val="es-ES"/>
        </w:rPr>
        <w:t xml:space="preserve"> </w:t>
      </w:r>
      <w:proofErr w:type="spellStart"/>
      <w:r w:rsidRPr="001A3C71">
        <w:rPr>
          <w:sz w:val="20"/>
          <w:szCs w:val="20"/>
          <w:lang w:val="es-ES"/>
        </w:rPr>
        <w:t>etmektedir</w:t>
      </w:r>
      <w:proofErr w:type="spellEnd"/>
      <w:r w:rsidRPr="001A3C71">
        <w:rPr>
          <w:sz w:val="20"/>
          <w:szCs w:val="20"/>
          <w:lang w:val="es-ES"/>
        </w:rPr>
        <w:t>. (30)</w:t>
      </w:r>
      <w:r w:rsidR="000C7284" w:rsidRPr="00802C5D">
        <w:rPr>
          <w:sz w:val="18"/>
          <w:szCs w:val="18"/>
          <w:highlight w:val="cyan"/>
          <w:lang w:val="es-ES"/>
        </w:rPr>
        <w:br/>
      </w:r>
      <w:r w:rsidR="001C1414">
        <w:rPr>
          <w:sz w:val="20"/>
          <w:szCs w:val="20"/>
        </w:rPr>
        <w:t>_______________</w:t>
      </w:r>
      <w:r w:rsidR="000C7284" w:rsidRPr="00F257F4">
        <w:rPr>
          <w:sz w:val="16"/>
          <w:szCs w:val="16"/>
          <w:highlight w:val="cyan"/>
          <w:lang w:val="es-ES"/>
        </w:rPr>
        <w:br/>
      </w:r>
      <w:r w:rsidR="000C7284" w:rsidRPr="00CB421B">
        <w:rPr>
          <w:sz w:val="16"/>
          <w:szCs w:val="16"/>
          <w:lang w:val="es-ES"/>
        </w:rPr>
        <w:t>20</w:t>
      </w:r>
      <w:r w:rsidR="00FA54BA">
        <w:rPr>
          <w:sz w:val="16"/>
          <w:szCs w:val="16"/>
          <w:lang w:val="es-ES"/>
        </w:rPr>
        <w:t xml:space="preserve">  </w:t>
      </w:r>
      <w:r w:rsidR="000C7284" w:rsidRPr="00CB421B">
        <w:rPr>
          <w:sz w:val="16"/>
          <w:szCs w:val="16"/>
          <w:lang w:val="es-ES"/>
        </w:rPr>
        <w:t xml:space="preserve">Hannah Davis, </w:t>
      </w:r>
      <w:r w:rsidR="0027426C" w:rsidRPr="0027426C">
        <w:rPr>
          <w:rFonts w:ascii="Cambria" w:hAnsi="Cambria" w:cs="Times New Roman"/>
          <w:color w:val="000000"/>
          <w:sz w:val="16"/>
          <w:szCs w:val="16"/>
        </w:rPr>
        <w:t xml:space="preserve">“Sectarian violence simmers in Homs”, </w:t>
      </w:r>
      <w:r w:rsidR="000C7284" w:rsidRPr="00047D3B">
        <w:rPr>
          <w:rFonts w:ascii="Cambria" w:hAnsi="Cambria"/>
          <w:i/>
          <w:iCs/>
          <w:sz w:val="16"/>
          <w:szCs w:val="16"/>
          <w:lang w:val="es-ES"/>
        </w:rPr>
        <w:t xml:space="preserve">New </w:t>
      </w:r>
      <w:proofErr w:type="spellStart"/>
      <w:r w:rsidR="000C7284" w:rsidRPr="00047D3B">
        <w:rPr>
          <w:i/>
          <w:iCs/>
          <w:sz w:val="16"/>
          <w:szCs w:val="16"/>
          <w:lang w:val="es-ES"/>
        </w:rPr>
        <w:t>Lines</w:t>
      </w:r>
      <w:proofErr w:type="spellEnd"/>
      <w:r w:rsidR="000C7284" w:rsidRPr="00047D3B">
        <w:rPr>
          <w:i/>
          <w:iCs/>
          <w:sz w:val="16"/>
          <w:szCs w:val="16"/>
          <w:lang w:val="es-ES"/>
        </w:rPr>
        <w:t xml:space="preserve"> Magazine</w:t>
      </w:r>
      <w:r w:rsidR="000C7284" w:rsidRPr="00CB421B">
        <w:rPr>
          <w:sz w:val="16"/>
          <w:szCs w:val="16"/>
          <w:lang w:val="es-ES"/>
        </w:rPr>
        <w:t xml:space="preserve">, 10 </w:t>
      </w:r>
      <w:proofErr w:type="spellStart"/>
      <w:r w:rsidR="000C7284" w:rsidRPr="00CB421B">
        <w:rPr>
          <w:sz w:val="16"/>
          <w:szCs w:val="16"/>
          <w:lang w:val="es-ES"/>
        </w:rPr>
        <w:t>Mart</w:t>
      </w:r>
      <w:proofErr w:type="spellEnd"/>
      <w:r w:rsidR="000C7284" w:rsidRPr="00CB421B">
        <w:rPr>
          <w:sz w:val="16"/>
          <w:szCs w:val="16"/>
          <w:lang w:val="es-ES"/>
        </w:rPr>
        <w:t xml:space="preserve"> 2025. </w:t>
      </w:r>
      <w:proofErr w:type="spellStart"/>
      <w:r w:rsidR="000C7284" w:rsidRPr="00CB421B">
        <w:rPr>
          <w:sz w:val="16"/>
          <w:szCs w:val="16"/>
          <w:lang w:val="es-ES"/>
        </w:rPr>
        <w:t>Ayrıca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bkz</w:t>
      </w:r>
      <w:proofErr w:type="spellEnd"/>
      <w:r w:rsidR="000C7284" w:rsidRPr="00CB421B">
        <w:rPr>
          <w:sz w:val="16"/>
          <w:szCs w:val="16"/>
          <w:lang w:val="es-ES"/>
        </w:rPr>
        <w:t xml:space="preserve">. </w:t>
      </w:r>
      <w:hyperlink r:id="rId26" w:history="1">
        <w:r w:rsidR="0027426C" w:rsidRPr="00053A21">
          <w:rPr>
            <w:rStyle w:val="Hyperlink"/>
            <w:sz w:val="16"/>
            <w:szCs w:val="16"/>
            <w:lang w:val="es-ES"/>
          </w:rPr>
          <w:t>https://euaa.europa.eu/sites/default/files/publications/easo-coi-report-syria-situation-women.pdf</w:t>
        </w:r>
      </w:hyperlink>
      <w:r w:rsidR="000C7284" w:rsidRPr="00CB421B">
        <w:rPr>
          <w:sz w:val="16"/>
          <w:szCs w:val="16"/>
          <w:lang w:val="es-ES"/>
        </w:rPr>
        <w:t>.</w:t>
      </w:r>
      <w:r w:rsidR="0027426C">
        <w:rPr>
          <w:sz w:val="16"/>
          <w:szCs w:val="16"/>
          <w:lang w:val="es-ES"/>
        </w:rPr>
        <w:t xml:space="preserve"> </w:t>
      </w:r>
      <w:r w:rsidR="000C7284" w:rsidRPr="00CB421B">
        <w:rPr>
          <w:sz w:val="16"/>
          <w:szCs w:val="16"/>
          <w:lang w:val="es-ES"/>
        </w:rPr>
        <w:br/>
        <w:t>21</w:t>
      </w:r>
      <w:r w:rsidR="00FA54BA">
        <w:rPr>
          <w:sz w:val="16"/>
          <w:szCs w:val="16"/>
          <w:lang w:val="es-ES"/>
        </w:rPr>
        <w:t xml:space="preserve">. </w:t>
      </w:r>
      <w:proofErr w:type="spellStart"/>
      <w:r w:rsidR="000C7284" w:rsidRPr="00CB421B">
        <w:rPr>
          <w:sz w:val="16"/>
          <w:szCs w:val="16"/>
          <w:lang w:val="es-ES"/>
        </w:rPr>
        <w:t>Bkz</w:t>
      </w:r>
      <w:proofErr w:type="spellEnd"/>
      <w:r w:rsidR="000C7284" w:rsidRPr="00CB421B">
        <w:rPr>
          <w:sz w:val="16"/>
          <w:szCs w:val="16"/>
          <w:lang w:val="es-ES"/>
        </w:rPr>
        <w:t xml:space="preserve">. </w:t>
      </w:r>
      <w:hyperlink r:id="rId27" w:history="1">
        <w:r w:rsidR="0027426C" w:rsidRPr="00053A21">
          <w:rPr>
            <w:rStyle w:val="Hyperlink"/>
            <w:sz w:val="16"/>
            <w:szCs w:val="16"/>
            <w:lang w:val="es-ES"/>
          </w:rPr>
          <w:t>https://www.unwomen.org/en/news-stories/press-release/2025/02/three-years-of-full-scale-war-in-ukraine-roll-back-decades-of-progress-for-womens-rights-safety-and-economic-opportunities</w:t>
        </w:r>
      </w:hyperlink>
      <w:r w:rsidR="000C7284" w:rsidRPr="00CB421B">
        <w:rPr>
          <w:sz w:val="16"/>
          <w:szCs w:val="16"/>
          <w:lang w:val="es-ES"/>
        </w:rPr>
        <w:t>.</w:t>
      </w:r>
      <w:r w:rsidR="0027426C">
        <w:rPr>
          <w:sz w:val="16"/>
          <w:szCs w:val="16"/>
          <w:lang w:val="es-ES"/>
        </w:rPr>
        <w:t xml:space="preserve"> </w:t>
      </w:r>
      <w:r w:rsidR="000C7284" w:rsidRPr="00CB421B">
        <w:rPr>
          <w:sz w:val="16"/>
          <w:szCs w:val="16"/>
          <w:lang w:val="es-ES"/>
        </w:rPr>
        <w:br/>
        <w:t xml:space="preserve">22 </w:t>
      </w:r>
      <w:r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Çalışma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Grubu'nun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Afrika</w:t>
      </w:r>
      <w:proofErr w:type="spellEnd"/>
      <w:r w:rsidR="000C7284" w:rsidRPr="00CB421B">
        <w:rPr>
          <w:sz w:val="16"/>
          <w:szCs w:val="16"/>
          <w:lang w:val="es-ES"/>
        </w:rPr>
        <w:t xml:space="preserve"> ve Orta </w:t>
      </w:r>
      <w:proofErr w:type="spellStart"/>
      <w:r w:rsidR="000C7284" w:rsidRPr="00CB421B">
        <w:rPr>
          <w:sz w:val="16"/>
          <w:szCs w:val="16"/>
          <w:lang w:val="es-ES"/>
        </w:rPr>
        <w:t>Doğu'daki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sivil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toplum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kuruluşlarıyla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yaptığı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istişarelerde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ifade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edilen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görüşler</w:t>
      </w:r>
      <w:proofErr w:type="spellEnd"/>
      <w:r w:rsidR="000C7284" w:rsidRPr="00CB421B">
        <w:rPr>
          <w:sz w:val="16"/>
          <w:szCs w:val="16"/>
          <w:lang w:val="es-ES"/>
        </w:rPr>
        <w:t xml:space="preserve">. </w:t>
      </w:r>
      <w:proofErr w:type="spellStart"/>
      <w:r w:rsidR="000C7284" w:rsidRPr="00CB421B">
        <w:rPr>
          <w:sz w:val="16"/>
          <w:szCs w:val="16"/>
          <w:lang w:val="es-ES"/>
        </w:rPr>
        <w:t>Ayrıca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bkz</w:t>
      </w:r>
      <w:proofErr w:type="spellEnd"/>
      <w:r w:rsidR="000C7284" w:rsidRPr="00CB421B">
        <w:rPr>
          <w:sz w:val="16"/>
          <w:szCs w:val="16"/>
          <w:lang w:val="es-ES"/>
        </w:rPr>
        <w:t xml:space="preserve">. </w:t>
      </w:r>
      <w:proofErr w:type="spellStart"/>
      <w:r w:rsidR="000C7284" w:rsidRPr="00CB421B">
        <w:rPr>
          <w:sz w:val="16"/>
          <w:szCs w:val="16"/>
          <w:lang w:val="es-ES"/>
        </w:rPr>
        <w:t>İnsan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Hakları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İzleme</w:t>
      </w:r>
      <w:proofErr w:type="spellEnd"/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CB421B">
        <w:rPr>
          <w:sz w:val="16"/>
          <w:szCs w:val="16"/>
          <w:lang w:val="es-ES"/>
        </w:rPr>
        <w:t>Örgütü</w:t>
      </w:r>
      <w:proofErr w:type="spellEnd"/>
      <w:r w:rsidR="000C7284" w:rsidRPr="00CB421B">
        <w:rPr>
          <w:sz w:val="16"/>
          <w:szCs w:val="16"/>
          <w:lang w:val="es-ES"/>
        </w:rPr>
        <w:t xml:space="preserve">, </w:t>
      </w:r>
      <w:r w:rsidR="0027426C" w:rsidRPr="0027426C">
        <w:rPr>
          <w:rFonts w:ascii="Cambria" w:hAnsi="Cambria" w:cs="Times New Roman"/>
          <w:color w:val="000000"/>
          <w:sz w:val="16"/>
          <w:szCs w:val="16"/>
        </w:rPr>
        <w:t>“Yemen: warring parties restrict women’s movement”</w:t>
      </w:r>
      <w:r w:rsidR="000C7284" w:rsidRPr="0027426C">
        <w:rPr>
          <w:rFonts w:ascii="Cambria" w:hAnsi="Cambria"/>
          <w:sz w:val="16"/>
          <w:szCs w:val="16"/>
          <w:lang w:val="es-ES"/>
        </w:rPr>
        <w:t>,</w:t>
      </w:r>
      <w:r w:rsidR="000C7284" w:rsidRPr="00CB421B">
        <w:rPr>
          <w:sz w:val="16"/>
          <w:szCs w:val="16"/>
          <w:lang w:val="es-ES"/>
        </w:rPr>
        <w:t xml:space="preserve"> 4 </w:t>
      </w:r>
      <w:proofErr w:type="spellStart"/>
      <w:r w:rsidR="000C7284" w:rsidRPr="00CB421B">
        <w:rPr>
          <w:sz w:val="16"/>
          <w:szCs w:val="16"/>
          <w:lang w:val="es-ES"/>
        </w:rPr>
        <w:t>Mart</w:t>
      </w:r>
      <w:proofErr w:type="spellEnd"/>
      <w:r w:rsidR="000C7284" w:rsidRPr="00CB421B">
        <w:rPr>
          <w:sz w:val="16"/>
          <w:szCs w:val="16"/>
          <w:lang w:val="es-ES"/>
        </w:rPr>
        <w:t xml:space="preserve"> 2024.</w:t>
      </w:r>
      <w:r w:rsidR="000C7284" w:rsidRPr="00CB421B">
        <w:rPr>
          <w:sz w:val="16"/>
          <w:szCs w:val="16"/>
          <w:lang w:val="es-ES"/>
        </w:rPr>
        <w:br/>
        <w:t>23</w:t>
      </w:r>
      <w:r w:rsidR="00F20A88">
        <w:rPr>
          <w:sz w:val="16"/>
          <w:szCs w:val="16"/>
          <w:lang w:val="es-ES"/>
        </w:rPr>
        <w:t xml:space="preserve"> </w:t>
      </w:r>
      <w:r w:rsidR="00FA54BA">
        <w:rPr>
          <w:sz w:val="16"/>
          <w:szCs w:val="16"/>
          <w:lang w:val="es-ES"/>
        </w:rPr>
        <w:t xml:space="preserve"> </w:t>
      </w:r>
      <w:r w:rsidR="000C7284" w:rsidRPr="00CB421B">
        <w:rPr>
          <w:sz w:val="16"/>
          <w:szCs w:val="16"/>
          <w:lang w:val="es-ES"/>
        </w:rPr>
        <w:t xml:space="preserve">Bruce Barrett, Joel W. Charles ve Jonathan L. </w:t>
      </w:r>
      <w:proofErr w:type="spellStart"/>
      <w:r w:rsidR="000C7284" w:rsidRPr="00CB421B">
        <w:rPr>
          <w:sz w:val="16"/>
          <w:szCs w:val="16"/>
          <w:lang w:val="es-ES"/>
        </w:rPr>
        <w:t>Temte</w:t>
      </w:r>
      <w:proofErr w:type="spellEnd"/>
      <w:r w:rsidR="000C7284" w:rsidRPr="00CA33F0">
        <w:rPr>
          <w:rFonts w:ascii="Cambria" w:hAnsi="Cambria"/>
          <w:sz w:val="16"/>
          <w:szCs w:val="16"/>
          <w:lang w:val="es-ES"/>
        </w:rPr>
        <w:t xml:space="preserve">, </w:t>
      </w:r>
      <w:r w:rsidR="00CA33F0" w:rsidRPr="00CA33F0">
        <w:rPr>
          <w:rFonts w:ascii="Cambria" w:hAnsi="Cambria" w:cs="Times New Roman"/>
          <w:color w:val="000000"/>
          <w:sz w:val="16"/>
          <w:szCs w:val="16"/>
        </w:rPr>
        <w:t>“Climate change, human health, and</w:t>
      </w:r>
      <w:r w:rsidR="00A05585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CA33F0" w:rsidRPr="00CA33F0">
        <w:rPr>
          <w:rFonts w:ascii="Cambria" w:hAnsi="Cambria" w:cs="Times New Roman"/>
          <w:color w:val="000000"/>
          <w:sz w:val="16"/>
          <w:szCs w:val="16"/>
        </w:rPr>
        <w:t>epidemiological transition”,</w:t>
      </w:r>
      <w:r w:rsidR="000C7284" w:rsidRPr="00CB421B">
        <w:rPr>
          <w:sz w:val="16"/>
          <w:szCs w:val="16"/>
          <w:lang w:val="es-ES"/>
        </w:rPr>
        <w:t xml:space="preserve"> </w:t>
      </w:r>
      <w:proofErr w:type="spellStart"/>
      <w:r w:rsidR="000C7284" w:rsidRPr="00047D3B">
        <w:rPr>
          <w:i/>
          <w:iCs/>
          <w:sz w:val="16"/>
          <w:szCs w:val="16"/>
          <w:lang w:val="es-ES"/>
        </w:rPr>
        <w:t>Preventative</w:t>
      </w:r>
      <w:proofErr w:type="spellEnd"/>
      <w:r w:rsidR="000C7284" w:rsidRPr="00047D3B">
        <w:rPr>
          <w:i/>
          <w:iCs/>
          <w:sz w:val="16"/>
          <w:szCs w:val="16"/>
          <w:lang w:val="es-ES"/>
        </w:rPr>
        <w:t xml:space="preserve"> Medicine</w:t>
      </w:r>
      <w:r w:rsidR="000C7284" w:rsidRPr="00CB421B">
        <w:rPr>
          <w:sz w:val="16"/>
          <w:szCs w:val="16"/>
          <w:lang w:val="es-ES"/>
        </w:rPr>
        <w:t xml:space="preserve">, </w:t>
      </w:r>
      <w:proofErr w:type="spellStart"/>
      <w:r w:rsidR="000C7284" w:rsidRPr="00CB421B">
        <w:rPr>
          <w:sz w:val="16"/>
          <w:szCs w:val="16"/>
          <w:lang w:val="es-ES"/>
        </w:rPr>
        <w:t>cilt</w:t>
      </w:r>
      <w:proofErr w:type="spellEnd"/>
      <w:r w:rsidR="000C7284" w:rsidRPr="00CB421B">
        <w:rPr>
          <w:sz w:val="16"/>
          <w:szCs w:val="16"/>
          <w:lang w:val="es-ES"/>
        </w:rPr>
        <w:t xml:space="preserve"> 70 (2015), s. 69–75.</w:t>
      </w:r>
      <w:r w:rsidR="000C7284" w:rsidRPr="00CB421B">
        <w:rPr>
          <w:sz w:val="16"/>
          <w:szCs w:val="16"/>
          <w:lang w:val="es-ES"/>
        </w:rPr>
        <w:br/>
        <w:t>24</w:t>
      </w:r>
      <w:r w:rsidR="00FA54BA">
        <w:rPr>
          <w:sz w:val="16"/>
          <w:szCs w:val="16"/>
          <w:lang w:val="es-ES"/>
        </w:rPr>
        <w:t xml:space="preserve">  </w:t>
      </w:r>
      <w:proofErr w:type="spellStart"/>
      <w:r w:rsidR="000C7284" w:rsidRPr="00CB421B">
        <w:rPr>
          <w:sz w:val="16"/>
          <w:szCs w:val="16"/>
          <w:lang w:val="es-ES"/>
        </w:rPr>
        <w:t>Bkz</w:t>
      </w:r>
      <w:proofErr w:type="spellEnd"/>
      <w:r w:rsidR="000C7284" w:rsidRPr="00CB421B">
        <w:rPr>
          <w:sz w:val="16"/>
          <w:szCs w:val="16"/>
          <w:lang w:val="es-ES"/>
        </w:rPr>
        <w:t>.</w:t>
      </w:r>
      <w:r w:rsidR="00F257F4" w:rsidRPr="00CB421B">
        <w:rPr>
          <w:sz w:val="16"/>
          <w:szCs w:val="16"/>
          <w:lang w:val="es-ES"/>
        </w:rPr>
        <w:t xml:space="preserve"> </w:t>
      </w:r>
      <w:hyperlink r:id="rId28" w:history="1">
        <w:r w:rsidR="00F257F4" w:rsidRPr="00CB421B">
          <w:rPr>
            <w:rStyle w:val="Hyperlink"/>
            <w:sz w:val="16"/>
            <w:szCs w:val="16"/>
            <w:lang w:val="es-ES"/>
          </w:rPr>
          <w:t>https://www.unfpa.org/press/global-climate-crisis-putting-women-and-girls-extreme-danger-unfpa-warns-new-data</w:t>
        </w:r>
      </w:hyperlink>
      <w:r w:rsidR="000C7284" w:rsidRPr="00CB421B">
        <w:rPr>
          <w:sz w:val="16"/>
          <w:szCs w:val="16"/>
          <w:lang w:val="es-ES"/>
        </w:rPr>
        <w:t>.</w:t>
      </w:r>
    </w:p>
    <w:p w14:paraId="524CF5CB" w14:textId="681B7025" w:rsidR="00CA33F0" w:rsidRPr="00CA33F0" w:rsidRDefault="00F257F4" w:rsidP="00CA33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CB421B">
        <w:rPr>
          <w:sz w:val="16"/>
          <w:szCs w:val="16"/>
          <w:lang w:val="es-ES"/>
        </w:rPr>
        <w:t xml:space="preserve">25 </w:t>
      </w:r>
      <w:r w:rsidR="001A3C71"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Birleşmiş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Milletler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Toplumsal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Cinsiyet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Eşitliği</w:t>
      </w:r>
      <w:proofErr w:type="spellEnd"/>
      <w:r w:rsidRPr="00CB421B">
        <w:rPr>
          <w:sz w:val="16"/>
          <w:szCs w:val="16"/>
          <w:lang w:val="es-ES"/>
        </w:rPr>
        <w:t xml:space="preserve"> ve </w:t>
      </w:r>
      <w:proofErr w:type="spellStart"/>
      <w:r w:rsidRPr="00CB421B">
        <w:rPr>
          <w:sz w:val="16"/>
          <w:szCs w:val="16"/>
          <w:lang w:val="es-ES"/>
        </w:rPr>
        <w:t>Kadınların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Güçlendirilmesi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Birimi</w:t>
      </w:r>
      <w:proofErr w:type="spellEnd"/>
      <w:r w:rsidRPr="00CB421B">
        <w:rPr>
          <w:sz w:val="16"/>
          <w:szCs w:val="16"/>
          <w:lang w:val="es-ES"/>
        </w:rPr>
        <w:t xml:space="preserve"> (UN-</w:t>
      </w:r>
      <w:proofErr w:type="spellStart"/>
      <w:r w:rsidRPr="00CB421B">
        <w:rPr>
          <w:sz w:val="16"/>
          <w:szCs w:val="16"/>
          <w:lang w:val="es-ES"/>
        </w:rPr>
        <w:t>Women</w:t>
      </w:r>
      <w:proofErr w:type="spellEnd"/>
      <w:r w:rsidR="00CA33F0">
        <w:rPr>
          <w:sz w:val="16"/>
          <w:szCs w:val="16"/>
          <w:lang w:val="es-ES"/>
        </w:rPr>
        <w:t xml:space="preserve">). </w:t>
      </w:r>
      <w:r w:rsidR="00CA33F0" w:rsidRPr="00CA33F0">
        <w:rPr>
          <w:rFonts w:ascii="Cambria" w:hAnsi="Cambria" w:cs="Times New Roman"/>
          <w:color w:val="000000"/>
          <w:sz w:val="16"/>
          <w:szCs w:val="16"/>
        </w:rPr>
        <w:t>The</w:t>
      </w:r>
    </w:p>
    <w:p w14:paraId="0E553C61" w14:textId="756EC029" w:rsidR="00F257F4" w:rsidRPr="00CA33F0" w:rsidRDefault="00CA33F0" w:rsidP="00CA33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CA33F0">
        <w:rPr>
          <w:rFonts w:ascii="Cambria" w:hAnsi="Cambria" w:cs="Times New Roman"/>
          <w:color w:val="000000"/>
          <w:sz w:val="16"/>
          <w:szCs w:val="16"/>
        </w:rPr>
        <w:t>climate-care nexus: addressing the linkages between climate change and women’s and girls’ unpaid</w:t>
      </w:r>
      <w:r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CA33F0">
        <w:rPr>
          <w:rFonts w:ascii="Cambria" w:hAnsi="Cambria" w:cs="Times New Roman"/>
          <w:color w:val="000000"/>
          <w:sz w:val="16"/>
          <w:szCs w:val="16"/>
        </w:rPr>
        <w:t>care, domestic and communal work</w:t>
      </w:r>
      <w:r w:rsidRPr="00CA33F0">
        <w:rPr>
          <w:rFonts w:ascii="Cambria" w:hAnsi="Cambria"/>
          <w:sz w:val="16"/>
          <w:szCs w:val="16"/>
          <w:lang w:val="es-ES"/>
        </w:rPr>
        <w:t xml:space="preserve"> </w:t>
      </w:r>
      <w:r w:rsidR="00F257F4" w:rsidRPr="00CB421B">
        <w:rPr>
          <w:sz w:val="16"/>
          <w:szCs w:val="16"/>
          <w:lang w:val="es-ES"/>
        </w:rPr>
        <w:t xml:space="preserve">(New York, </w:t>
      </w:r>
      <w:proofErr w:type="spellStart"/>
      <w:r w:rsidR="00F257F4" w:rsidRPr="00CB421B">
        <w:rPr>
          <w:sz w:val="16"/>
          <w:szCs w:val="16"/>
          <w:lang w:val="es-ES"/>
        </w:rPr>
        <w:t>Kasım</w:t>
      </w:r>
      <w:proofErr w:type="spellEnd"/>
      <w:r w:rsidR="00F257F4" w:rsidRPr="00CB421B">
        <w:rPr>
          <w:sz w:val="16"/>
          <w:szCs w:val="16"/>
          <w:lang w:val="es-ES"/>
        </w:rPr>
        <w:t xml:space="preserve"> 2023).</w:t>
      </w:r>
      <w:r w:rsidR="00F257F4" w:rsidRPr="00CB421B">
        <w:rPr>
          <w:sz w:val="16"/>
          <w:szCs w:val="16"/>
          <w:lang w:val="es-ES"/>
        </w:rPr>
        <w:br/>
        <w:t xml:space="preserve">26 </w:t>
      </w:r>
      <w:r w:rsidR="001A3C71" w:rsidRPr="00CB421B">
        <w:rPr>
          <w:sz w:val="16"/>
          <w:szCs w:val="16"/>
          <w:lang w:val="es-ES"/>
        </w:rPr>
        <w:t xml:space="preserve"> </w:t>
      </w:r>
      <w:r w:rsidR="00F257F4" w:rsidRPr="00CB421B">
        <w:rPr>
          <w:sz w:val="16"/>
          <w:szCs w:val="16"/>
          <w:lang w:val="es-ES"/>
        </w:rPr>
        <w:t xml:space="preserve">Amanda </w:t>
      </w:r>
      <w:proofErr w:type="spellStart"/>
      <w:r w:rsidR="00F257F4" w:rsidRPr="00CB421B">
        <w:rPr>
          <w:sz w:val="16"/>
          <w:szCs w:val="16"/>
          <w:lang w:val="es-ES"/>
        </w:rPr>
        <w:t>Novello</w:t>
      </w:r>
      <w:proofErr w:type="spellEnd"/>
      <w:r w:rsidR="00F257F4" w:rsidRPr="00CB421B">
        <w:rPr>
          <w:sz w:val="16"/>
          <w:szCs w:val="16"/>
          <w:lang w:val="es-ES"/>
        </w:rPr>
        <w:t>,</w:t>
      </w:r>
      <w:r w:rsidR="00F257F4" w:rsidRPr="00CA33F0">
        <w:rPr>
          <w:rFonts w:ascii="Cambria" w:hAnsi="Cambria"/>
          <w:sz w:val="16"/>
          <w:szCs w:val="16"/>
          <w:lang w:val="es-ES"/>
        </w:rPr>
        <w:t xml:space="preserve"> </w:t>
      </w:r>
      <w:r w:rsidRPr="00CA33F0">
        <w:rPr>
          <w:rFonts w:ascii="Cambria" w:hAnsi="Cambria" w:cs="Times New Roman"/>
          <w:color w:val="000000"/>
          <w:sz w:val="16"/>
          <w:szCs w:val="16"/>
        </w:rPr>
        <w:t>“Building narratives for a caring green economy”</w:t>
      </w:r>
      <w:r w:rsidRPr="00CA33F0">
        <w:rPr>
          <w:rFonts w:ascii="Cambria" w:hAnsi="Cambria"/>
          <w:sz w:val="16"/>
          <w:szCs w:val="16"/>
          <w:lang w:val="es-ES"/>
        </w:rPr>
        <w:t xml:space="preserve"> </w:t>
      </w:r>
      <w:r w:rsidRPr="00CA33F0">
        <w:rPr>
          <w:rFonts w:ascii="Cambria" w:hAnsi="Cambria" w:cs="Times New Roman"/>
          <w:color w:val="000000"/>
          <w:sz w:val="16"/>
          <w:szCs w:val="16"/>
        </w:rPr>
        <w:t>(Feminist Green New Deal</w:t>
      </w:r>
      <w:r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CA33F0">
        <w:rPr>
          <w:rFonts w:ascii="Cambria" w:hAnsi="Cambria" w:cs="Times New Roman"/>
          <w:color w:val="000000"/>
          <w:sz w:val="16"/>
          <w:szCs w:val="16"/>
        </w:rPr>
        <w:t>Coalition, 2021)</w:t>
      </w:r>
      <w:r w:rsidR="00F257F4" w:rsidRPr="00CA33F0">
        <w:rPr>
          <w:rFonts w:ascii="Cambria" w:hAnsi="Cambria"/>
          <w:sz w:val="16"/>
          <w:szCs w:val="16"/>
          <w:lang w:val="es-ES"/>
        </w:rPr>
        <w:t>;</w:t>
      </w:r>
      <w:r w:rsidR="001A3C71" w:rsidRPr="00CA33F0">
        <w:rPr>
          <w:rFonts w:ascii="Cambria" w:hAnsi="Cambria"/>
          <w:sz w:val="16"/>
          <w:szCs w:val="16"/>
          <w:lang w:val="es-ES"/>
        </w:rPr>
        <w:t xml:space="preserve"> ve </w:t>
      </w:r>
      <w:r w:rsidR="00F257F4" w:rsidRPr="00CA33F0">
        <w:rPr>
          <w:rFonts w:ascii="Cambria" w:hAnsi="Cambria"/>
          <w:sz w:val="16"/>
          <w:szCs w:val="16"/>
          <w:lang w:val="es-ES"/>
        </w:rPr>
        <w:t>B</w:t>
      </w:r>
      <w:r w:rsidR="001A3C71" w:rsidRPr="00CA33F0">
        <w:rPr>
          <w:rFonts w:ascii="Cambria" w:hAnsi="Cambria"/>
          <w:sz w:val="16"/>
          <w:szCs w:val="16"/>
          <w:lang w:val="es-ES"/>
        </w:rPr>
        <w:t>M</w:t>
      </w:r>
      <w:r w:rsidR="00F257F4" w:rsidRPr="00CA33F0">
        <w:rPr>
          <w:rFonts w:ascii="Cambria" w:hAnsi="Cambria"/>
          <w:sz w:val="16"/>
          <w:szCs w:val="16"/>
          <w:lang w:val="es-ES"/>
        </w:rPr>
        <w:t xml:space="preserve">, </w:t>
      </w:r>
      <w:r w:rsidRPr="00CA33F0">
        <w:rPr>
          <w:rFonts w:ascii="Cambria" w:hAnsi="Cambria" w:cs="Times New Roman"/>
          <w:color w:val="000000"/>
          <w:sz w:val="16"/>
          <w:szCs w:val="16"/>
        </w:rPr>
        <w:t>“Transforming care systems in the context of the Sustainable</w:t>
      </w:r>
      <w:r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CA33F0">
        <w:rPr>
          <w:rFonts w:ascii="Cambria" w:hAnsi="Cambria" w:cs="Times New Roman"/>
          <w:color w:val="000000"/>
          <w:sz w:val="16"/>
          <w:szCs w:val="16"/>
        </w:rPr>
        <w:t>Development Goals and Our Common Agenda”</w:t>
      </w:r>
      <w:r w:rsidR="00F257F4" w:rsidRPr="00CA33F0">
        <w:rPr>
          <w:rFonts w:ascii="Cambria" w:hAnsi="Cambria"/>
          <w:sz w:val="16"/>
          <w:szCs w:val="16"/>
          <w:lang w:val="es-ES"/>
        </w:rPr>
        <w:t xml:space="preserve"> s. 7. </w:t>
      </w:r>
    </w:p>
    <w:p w14:paraId="1F0FAAEC" w14:textId="341529B1" w:rsidR="00F257F4" w:rsidRPr="00CB421B" w:rsidRDefault="00F257F4" w:rsidP="001A3C71">
      <w:pPr>
        <w:spacing w:after="0"/>
        <w:rPr>
          <w:sz w:val="16"/>
          <w:szCs w:val="16"/>
          <w:lang w:val="es-ES"/>
        </w:rPr>
      </w:pPr>
      <w:r w:rsidRPr="00CB421B">
        <w:rPr>
          <w:sz w:val="16"/>
          <w:szCs w:val="16"/>
          <w:lang w:val="es-ES"/>
        </w:rPr>
        <w:t xml:space="preserve">27  </w:t>
      </w:r>
      <w:hyperlink r:id="rId29" w:history="1">
        <w:r w:rsidRPr="00CA33F0">
          <w:rPr>
            <w:rStyle w:val="Hyperlink"/>
            <w:sz w:val="16"/>
            <w:szCs w:val="16"/>
            <w:lang w:val="es-ES"/>
          </w:rPr>
          <w:t>A/HRC/38/46</w:t>
        </w:r>
      </w:hyperlink>
      <w:r w:rsidRPr="00CB421B">
        <w:rPr>
          <w:sz w:val="16"/>
          <w:szCs w:val="16"/>
          <w:lang w:val="es-ES"/>
        </w:rPr>
        <w:t xml:space="preserve">, </w:t>
      </w:r>
      <w:proofErr w:type="spellStart"/>
      <w:r w:rsidRPr="00CB421B">
        <w:rPr>
          <w:sz w:val="16"/>
          <w:szCs w:val="16"/>
          <w:lang w:val="es-ES"/>
        </w:rPr>
        <w:t>paragraf</w:t>
      </w:r>
      <w:proofErr w:type="spellEnd"/>
      <w:r w:rsidRPr="00CB421B">
        <w:rPr>
          <w:sz w:val="16"/>
          <w:szCs w:val="16"/>
          <w:lang w:val="es-ES"/>
        </w:rPr>
        <w:t xml:space="preserve"> 11.</w:t>
      </w:r>
    </w:p>
    <w:p w14:paraId="4E1C2426" w14:textId="37765BF9" w:rsidR="00047D3B" w:rsidRDefault="001A3C71" w:rsidP="00047D3B">
      <w:pPr>
        <w:spacing w:after="0"/>
        <w:rPr>
          <w:sz w:val="16"/>
          <w:szCs w:val="16"/>
          <w:lang w:val="es-ES"/>
        </w:rPr>
      </w:pPr>
      <w:r w:rsidRPr="00CB421B">
        <w:rPr>
          <w:sz w:val="16"/>
          <w:szCs w:val="16"/>
          <w:lang w:val="es-ES"/>
        </w:rPr>
        <w:t xml:space="preserve">28  </w:t>
      </w:r>
      <w:proofErr w:type="spellStart"/>
      <w:r w:rsidRPr="00CB421B">
        <w:rPr>
          <w:sz w:val="16"/>
          <w:szCs w:val="16"/>
          <w:lang w:val="es-ES"/>
        </w:rPr>
        <w:t>Bkz</w:t>
      </w:r>
      <w:proofErr w:type="spellEnd"/>
      <w:r w:rsidRPr="00CB421B">
        <w:rPr>
          <w:sz w:val="16"/>
          <w:szCs w:val="16"/>
          <w:lang w:val="es-ES"/>
        </w:rPr>
        <w:t xml:space="preserve">. </w:t>
      </w:r>
      <w:hyperlink r:id="rId30" w:history="1">
        <w:r w:rsidRPr="00CA33F0">
          <w:rPr>
            <w:rStyle w:val="Hyperlink"/>
            <w:sz w:val="16"/>
            <w:szCs w:val="16"/>
            <w:lang w:val="es-ES"/>
          </w:rPr>
          <w:t>A/HRC/56/51</w:t>
        </w:r>
      </w:hyperlink>
      <w:r w:rsidRPr="00CB421B">
        <w:rPr>
          <w:sz w:val="16"/>
          <w:szCs w:val="16"/>
          <w:lang w:val="es-ES"/>
        </w:rPr>
        <w:t>.</w:t>
      </w:r>
      <w:r w:rsidRPr="00CB421B">
        <w:rPr>
          <w:sz w:val="16"/>
          <w:szCs w:val="16"/>
          <w:lang w:val="es-ES"/>
        </w:rPr>
        <w:br/>
        <w:t xml:space="preserve">29  </w:t>
      </w:r>
      <w:proofErr w:type="spellStart"/>
      <w:r w:rsidRPr="00CB421B">
        <w:rPr>
          <w:sz w:val="16"/>
          <w:szCs w:val="16"/>
          <w:lang w:val="es-ES"/>
        </w:rPr>
        <w:t>Yakın</w:t>
      </w:r>
      <w:proofErr w:type="spellEnd"/>
      <w:r w:rsidRPr="00CB421B">
        <w:rPr>
          <w:sz w:val="16"/>
          <w:szCs w:val="16"/>
          <w:lang w:val="es-ES"/>
        </w:rPr>
        <w:t xml:space="preserve"> </w:t>
      </w:r>
      <w:proofErr w:type="spellStart"/>
      <w:r w:rsidRPr="00CB421B">
        <w:rPr>
          <w:sz w:val="16"/>
          <w:szCs w:val="16"/>
          <w:lang w:val="es-ES"/>
        </w:rPr>
        <w:t>Ertürk</w:t>
      </w:r>
      <w:proofErr w:type="spellEnd"/>
      <w:r w:rsidRPr="00CB421B">
        <w:rPr>
          <w:sz w:val="16"/>
          <w:szCs w:val="16"/>
          <w:lang w:val="es-ES"/>
        </w:rPr>
        <w:t xml:space="preserve">, </w:t>
      </w:r>
      <w:r w:rsidR="00CA33F0" w:rsidRPr="00CA33F0">
        <w:rPr>
          <w:rFonts w:ascii="Cambria" w:hAnsi="Cambria" w:cs="Times New Roman"/>
          <w:color w:val="000000"/>
          <w:sz w:val="16"/>
          <w:szCs w:val="16"/>
        </w:rPr>
        <w:t>“Care crisis, anti-gender authoritarianism and feminist possibilities,”</w:t>
      </w:r>
      <w:r w:rsidR="00CA33F0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Pr="00047D3B">
        <w:rPr>
          <w:i/>
          <w:iCs/>
          <w:sz w:val="16"/>
          <w:szCs w:val="16"/>
          <w:lang w:val="es-ES"/>
        </w:rPr>
        <w:t>Feminist</w:t>
      </w:r>
      <w:proofErr w:type="spellEnd"/>
      <w:r w:rsidRPr="00047D3B">
        <w:rPr>
          <w:i/>
          <w:iCs/>
          <w:sz w:val="16"/>
          <w:szCs w:val="16"/>
          <w:lang w:val="es-ES"/>
        </w:rPr>
        <w:t xml:space="preserve"> </w:t>
      </w:r>
      <w:proofErr w:type="spellStart"/>
      <w:r w:rsidRPr="00047D3B">
        <w:rPr>
          <w:i/>
          <w:iCs/>
          <w:sz w:val="16"/>
          <w:szCs w:val="16"/>
          <w:lang w:val="es-ES"/>
        </w:rPr>
        <w:t>Dissent</w:t>
      </w:r>
      <w:proofErr w:type="spellEnd"/>
      <w:r w:rsidR="00735712">
        <w:rPr>
          <w:sz w:val="16"/>
          <w:szCs w:val="16"/>
          <w:lang w:val="es-ES"/>
        </w:rPr>
        <w:t xml:space="preserve"> (</w:t>
      </w:r>
      <w:proofErr w:type="spellStart"/>
      <w:r w:rsidR="00F20A88">
        <w:rPr>
          <w:sz w:val="16"/>
          <w:szCs w:val="16"/>
          <w:lang w:val="es-ES"/>
        </w:rPr>
        <w:t>forthcoming</w:t>
      </w:r>
      <w:proofErr w:type="spellEnd"/>
      <w:r w:rsidR="00735712">
        <w:rPr>
          <w:sz w:val="16"/>
          <w:szCs w:val="16"/>
          <w:lang w:val="es-ES"/>
        </w:rPr>
        <w:t xml:space="preserve">) </w:t>
      </w:r>
      <w:proofErr w:type="spellStart"/>
      <w:r w:rsidR="00F20A88" w:rsidRPr="00F20A88">
        <w:rPr>
          <w:b/>
          <w:bCs/>
          <w:sz w:val="16"/>
          <w:szCs w:val="16"/>
          <w:lang w:val="es-ES"/>
        </w:rPr>
        <w:t>Ç</w:t>
      </w:r>
      <w:r w:rsidR="00F20A88">
        <w:rPr>
          <w:b/>
          <w:bCs/>
          <w:sz w:val="16"/>
          <w:szCs w:val="16"/>
          <w:lang w:val="es-ES"/>
        </w:rPr>
        <w:t>evirmenlerin</w:t>
      </w:r>
      <w:proofErr w:type="spellEnd"/>
      <w:r w:rsidR="00F20A88">
        <w:rPr>
          <w:b/>
          <w:bCs/>
          <w:sz w:val="16"/>
          <w:szCs w:val="16"/>
          <w:lang w:val="es-ES"/>
        </w:rPr>
        <w:t xml:space="preserve"> </w:t>
      </w:r>
      <w:proofErr w:type="spellStart"/>
      <w:r w:rsidR="00F20A88">
        <w:rPr>
          <w:b/>
          <w:bCs/>
          <w:sz w:val="16"/>
          <w:szCs w:val="16"/>
          <w:lang w:val="es-ES"/>
        </w:rPr>
        <w:t>notu</w:t>
      </w:r>
      <w:proofErr w:type="spellEnd"/>
      <w:r w:rsidR="00F20A88" w:rsidRPr="00F20A88">
        <w:rPr>
          <w:b/>
          <w:bCs/>
          <w:sz w:val="16"/>
          <w:szCs w:val="16"/>
          <w:lang w:val="es-ES"/>
        </w:rPr>
        <w:t>:</w:t>
      </w:r>
      <w:r w:rsidR="00F20A88">
        <w:rPr>
          <w:sz w:val="16"/>
          <w:szCs w:val="16"/>
          <w:lang w:val="es-ES"/>
        </w:rPr>
        <w:t xml:space="preserve"> Bu </w:t>
      </w:r>
      <w:proofErr w:type="spellStart"/>
      <w:r w:rsidR="00F20A88">
        <w:rPr>
          <w:sz w:val="16"/>
          <w:szCs w:val="16"/>
          <w:lang w:val="es-ES"/>
        </w:rPr>
        <w:t>makale</w:t>
      </w:r>
      <w:proofErr w:type="spellEnd"/>
      <w:r w:rsidR="00F20A88">
        <w:rPr>
          <w:sz w:val="16"/>
          <w:szCs w:val="16"/>
          <w:lang w:val="es-ES"/>
        </w:rPr>
        <w:t xml:space="preserve"> </w:t>
      </w:r>
      <w:proofErr w:type="spellStart"/>
      <w:r w:rsidR="00F20A88">
        <w:rPr>
          <w:sz w:val="16"/>
          <w:szCs w:val="16"/>
          <w:lang w:val="es-ES"/>
        </w:rPr>
        <w:t>o</w:t>
      </w:r>
      <w:r w:rsidR="004050FD">
        <w:rPr>
          <w:sz w:val="16"/>
          <w:szCs w:val="16"/>
          <w:lang w:val="es-ES"/>
        </w:rPr>
        <w:t>rjinal</w:t>
      </w:r>
      <w:proofErr w:type="spellEnd"/>
      <w:r w:rsidR="004050FD">
        <w:rPr>
          <w:sz w:val="16"/>
          <w:szCs w:val="16"/>
          <w:lang w:val="es-ES"/>
        </w:rPr>
        <w:t xml:space="preserve"> </w:t>
      </w:r>
      <w:proofErr w:type="spellStart"/>
      <w:r w:rsidR="004050FD">
        <w:rPr>
          <w:sz w:val="16"/>
          <w:szCs w:val="16"/>
          <w:lang w:val="es-ES"/>
        </w:rPr>
        <w:t>rapordan</w:t>
      </w:r>
      <w:proofErr w:type="spellEnd"/>
      <w:r w:rsidR="004050FD">
        <w:rPr>
          <w:sz w:val="16"/>
          <w:szCs w:val="16"/>
          <w:lang w:val="es-ES"/>
        </w:rPr>
        <w:t xml:space="preserve"> </w:t>
      </w:r>
      <w:proofErr w:type="spellStart"/>
      <w:r w:rsidR="004050FD">
        <w:rPr>
          <w:sz w:val="16"/>
          <w:szCs w:val="16"/>
          <w:lang w:val="es-ES"/>
        </w:rPr>
        <w:t>sonra</w:t>
      </w:r>
      <w:proofErr w:type="spellEnd"/>
      <w:r w:rsidR="004050FD">
        <w:rPr>
          <w:sz w:val="16"/>
          <w:szCs w:val="16"/>
          <w:lang w:val="es-ES"/>
        </w:rPr>
        <w:t xml:space="preserve"> </w:t>
      </w:r>
      <w:proofErr w:type="spellStart"/>
      <w:r w:rsidR="004050FD">
        <w:rPr>
          <w:sz w:val="16"/>
          <w:szCs w:val="16"/>
          <w:lang w:val="es-ES"/>
        </w:rPr>
        <w:t>yay</w:t>
      </w:r>
      <w:r w:rsidR="004050FD" w:rsidRPr="00CB421B">
        <w:rPr>
          <w:sz w:val="16"/>
          <w:szCs w:val="16"/>
          <w:lang w:val="es-ES"/>
        </w:rPr>
        <w:t>ı</w:t>
      </w:r>
      <w:r w:rsidR="004050FD">
        <w:rPr>
          <w:sz w:val="16"/>
          <w:szCs w:val="16"/>
          <w:lang w:val="es-ES"/>
        </w:rPr>
        <w:t>nlanm</w:t>
      </w:r>
      <w:r w:rsidR="004050FD" w:rsidRPr="00CB421B">
        <w:rPr>
          <w:sz w:val="16"/>
          <w:szCs w:val="16"/>
          <w:lang w:val="es-ES"/>
        </w:rPr>
        <w:t>ış</w:t>
      </w:r>
      <w:r w:rsidR="004050FD">
        <w:rPr>
          <w:sz w:val="16"/>
          <w:szCs w:val="16"/>
          <w:lang w:val="es-ES"/>
        </w:rPr>
        <w:t>t</w:t>
      </w:r>
      <w:r w:rsidR="004050FD" w:rsidRPr="00CB421B">
        <w:rPr>
          <w:sz w:val="16"/>
          <w:szCs w:val="16"/>
          <w:lang w:val="es-ES"/>
        </w:rPr>
        <w:t>ı</w:t>
      </w:r>
      <w:r w:rsidR="004050FD">
        <w:rPr>
          <w:sz w:val="16"/>
          <w:szCs w:val="16"/>
          <w:lang w:val="es-ES"/>
        </w:rPr>
        <w:t>r</w:t>
      </w:r>
      <w:proofErr w:type="spellEnd"/>
      <w:r w:rsidR="00A9022C">
        <w:rPr>
          <w:sz w:val="16"/>
          <w:szCs w:val="16"/>
          <w:lang w:val="es-ES"/>
        </w:rPr>
        <w:t xml:space="preserve">. </w:t>
      </w:r>
      <w:proofErr w:type="spellStart"/>
      <w:r w:rsidR="00A9022C">
        <w:rPr>
          <w:sz w:val="16"/>
          <w:szCs w:val="16"/>
          <w:lang w:val="es-ES"/>
        </w:rPr>
        <w:t>Bkz</w:t>
      </w:r>
      <w:proofErr w:type="spellEnd"/>
      <w:r w:rsidR="00A9022C">
        <w:rPr>
          <w:sz w:val="16"/>
          <w:szCs w:val="16"/>
          <w:lang w:val="es-ES"/>
        </w:rPr>
        <w:t>.</w:t>
      </w:r>
      <w:r w:rsidR="00047D3B">
        <w:rPr>
          <w:sz w:val="16"/>
          <w:szCs w:val="16"/>
          <w:lang w:val="es-ES"/>
        </w:rPr>
        <w:t xml:space="preserve"> </w:t>
      </w:r>
      <w:hyperlink r:id="rId31" w:history="1">
        <w:r w:rsidR="00047D3B" w:rsidRPr="00053A21">
          <w:rPr>
            <w:rStyle w:val="Hyperlink"/>
            <w:sz w:val="16"/>
            <w:szCs w:val="16"/>
            <w:lang w:val="es-ES"/>
          </w:rPr>
          <w:t>https://journals.warwick.ac.uk/index.php/feministdissent/article/view/1981</w:t>
        </w:r>
      </w:hyperlink>
    </w:p>
    <w:p w14:paraId="2907BD49" w14:textId="41D2C6A9" w:rsidR="00947C9B" w:rsidRPr="00047D3B" w:rsidRDefault="001A3C71" w:rsidP="00047D3B">
      <w:pPr>
        <w:spacing w:after="0"/>
        <w:rPr>
          <w:sz w:val="16"/>
          <w:szCs w:val="16"/>
          <w:lang w:val="es-ES"/>
        </w:rPr>
      </w:pPr>
      <w:r w:rsidRPr="001C1414">
        <w:rPr>
          <w:sz w:val="16"/>
          <w:szCs w:val="16"/>
          <w:lang w:val="es-ES"/>
        </w:rPr>
        <w:t xml:space="preserve">30 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r w:rsidRPr="001C1414">
        <w:rPr>
          <w:sz w:val="16"/>
          <w:szCs w:val="16"/>
          <w:lang w:val="es-ES"/>
        </w:rPr>
        <w:t>.</w:t>
      </w:r>
      <w:r w:rsidR="00CA33F0">
        <w:rPr>
          <w:sz w:val="16"/>
          <w:szCs w:val="16"/>
          <w:lang w:val="es-ES"/>
        </w:rPr>
        <w:t xml:space="preserve"> </w:t>
      </w:r>
      <w:hyperlink r:id="rId32" w:history="1">
        <w:r w:rsidR="00CA33F0" w:rsidRPr="00053A21">
          <w:rPr>
            <w:rStyle w:val="Hyperlink"/>
            <w:sz w:val="16"/>
            <w:szCs w:val="16"/>
            <w:lang w:val="es-ES"/>
          </w:rPr>
          <w:t>https://www.ohchr.org/en/press-releases/2021/03/turkey-withdrawal-istanbul-convention-pushback-against-womens-rights-say</w:t>
        </w:r>
      </w:hyperlink>
      <w:r w:rsidR="00CA33F0">
        <w:rPr>
          <w:sz w:val="16"/>
          <w:szCs w:val="16"/>
          <w:lang w:val="es-ES"/>
        </w:rPr>
        <w:t xml:space="preserve">    </w:t>
      </w:r>
    </w:p>
    <w:p w14:paraId="60EB6599" w14:textId="77777777" w:rsidR="00047D3B" w:rsidRDefault="00047D3B" w:rsidP="006E736E">
      <w:pPr>
        <w:spacing w:after="0"/>
        <w:jc w:val="both"/>
        <w:rPr>
          <w:sz w:val="20"/>
          <w:szCs w:val="20"/>
          <w:lang w:val="es-ES"/>
        </w:rPr>
      </w:pPr>
    </w:p>
    <w:p w14:paraId="63AAF3DD" w14:textId="67DE9447" w:rsidR="003B2022" w:rsidRPr="00947C9B" w:rsidRDefault="005D1F41" w:rsidP="006E736E">
      <w:pPr>
        <w:spacing w:after="0"/>
        <w:jc w:val="both"/>
        <w:rPr>
          <w:sz w:val="20"/>
          <w:szCs w:val="20"/>
          <w:highlight w:val="cyan"/>
          <w:lang w:val="es-ES"/>
        </w:rPr>
      </w:pPr>
      <w:proofErr w:type="spellStart"/>
      <w:r>
        <w:rPr>
          <w:sz w:val="20"/>
          <w:szCs w:val="20"/>
          <w:lang w:val="es-ES"/>
        </w:rPr>
        <w:lastRenderedPageBreak/>
        <w:t>Gerçek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eşitliğin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r w:rsidR="00D470C1">
        <w:rPr>
          <w:sz w:val="20"/>
          <w:szCs w:val="20"/>
          <w:lang w:val="es-ES"/>
        </w:rPr>
        <w:t>(</w:t>
      </w:r>
      <w:r w:rsidR="00D470C1" w:rsidRPr="00D470C1">
        <w:rPr>
          <w:i/>
          <w:iCs/>
          <w:sz w:val="20"/>
          <w:szCs w:val="20"/>
          <w:lang w:val="es-ES"/>
        </w:rPr>
        <w:t xml:space="preserve">substantive </w:t>
      </w:r>
      <w:proofErr w:type="spellStart"/>
      <w:r w:rsidR="00D470C1" w:rsidRPr="00D470C1">
        <w:rPr>
          <w:i/>
          <w:iCs/>
          <w:sz w:val="20"/>
          <w:szCs w:val="20"/>
          <w:lang w:val="es-ES"/>
        </w:rPr>
        <w:t>equality</w:t>
      </w:r>
      <w:proofErr w:type="spellEnd"/>
      <w:r w:rsidR="00D470C1">
        <w:rPr>
          <w:sz w:val="20"/>
          <w:szCs w:val="20"/>
          <w:lang w:val="es-ES"/>
        </w:rPr>
        <w:t xml:space="preserve">) </w:t>
      </w:r>
      <w:proofErr w:type="spellStart"/>
      <w:r w:rsidR="000C7284" w:rsidRPr="00947C9B">
        <w:rPr>
          <w:sz w:val="20"/>
          <w:szCs w:val="20"/>
          <w:lang w:val="es-ES"/>
        </w:rPr>
        <w:t>sağlanması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kültürel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normların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dönüştürülmesini</w:t>
      </w:r>
      <w:proofErr w:type="spellEnd"/>
      <w:r w:rsidR="006D7374" w:rsidRPr="00947C9B">
        <w:rPr>
          <w:sz w:val="20"/>
          <w:szCs w:val="20"/>
          <w:lang w:val="es-ES"/>
        </w:rPr>
        <w:t>,</w:t>
      </w:r>
      <w:r w:rsidR="00DE768D" w:rsidRPr="00947C9B">
        <w:rPr>
          <w:sz w:val="20"/>
          <w:szCs w:val="20"/>
          <w:lang w:val="es-ES"/>
        </w:rPr>
        <w:t xml:space="preserve"> </w:t>
      </w:r>
      <w:proofErr w:type="spellStart"/>
      <w:r w:rsidR="00DE768D" w:rsidRPr="00947C9B">
        <w:rPr>
          <w:sz w:val="20"/>
          <w:szCs w:val="20"/>
          <w:lang w:val="es-ES"/>
        </w:rPr>
        <w:t>bakım</w:t>
      </w:r>
      <w:proofErr w:type="spellEnd"/>
      <w:r w:rsidR="00DE768D" w:rsidRPr="00947C9B">
        <w:rPr>
          <w:sz w:val="20"/>
          <w:szCs w:val="20"/>
          <w:lang w:val="es-ES"/>
        </w:rPr>
        <w:t xml:space="preserve"> </w:t>
      </w:r>
      <w:proofErr w:type="spellStart"/>
      <w:r w:rsidR="00DE768D" w:rsidRPr="00947C9B">
        <w:rPr>
          <w:sz w:val="20"/>
          <w:szCs w:val="20"/>
          <w:lang w:val="es-ES"/>
        </w:rPr>
        <w:t>sorumluluklarının</w:t>
      </w:r>
      <w:proofErr w:type="spellEnd"/>
      <w:r w:rsidR="00DE768D" w:rsidRPr="00947C9B">
        <w:rPr>
          <w:sz w:val="20"/>
          <w:szCs w:val="20"/>
          <w:lang w:val="es-ES"/>
        </w:rPr>
        <w:t xml:space="preserve"> </w:t>
      </w:r>
      <w:proofErr w:type="spellStart"/>
      <w:r w:rsidR="00E9303A" w:rsidRPr="00947C9B">
        <w:rPr>
          <w:sz w:val="20"/>
          <w:szCs w:val="20"/>
          <w:lang w:val="es-ES"/>
        </w:rPr>
        <w:t>toplumsal</w:t>
      </w:r>
      <w:proofErr w:type="spellEnd"/>
      <w:r w:rsidR="00E9303A" w:rsidRPr="00947C9B">
        <w:rPr>
          <w:sz w:val="20"/>
          <w:szCs w:val="20"/>
          <w:lang w:val="es-ES"/>
        </w:rPr>
        <w:t xml:space="preserve"> </w:t>
      </w:r>
      <w:proofErr w:type="spellStart"/>
      <w:r w:rsidR="00E9303A" w:rsidRPr="00947C9B">
        <w:rPr>
          <w:sz w:val="20"/>
          <w:szCs w:val="20"/>
          <w:lang w:val="es-ES"/>
        </w:rPr>
        <w:t>cinsiyet</w:t>
      </w:r>
      <w:proofErr w:type="spellEnd"/>
      <w:r w:rsidR="00E9303A" w:rsidRPr="00947C9B">
        <w:rPr>
          <w:sz w:val="20"/>
          <w:szCs w:val="20"/>
          <w:lang w:val="es-ES"/>
        </w:rPr>
        <w:t xml:space="preserve"> </w:t>
      </w:r>
      <w:proofErr w:type="spellStart"/>
      <w:r w:rsidR="00E9303A" w:rsidRPr="00947C9B">
        <w:rPr>
          <w:sz w:val="20"/>
          <w:szCs w:val="20"/>
          <w:lang w:val="es-ES"/>
        </w:rPr>
        <w:t>rollerinden</w:t>
      </w:r>
      <w:proofErr w:type="spellEnd"/>
      <w:r w:rsidR="00E9303A" w:rsidRPr="00947C9B">
        <w:rPr>
          <w:sz w:val="20"/>
          <w:szCs w:val="20"/>
          <w:lang w:val="es-ES"/>
        </w:rPr>
        <w:t xml:space="preserve"> </w:t>
      </w:r>
      <w:proofErr w:type="spellStart"/>
      <w:r w:rsidR="00E9303A" w:rsidRPr="00947C9B">
        <w:rPr>
          <w:sz w:val="20"/>
          <w:szCs w:val="20"/>
          <w:lang w:val="es-ES"/>
        </w:rPr>
        <w:t>ayrılmasını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gerektirir</w:t>
      </w:r>
      <w:proofErr w:type="spellEnd"/>
      <w:r w:rsidR="000C7284" w:rsidRPr="00947C9B">
        <w:rPr>
          <w:sz w:val="20"/>
          <w:szCs w:val="20"/>
          <w:lang w:val="es-ES"/>
        </w:rPr>
        <w:t xml:space="preserve">. </w:t>
      </w:r>
      <w:proofErr w:type="spellStart"/>
      <w:r w:rsidR="000C7284" w:rsidRPr="00947C9B">
        <w:rPr>
          <w:sz w:val="20"/>
          <w:szCs w:val="20"/>
          <w:lang w:val="es-ES"/>
        </w:rPr>
        <w:t>Bakım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desteği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düzenleyici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ilkeler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olarak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benimseyen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devletlerde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dönüştürücü</w:t>
      </w:r>
      <w:proofErr w:type="spellEnd"/>
      <w:r w:rsidR="000C7284" w:rsidRPr="00947C9B">
        <w:rPr>
          <w:sz w:val="20"/>
          <w:szCs w:val="20"/>
          <w:lang w:val="es-ES"/>
        </w:rPr>
        <w:t xml:space="preserve"> bir </w:t>
      </w:r>
      <w:proofErr w:type="spellStart"/>
      <w:r w:rsidR="000C7284" w:rsidRPr="00947C9B">
        <w:rPr>
          <w:sz w:val="20"/>
          <w:szCs w:val="20"/>
          <w:lang w:val="es-ES"/>
        </w:rPr>
        <w:t>değişim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için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bakım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işlerinin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eşitlikçi</w:t>
      </w:r>
      <w:proofErr w:type="spellEnd"/>
      <w:r w:rsidR="000C7284" w:rsidRPr="00947C9B">
        <w:rPr>
          <w:sz w:val="20"/>
          <w:szCs w:val="20"/>
          <w:lang w:val="es-ES"/>
        </w:rPr>
        <w:t xml:space="preserve"> bir </w:t>
      </w:r>
      <w:proofErr w:type="spellStart"/>
      <w:r w:rsidR="000C7284" w:rsidRPr="00947C9B">
        <w:rPr>
          <w:sz w:val="20"/>
          <w:szCs w:val="20"/>
          <w:lang w:val="es-ES"/>
        </w:rPr>
        <w:t>şekilde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yeniden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dağıtılmasını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sağlayacak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politikalar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gereklidir</w:t>
      </w:r>
      <w:proofErr w:type="spellEnd"/>
      <w:r w:rsidR="000C7284" w:rsidRPr="00947C9B">
        <w:rPr>
          <w:sz w:val="20"/>
          <w:szCs w:val="20"/>
          <w:lang w:val="es-ES"/>
        </w:rPr>
        <w:t xml:space="preserve">. </w:t>
      </w:r>
      <w:proofErr w:type="spellStart"/>
      <w:r w:rsidR="000C7284" w:rsidRPr="00947C9B">
        <w:rPr>
          <w:sz w:val="20"/>
          <w:szCs w:val="20"/>
          <w:lang w:val="es-ES"/>
        </w:rPr>
        <w:t>Çalışma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Grubu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bakım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destek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sistemlerinin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ekonomik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sosyal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çevresel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açıdan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sürdürülebilir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olmasını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sağlamak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için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bütüncül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yaklaşımların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gerekli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olduğunu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belirtmektedir</w:t>
      </w:r>
      <w:proofErr w:type="spellEnd"/>
      <w:r w:rsidR="000C7284" w:rsidRPr="00947C9B">
        <w:rPr>
          <w:sz w:val="20"/>
          <w:szCs w:val="20"/>
          <w:lang w:val="es-ES"/>
        </w:rPr>
        <w:t xml:space="preserve">. </w:t>
      </w:r>
      <w:proofErr w:type="spellStart"/>
      <w:r w:rsidR="000C7284" w:rsidRPr="00947C9B">
        <w:rPr>
          <w:sz w:val="20"/>
          <w:szCs w:val="20"/>
          <w:lang w:val="es-ES"/>
        </w:rPr>
        <w:t>Çalışma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Grubu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dönüştürücü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maddi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cinsiyet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eşitliğini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sağlamak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için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kapsamlı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uygulanabilir</w:t>
      </w:r>
      <w:proofErr w:type="spellEnd"/>
      <w:r w:rsidR="000C7284" w:rsidRPr="00947C9B">
        <w:rPr>
          <w:sz w:val="20"/>
          <w:szCs w:val="20"/>
          <w:lang w:val="es-ES"/>
        </w:rPr>
        <w:t xml:space="preserve"> bir yol </w:t>
      </w:r>
      <w:proofErr w:type="spellStart"/>
      <w:r w:rsidR="000C7284" w:rsidRPr="00947C9B">
        <w:rPr>
          <w:sz w:val="20"/>
          <w:szCs w:val="20"/>
          <w:lang w:val="es-ES"/>
        </w:rPr>
        <w:t>haritası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sun</w:t>
      </w:r>
      <w:r w:rsidR="00D405BC" w:rsidRPr="00947C9B">
        <w:rPr>
          <w:sz w:val="20"/>
          <w:szCs w:val="20"/>
          <w:lang w:val="es-ES"/>
        </w:rPr>
        <w:t>mak</w:t>
      </w:r>
      <w:proofErr w:type="spellEnd"/>
      <w:r w:rsidR="00D405BC" w:rsidRPr="00947C9B">
        <w:rPr>
          <w:sz w:val="20"/>
          <w:szCs w:val="20"/>
          <w:lang w:val="es-ES"/>
        </w:rPr>
        <w:t xml:space="preserve"> </w:t>
      </w:r>
      <w:proofErr w:type="spellStart"/>
      <w:r w:rsidR="00D405BC" w:rsidRPr="00947C9B">
        <w:rPr>
          <w:sz w:val="20"/>
          <w:szCs w:val="20"/>
          <w:lang w:val="es-ES"/>
        </w:rPr>
        <w:t>üzere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yakın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zamanda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yayınladığı</w:t>
      </w:r>
      <w:proofErr w:type="spellEnd"/>
      <w:r w:rsidR="000C7284" w:rsidRPr="00947C9B">
        <w:rPr>
          <w:sz w:val="20"/>
          <w:szCs w:val="20"/>
          <w:lang w:val="es-ES"/>
        </w:rPr>
        <w:t xml:space="preserve"> Maddi </w:t>
      </w:r>
      <w:proofErr w:type="spellStart"/>
      <w:r w:rsidR="000C7284" w:rsidRPr="00947C9B">
        <w:rPr>
          <w:sz w:val="20"/>
          <w:szCs w:val="20"/>
          <w:lang w:val="es-ES"/>
        </w:rPr>
        <w:t>Cinsiyet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Eşitliği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Rehber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Belgesi'nde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ortaya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koyduğu</w:t>
      </w:r>
      <w:proofErr w:type="spellEnd"/>
      <w:r w:rsidR="000C7284" w:rsidRPr="00947C9B">
        <w:rPr>
          <w:sz w:val="20"/>
          <w:szCs w:val="20"/>
          <w:lang w:val="es-ES"/>
        </w:rPr>
        <w:t xml:space="preserve"> CREATE </w:t>
      </w:r>
      <w:proofErr w:type="spellStart"/>
      <w:r w:rsidR="000C7284" w:rsidRPr="00947C9B">
        <w:rPr>
          <w:sz w:val="20"/>
          <w:szCs w:val="20"/>
          <w:lang w:val="es-ES"/>
        </w:rPr>
        <w:t>çerçevesine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özellikle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atıfta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bulunmaktadır</w:t>
      </w:r>
      <w:proofErr w:type="spellEnd"/>
      <w:r w:rsidR="000C7284" w:rsidRPr="00947C9B">
        <w:rPr>
          <w:sz w:val="20"/>
          <w:szCs w:val="20"/>
          <w:lang w:val="es-ES"/>
        </w:rPr>
        <w:t xml:space="preserve">. "CREATE" </w:t>
      </w:r>
      <w:proofErr w:type="spellStart"/>
      <w:r w:rsidR="000C7284" w:rsidRPr="00947C9B">
        <w:rPr>
          <w:sz w:val="20"/>
          <w:szCs w:val="20"/>
          <w:lang w:val="es-ES"/>
        </w:rPr>
        <w:t>adındaki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harf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devletlerin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diğer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paydaşların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aşağıdaki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amaçlar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için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üstlenmeleri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gereken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eylemlerin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temelini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temsil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etmektedir</w:t>
      </w:r>
      <w:proofErr w:type="spellEnd"/>
      <w:r w:rsidR="000C7284" w:rsidRPr="00947C9B">
        <w:rPr>
          <w:sz w:val="20"/>
          <w:szCs w:val="20"/>
          <w:lang w:val="es-ES"/>
        </w:rPr>
        <w:t>:</w:t>
      </w:r>
      <w:r w:rsidR="00387953" w:rsidRPr="00947C9B">
        <w:rPr>
          <w:sz w:val="20"/>
          <w:szCs w:val="20"/>
          <w:lang w:val="es-ES"/>
        </w:rPr>
        <w:t xml:space="preserve"> </w:t>
      </w:r>
      <w:r w:rsidR="000C7284" w:rsidRPr="00947C9B">
        <w:rPr>
          <w:sz w:val="20"/>
          <w:szCs w:val="20"/>
          <w:lang w:val="es-ES"/>
        </w:rPr>
        <w:t xml:space="preserve">(a) </w:t>
      </w:r>
      <w:proofErr w:type="spellStart"/>
      <w:r w:rsidR="000C7284" w:rsidRPr="00947C9B">
        <w:rPr>
          <w:sz w:val="20"/>
          <w:szCs w:val="20"/>
          <w:lang w:val="es-ES"/>
        </w:rPr>
        <w:t>zararlı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sosyal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normlara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ayrımcılığa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şiddete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karşı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koymak</w:t>
      </w:r>
      <w:proofErr w:type="spellEnd"/>
      <w:r w:rsidR="000C7284" w:rsidRPr="00947C9B">
        <w:rPr>
          <w:sz w:val="20"/>
          <w:szCs w:val="20"/>
          <w:lang w:val="es-ES"/>
        </w:rPr>
        <w:t xml:space="preserve">; (b) </w:t>
      </w:r>
      <w:proofErr w:type="spellStart"/>
      <w:r w:rsidR="000C7284" w:rsidRPr="00947C9B">
        <w:rPr>
          <w:sz w:val="20"/>
          <w:szCs w:val="20"/>
          <w:lang w:val="es-ES"/>
        </w:rPr>
        <w:t>sosyo</w:t>
      </w:r>
      <w:r w:rsidR="002C69A3" w:rsidRPr="00947C9B">
        <w:rPr>
          <w:sz w:val="20"/>
          <w:szCs w:val="20"/>
          <w:lang w:val="es-ES"/>
        </w:rPr>
        <w:t>-</w:t>
      </w:r>
      <w:r w:rsidR="000C7284" w:rsidRPr="00947C9B">
        <w:rPr>
          <w:sz w:val="20"/>
          <w:szCs w:val="20"/>
          <w:lang w:val="es-ES"/>
        </w:rPr>
        <w:t>ekonomik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eşitsizlikleri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gidermek</w:t>
      </w:r>
      <w:proofErr w:type="spellEnd"/>
      <w:r w:rsidR="000C7284" w:rsidRPr="00947C9B">
        <w:rPr>
          <w:sz w:val="20"/>
          <w:szCs w:val="20"/>
          <w:lang w:val="es-ES"/>
        </w:rPr>
        <w:t xml:space="preserve">; (c) </w:t>
      </w:r>
      <w:proofErr w:type="spellStart"/>
      <w:r w:rsidR="000C7284" w:rsidRPr="00947C9B">
        <w:rPr>
          <w:sz w:val="20"/>
          <w:szCs w:val="20"/>
          <w:lang w:val="es-ES"/>
        </w:rPr>
        <w:t>yasal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yapısal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engelleri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ortadan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kaldırmak</w:t>
      </w:r>
      <w:proofErr w:type="spellEnd"/>
      <w:r w:rsidR="000C7284" w:rsidRPr="00947C9B">
        <w:rPr>
          <w:sz w:val="20"/>
          <w:szCs w:val="20"/>
          <w:lang w:val="es-ES"/>
        </w:rPr>
        <w:t xml:space="preserve">; (d) </w:t>
      </w:r>
      <w:proofErr w:type="spellStart"/>
      <w:r w:rsidR="000C7284" w:rsidRPr="00947C9B">
        <w:rPr>
          <w:sz w:val="20"/>
          <w:szCs w:val="20"/>
          <w:lang w:val="es-ES"/>
        </w:rPr>
        <w:t>proaktif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yasalar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politikalar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benimsemek</w:t>
      </w:r>
      <w:proofErr w:type="spellEnd"/>
      <w:r w:rsidR="000C7284" w:rsidRPr="00947C9B">
        <w:rPr>
          <w:sz w:val="20"/>
          <w:szCs w:val="20"/>
          <w:lang w:val="es-ES"/>
        </w:rPr>
        <w:t xml:space="preserve">; (e) </w:t>
      </w:r>
      <w:proofErr w:type="spellStart"/>
      <w:r w:rsidR="000C7284" w:rsidRPr="00947C9B">
        <w:rPr>
          <w:sz w:val="20"/>
          <w:szCs w:val="20"/>
          <w:lang w:val="es-ES"/>
        </w:rPr>
        <w:t>kurumsallaşmış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ataerkil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iktidar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yapılarını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dönüştürmek</w:t>
      </w:r>
      <w:proofErr w:type="spellEnd"/>
      <w:r w:rsidR="000C7284" w:rsidRPr="00947C9B">
        <w:rPr>
          <w:sz w:val="20"/>
          <w:szCs w:val="20"/>
          <w:lang w:val="es-ES"/>
        </w:rPr>
        <w:t xml:space="preserve">; ve (f) </w:t>
      </w:r>
      <w:proofErr w:type="spellStart"/>
      <w:r w:rsidR="000C7284" w:rsidRPr="00947C9B">
        <w:rPr>
          <w:sz w:val="20"/>
          <w:szCs w:val="20"/>
          <w:lang w:val="es-ES"/>
        </w:rPr>
        <w:t>kadınların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kız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çocuklarının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katılımını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etkinliğini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artırmak</w:t>
      </w:r>
      <w:proofErr w:type="spellEnd"/>
      <w:r w:rsidR="000C7284" w:rsidRPr="00947C9B">
        <w:rPr>
          <w:sz w:val="20"/>
          <w:szCs w:val="20"/>
          <w:lang w:val="es-ES"/>
        </w:rPr>
        <w:t>.</w:t>
      </w:r>
      <w:r w:rsidR="00387953" w:rsidRPr="00947C9B">
        <w:rPr>
          <w:sz w:val="20"/>
          <w:szCs w:val="20"/>
          <w:lang w:val="es-ES"/>
        </w:rPr>
        <w:t xml:space="preserve"> </w:t>
      </w:r>
      <w:r w:rsidR="00694CA8" w:rsidRPr="00947C9B">
        <w:rPr>
          <w:sz w:val="20"/>
          <w:szCs w:val="20"/>
          <w:lang w:val="es-ES"/>
        </w:rPr>
        <w:t>(</w:t>
      </w:r>
      <w:r w:rsidR="000C7284" w:rsidRPr="00947C9B">
        <w:rPr>
          <w:sz w:val="20"/>
          <w:szCs w:val="20"/>
          <w:lang w:val="es-ES"/>
        </w:rPr>
        <w:t>31</w:t>
      </w:r>
      <w:r w:rsidR="00694CA8" w:rsidRPr="00947C9B">
        <w:rPr>
          <w:sz w:val="20"/>
          <w:szCs w:val="20"/>
          <w:lang w:val="es-ES"/>
        </w:rPr>
        <w:t>)</w:t>
      </w:r>
      <w:r w:rsidR="000C7284" w:rsidRPr="00947C9B">
        <w:rPr>
          <w:sz w:val="20"/>
          <w:szCs w:val="20"/>
          <w:lang w:val="es-ES"/>
        </w:rPr>
        <w:t xml:space="preserve"> Bu </w:t>
      </w:r>
      <w:proofErr w:type="spellStart"/>
      <w:r w:rsidR="000C7284" w:rsidRPr="00947C9B">
        <w:rPr>
          <w:sz w:val="20"/>
          <w:szCs w:val="20"/>
          <w:lang w:val="es-ES"/>
        </w:rPr>
        <w:t>rapor</w:t>
      </w:r>
      <w:proofErr w:type="spellEnd"/>
      <w:r w:rsidR="000C7284" w:rsidRPr="00947C9B">
        <w:rPr>
          <w:sz w:val="20"/>
          <w:szCs w:val="20"/>
          <w:lang w:val="es-ES"/>
        </w:rPr>
        <w:t xml:space="preserve">, </w:t>
      </w:r>
      <w:proofErr w:type="spellStart"/>
      <w:r w:rsidR="000C7284" w:rsidRPr="00947C9B">
        <w:rPr>
          <w:sz w:val="20"/>
          <w:szCs w:val="20"/>
          <w:lang w:val="es-ES"/>
        </w:rPr>
        <w:t>İnsan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Hakları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Konseyi'nin</w:t>
      </w:r>
      <w:proofErr w:type="spellEnd"/>
      <w:r w:rsidR="000C7284" w:rsidRPr="00947C9B">
        <w:rPr>
          <w:sz w:val="20"/>
          <w:szCs w:val="20"/>
          <w:lang w:val="es-ES"/>
        </w:rPr>
        <w:t xml:space="preserve"> 54/6 </w:t>
      </w:r>
      <w:proofErr w:type="spellStart"/>
      <w:r w:rsidR="000C7284" w:rsidRPr="00947C9B">
        <w:rPr>
          <w:sz w:val="20"/>
          <w:szCs w:val="20"/>
          <w:lang w:val="es-ES"/>
        </w:rPr>
        <w:t>sayılı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kararı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ardından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Birleşmiş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Milletler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İnsan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Hakları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Yüksek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Komiserliği'nin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bakım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deste</w:t>
      </w:r>
      <w:r w:rsidR="007303C0" w:rsidRPr="00947C9B">
        <w:rPr>
          <w:sz w:val="20"/>
          <w:szCs w:val="20"/>
          <w:lang w:val="es-ES"/>
        </w:rPr>
        <w:t>k</w:t>
      </w:r>
      <w:proofErr w:type="spellEnd"/>
      <w:r w:rsidR="007303C0" w:rsidRPr="00947C9B">
        <w:rPr>
          <w:sz w:val="20"/>
          <w:szCs w:val="20"/>
          <w:lang w:val="es-ES"/>
        </w:rPr>
        <w:t xml:space="preserve"> </w:t>
      </w:r>
      <w:proofErr w:type="spellStart"/>
      <w:r w:rsidR="007303C0" w:rsidRPr="00947C9B">
        <w:rPr>
          <w:sz w:val="20"/>
          <w:szCs w:val="20"/>
          <w:lang w:val="es-ES"/>
        </w:rPr>
        <w:t>ile</w:t>
      </w:r>
      <w:proofErr w:type="spellEnd"/>
      <w:r w:rsidR="007303C0" w:rsidRPr="00947C9B">
        <w:rPr>
          <w:sz w:val="20"/>
          <w:szCs w:val="20"/>
          <w:lang w:val="es-ES"/>
        </w:rPr>
        <w:t xml:space="preserve"> </w:t>
      </w:r>
      <w:proofErr w:type="spellStart"/>
      <w:r w:rsidR="007303C0" w:rsidRPr="00947C9B">
        <w:rPr>
          <w:sz w:val="20"/>
          <w:szCs w:val="20"/>
          <w:lang w:val="es-ES"/>
        </w:rPr>
        <w:t>ilgili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insan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hakları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temelli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yaklaşım</w:t>
      </w:r>
      <w:r w:rsidR="003C40B1" w:rsidRPr="00947C9B">
        <w:rPr>
          <w:sz w:val="20"/>
          <w:szCs w:val="20"/>
          <w:lang w:val="es-ES"/>
        </w:rPr>
        <w:t>a</w:t>
      </w:r>
      <w:proofErr w:type="spellEnd"/>
      <w:r w:rsidR="003C40B1" w:rsidRPr="00947C9B">
        <w:rPr>
          <w:sz w:val="20"/>
          <w:szCs w:val="20"/>
          <w:lang w:val="es-ES"/>
        </w:rPr>
        <w:t xml:space="preserve"> </w:t>
      </w:r>
      <w:proofErr w:type="spellStart"/>
      <w:r w:rsidR="003C40B1" w:rsidRPr="00947C9B">
        <w:rPr>
          <w:sz w:val="20"/>
          <w:szCs w:val="20"/>
          <w:lang w:val="es-ES"/>
        </w:rPr>
        <w:t>dair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raporunda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oluşturulan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ivmeyi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temel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almaktadır</w:t>
      </w:r>
      <w:proofErr w:type="spellEnd"/>
      <w:r w:rsidR="000C7284" w:rsidRPr="00947C9B">
        <w:rPr>
          <w:sz w:val="20"/>
          <w:szCs w:val="20"/>
          <w:lang w:val="es-ES"/>
        </w:rPr>
        <w:t xml:space="preserve">. Bu </w:t>
      </w:r>
      <w:proofErr w:type="spellStart"/>
      <w:r w:rsidR="000C7284" w:rsidRPr="00947C9B">
        <w:rPr>
          <w:sz w:val="20"/>
          <w:szCs w:val="20"/>
          <w:lang w:val="es-ES"/>
        </w:rPr>
        <w:t>raporda</w:t>
      </w:r>
      <w:proofErr w:type="spellEnd"/>
      <w:r w:rsidR="00117AB6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temel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terimler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tanımlanmakta</w:t>
      </w:r>
      <w:proofErr w:type="spellEnd"/>
      <w:r w:rsidR="000C7284" w:rsidRPr="00947C9B">
        <w:rPr>
          <w:sz w:val="20"/>
          <w:szCs w:val="20"/>
          <w:lang w:val="es-ES"/>
        </w:rPr>
        <w:t xml:space="preserve"> ve </w:t>
      </w:r>
      <w:proofErr w:type="spellStart"/>
      <w:r w:rsidR="000C7284" w:rsidRPr="00947C9B">
        <w:rPr>
          <w:sz w:val="20"/>
          <w:szCs w:val="20"/>
          <w:lang w:val="es-ES"/>
        </w:rPr>
        <w:t>ilgili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uluslararası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insan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hakları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standartları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analiz</w:t>
      </w:r>
      <w:proofErr w:type="spellEnd"/>
      <w:r w:rsidR="000C7284" w:rsidRPr="00947C9B">
        <w:rPr>
          <w:sz w:val="20"/>
          <w:szCs w:val="20"/>
          <w:lang w:val="es-ES"/>
        </w:rPr>
        <w:t xml:space="preserve"> </w:t>
      </w:r>
      <w:proofErr w:type="spellStart"/>
      <w:r w:rsidR="000C7284" w:rsidRPr="00947C9B">
        <w:rPr>
          <w:sz w:val="20"/>
          <w:szCs w:val="20"/>
          <w:lang w:val="es-ES"/>
        </w:rPr>
        <w:t>edilmektedir</w:t>
      </w:r>
      <w:proofErr w:type="spellEnd"/>
      <w:r w:rsidR="000C7284" w:rsidRPr="00947C9B">
        <w:rPr>
          <w:sz w:val="20"/>
          <w:szCs w:val="20"/>
          <w:lang w:val="es-ES"/>
        </w:rPr>
        <w:t>.</w:t>
      </w:r>
      <w:r w:rsidR="00387953" w:rsidRPr="00947C9B">
        <w:rPr>
          <w:sz w:val="20"/>
          <w:szCs w:val="20"/>
          <w:lang w:val="es-ES"/>
        </w:rPr>
        <w:t xml:space="preserve"> (32)</w:t>
      </w:r>
    </w:p>
    <w:p w14:paraId="3AD79CEC" w14:textId="4EAB9F72" w:rsidR="003B2022" w:rsidRPr="00947C9B" w:rsidRDefault="000C7284" w:rsidP="006E736E">
      <w:pPr>
        <w:spacing w:after="0"/>
        <w:jc w:val="both"/>
        <w:rPr>
          <w:b/>
          <w:bCs/>
          <w:lang w:val="es-ES"/>
        </w:rPr>
      </w:pPr>
      <w:r w:rsidRPr="00947C9B">
        <w:rPr>
          <w:lang w:val="es-ES"/>
        </w:rPr>
        <w:br/>
      </w:r>
      <w:r w:rsidRPr="00947C9B">
        <w:rPr>
          <w:b/>
          <w:bCs/>
          <w:lang w:val="es-ES"/>
        </w:rPr>
        <w:t>III.</w:t>
      </w:r>
      <w:r w:rsidR="00387953"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Ücretsiz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bakım</w:t>
      </w:r>
      <w:proofErr w:type="spellEnd"/>
      <w:r w:rsidRPr="00947C9B">
        <w:rPr>
          <w:b/>
          <w:bCs/>
          <w:lang w:val="es-ES"/>
        </w:rPr>
        <w:t xml:space="preserve"> ve </w:t>
      </w:r>
      <w:proofErr w:type="spellStart"/>
      <w:r w:rsidRPr="00947C9B">
        <w:rPr>
          <w:b/>
          <w:bCs/>
          <w:lang w:val="es-ES"/>
        </w:rPr>
        <w:t>destek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hizmetlerinin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kadın</w:t>
      </w:r>
      <w:proofErr w:type="spellEnd"/>
      <w:r w:rsidRPr="00947C9B">
        <w:rPr>
          <w:b/>
          <w:bCs/>
          <w:lang w:val="es-ES"/>
        </w:rPr>
        <w:t xml:space="preserve"> ve </w:t>
      </w:r>
      <w:proofErr w:type="spellStart"/>
      <w:r w:rsidRPr="00947C9B">
        <w:rPr>
          <w:b/>
          <w:bCs/>
          <w:lang w:val="es-ES"/>
        </w:rPr>
        <w:t>kız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çocuklarının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hakları</w:t>
      </w:r>
      <w:proofErr w:type="spellEnd"/>
      <w:r w:rsidR="003B2022"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üzerindeki</w:t>
      </w:r>
      <w:proofErr w:type="spellEnd"/>
      <w:r w:rsidRPr="00947C9B">
        <w:rPr>
          <w:b/>
          <w:bCs/>
          <w:lang w:val="es-ES"/>
        </w:rPr>
        <w:t xml:space="preserve"> </w:t>
      </w:r>
      <w:proofErr w:type="spellStart"/>
      <w:r w:rsidRPr="00947C9B">
        <w:rPr>
          <w:b/>
          <w:bCs/>
          <w:lang w:val="es-ES"/>
        </w:rPr>
        <w:t>etkisi</w:t>
      </w:r>
      <w:proofErr w:type="spellEnd"/>
    </w:p>
    <w:p w14:paraId="2E927642" w14:textId="1EB32848" w:rsidR="00073423" w:rsidRDefault="000C7284" w:rsidP="0074527E">
      <w:pPr>
        <w:spacing w:after="0"/>
        <w:jc w:val="both"/>
        <w:rPr>
          <w:sz w:val="20"/>
          <w:szCs w:val="20"/>
          <w:lang w:val="es-ES"/>
        </w:rPr>
      </w:pPr>
      <w:r w:rsidRPr="00947C9B">
        <w:rPr>
          <w:sz w:val="20"/>
          <w:szCs w:val="20"/>
          <w:lang w:val="es-ES"/>
        </w:rPr>
        <w:br/>
        <w:t xml:space="preserve">10. </w:t>
      </w:r>
      <w:proofErr w:type="spellStart"/>
      <w:r w:rsidRPr="00947C9B">
        <w:rPr>
          <w:sz w:val="20"/>
          <w:szCs w:val="20"/>
          <w:lang w:val="es-ES"/>
        </w:rPr>
        <w:t>Başkalarına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bakmak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içsel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olarak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değerlidir</w:t>
      </w:r>
      <w:proofErr w:type="spellEnd"/>
      <w:r w:rsidRPr="00947C9B">
        <w:rPr>
          <w:sz w:val="20"/>
          <w:szCs w:val="20"/>
          <w:lang w:val="es-ES"/>
        </w:rPr>
        <w:t xml:space="preserve">, </w:t>
      </w:r>
      <w:proofErr w:type="spellStart"/>
      <w:r w:rsidRPr="00947C9B">
        <w:rPr>
          <w:sz w:val="20"/>
          <w:szCs w:val="20"/>
          <w:lang w:val="es-ES"/>
        </w:rPr>
        <w:t>ancak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maddi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açıdan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büyük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ölçüde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karşılıksız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r w:rsidRPr="00947C9B">
        <w:rPr>
          <w:sz w:val="20"/>
          <w:szCs w:val="20"/>
          <w:lang w:val="es-ES"/>
        </w:rPr>
        <w:br/>
      </w:r>
      <w:proofErr w:type="spellStart"/>
      <w:r w:rsidRPr="00947C9B">
        <w:rPr>
          <w:sz w:val="20"/>
          <w:szCs w:val="20"/>
          <w:lang w:val="es-ES"/>
        </w:rPr>
        <w:t>kalmaktadır</w:t>
      </w:r>
      <w:proofErr w:type="spellEnd"/>
      <w:r w:rsidRPr="00947C9B">
        <w:rPr>
          <w:sz w:val="20"/>
          <w:szCs w:val="20"/>
          <w:lang w:val="es-ES"/>
        </w:rPr>
        <w:t xml:space="preserve">. </w:t>
      </w:r>
      <w:proofErr w:type="spellStart"/>
      <w:r w:rsidRPr="00947C9B">
        <w:rPr>
          <w:sz w:val="20"/>
          <w:szCs w:val="20"/>
          <w:lang w:val="es-ES"/>
        </w:rPr>
        <w:t>Kadınlar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her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gün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tahmini</w:t>
      </w:r>
      <w:proofErr w:type="spellEnd"/>
      <w:r w:rsidRPr="00947C9B">
        <w:rPr>
          <w:sz w:val="20"/>
          <w:szCs w:val="20"/>
          <w:lang w:val="es-ES"/>
        </w:rPr>
        <w:t xml:space="preserve"> 12,5 </w:t>
      </w:r>
      <w:proofErr w:type="spellStart"/>
      <w:r w:rsidRPr="00947C9B">
        <w:rPr>
          <w:sz w:val="20"/>
          <w:szCs w:val="20"/>
          <w:lang w:val="es-ES"/>
        </w:rPr>
        <w:t>milyar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saatlik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ücretsiz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bakım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işi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yapmaktadır</w:t>
      </w:r>
      <w:proofErr w:type="spellEnd"/>
      <w:r w:rsidRPr="00947C9B">
        <w:rPr>
          <w:sz w:val="20"/>
          <w:szCs w:val="20"/>
          <w:lang w:val="es-ES"/>
        </w:rPr>
        <w:t xml:space="preserve"> ve bu da </w:t>
      </w:r>
      <w:proofErr w:type="spellStart"/>
      <w:r w:rsidRPr="00947C9B">
        <w:rPr>
          <w:sz w:val="20"/>
          <w:szCs w:val="20"/>
          <w:lang w:val="es-ES"/>
        </w:rPr>
        <w:t>küresel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ekonomiye</w:t>
      </w:r>
      <w:proofErr w:type="spellEnd"/>
      <w:r w:rsidRPr="00947C9B">
        <w:rPr>
          <w:sz w:val="20"/>
          <w:szCs w:val="20"/>
          <w:lang w:val="es-ES"/>
        </w:rPr>
        <w:t xml:space="preserve"> en </w:t>
      </w:r>
      <w:proofErr w:type="spellStart"/>
      <w:r w:rsidRPr="00947C9B">
        <w:rPr>
          <w:sz w:val="20"/>
          <w:szCs w:val="20"/>
          <w:lang w:val="es-ES"/>
        </w:rPr>
        <w:t>az</w:t>
      </w:r>
      <w:proofErr w:type="spellEnd"/>
      <w:r w:rsidRPr="00947C9B">
        <w:rPr>
          <w:sz w:val="20"/>
          <w:szCs w:val="20"/>
          <w:lang w:val="es-ES"/>
        </w:rPr>
        <w:t xml:space="preserve"> 10,8 </w:t>
      </w:r>
      <w:proofErr w:type="spellStart"/>
      <w:r w:rsidRPr="00947C9B">
        <w:rPr>
          <w:sz w:val="20"/>
          <w:szCs w:val="20"/>
          <w:lang w:val="es-ES"/>
        </w:rPr>
        <w:t>trilyon</w:t>
      </w:r>
      <w:proofErr w:type="spellEnd"/>
      <w:r w:rsidRPr="00947C9B">
        <w:rPr>
          <w:sz w:val="20"/>
          <w:szCs w:val="20"/>
          <w:lang w:val="es-ES"/>
        </w:rPr>
        <w:t xml:space="preserve"> ABD </w:t>
      </w:r>
      <w:proofErr w:type="spellStart"/>
      <w:r w:rsidRPr="00947C9B">
        <w:rPr>
          <w:sz w:val="20"/>
          <w:szCs w:val="20"/>
          <w:lang w:val="es-ES"/>
        </w:rPr>
        <w:t>doları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değer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katmaktadır</w:t>
      </w:r>
      <w:proofErr w:type="spellEnd"/>
      <w:r w:rsidRPr="00947C9B">
        <w:rPr>
          <w:sz w:val="20"/>
          <w:szCs w:val="20"/>
          <w:lang w:val="es-ES"/>
        </w:rPr>
        <w:t xml:space="preserve">. </w:t>
      </w:r>
      <w:proofErr w:type="spellStart"/>
      <w:r w:rsidRPr="00947C9B">
        <w:rPr>
          <w:sz w:val="20"/>
          <w:szCs w:val="20"/>
          <w:lang w:val="es-ES"/>
        </w:rPr>
        <w:t>Ücretli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olsaydı</w:t>
      </w:r>
      <w:proofErr w:type="spellEnd"/>
      <w:r w:rsidRPr="00947C9B">
        <w:rPr>
          <w:sz w:val="20"/>
          <w:szCs w:val="20"/>
          <w:lang w:val="es-ES"/>
        </w:rPr>
        <w:t xml:space="preserve">, </w:t>
      </w:r>
      <w:proofErr w:type="spellStart"/>
      <w:r w:rsidRPr="00947C9B">
        <w:rPr>
          <w:sz w:val="20"/>
          <w:szCs w:val="20"/>
          <w:lang w:val="es-ES"/>
        </w:rPr>
        <w:t>ücretsiz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FC7C1D" w:rsidRPr="00947C9B">
        <w:rPr>
          <w:sz w:val="20"/>
          <w:szCs w:val="20"/>
          <w:lang w:val="es-ES"/>
        </w:rPr>
        <w:t>ç</w:t>
      </w:r>
      <w:r w:rsidR="00073423" w:rsidRPr="00947C9B">
        <w:rPr>
          <w:sz w:val="20"/>
          <w:szCs w:val="20"/>
          <w:lang w:val="es-ES"/>
        </w:rPr>
        <w:t>ocuk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bakımı</w:t>
      </w:r>
      <w:proofErr w:type="spellEnd"/>
      <w:r w:rsidR="00073423" w:rsidRPr="00947C9B">
        <w:rPr>
          <w:sz w:val="20"/>
          <w:szCs w:val="20"/>
          <w:lang w:val="es-ES"/>
        </w:rPr>
        <w:t xml:space="preserve"> ve </w:t>
      </w:r>
      <w:proofErr w:type="spellStart"/>
      <w:r w:rsidR="00073423" w:rsidRPr="00947C9B">
        <w:rPr>
          <w:sz w:val="20"/>
          <w:szCs w:val="20"/>
          <w:lang w:val="es-ES"/>
        </w:rPr>
        <w:t>ev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işleri</w:t>
      </w:r>
      <w:proofErr w:type="spellEnd"/>
      <w:r w:rsidR="00073423" w:rsidRPr="00947C9B">
        <w:rPr>
          <w:sz w:val="20"/>
          <w:szCs w:val="20"/>
          <w:lang w:val="es-ES"/>
        </w:rPr>
        <w:t xml:space="preserve">, </w:t>
      </w:r>
      <w:proofErr w:type="spellStart"/>
      <w:r w:rsidR="00073423" w:rsidRPr="00947C9B">
        <w:rPr>
          <w:sz w:val="20"/>
          <w:szCs w:val="20"/>
          <w:lang w:val="es-ES"/>
        </w:rPr>
        <w:t>küresel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gayri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safi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yurtiçi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hasılanın</w:t>
      </w:r>
      <w:proofErr w:type="spellEnd"/>
      <w:r w:rsidR="00073423" w:rsidRPr="00947C9B">
        <w:rPr>
          <w:sz w:val="20"/>
          <w:szCs w:val="20"/>
          <w:lang w:val="es-ES"/>
        </w:rPr>
        <w:t xml:space="preserve"> (GSYİH) </w:t>
      </w:r>
      <w:proofErr w:type="spellStart"/>
      <w:r w:rsidR="00073423" w:rsidRPr="00947C9B">
        <w:rPr>
          <w:sz w:val="20"/>
          <w:szCs w:val="20"/>
          <w:lang w:val="es-ES"/>
        </w:rPr>
        <w:t>yüzde</w:t>
      </w:r>
      <w:proofErr w:type="spellEnd"/>
      <w:r w:rsidR="00073423" w:rsidRPr="00947C9B">
        <w:rPr>
          <w:sz w:val="20"/>
          <w:szCs w:val="20"/>
          <w:lang w:val="es-ES"/>
        </w:rPr>
        <w:t xml:space="preserve"> 9'una </w:t>
      </w:r>
      <w:proofErr w:type="spellStart"/>
      <w:r w:rsidR="00073423" w:rsidRPr="00947C9B">
        <w:rPr>
          <w:sz w:val="20"/>
          <w:szCs w:val="20"/>
          <w:lang w:val="es-ES"/>
        </w:rPr>
        <w:t>eşittir</w:t>
      </w:r>
      <w:proofErr w:type="spellEnd"/>
      <w:r w:rsidR="00073423" w:rsidRPr="00947C9B">
        <w:rPr>
          <w:sz w:val="20"/>
          <w:szCs w:val="20"/>
          <w:lang w:val="es-ES"/>
        </w:rPr>
        <w:t>.</w:t>
      </w:r>
      <w:r w:rsidR="003B2022" w:rsidRPr="00947C9B">
        <w:rPr>
          <w:sz w:val="20"/>
          <w:szCs w:val="20"/>
          <w:lang w:val="es-ES"/>
        </w:rPr>
        <w:t xml:space="preserve"> </w:t>
      </w:r>
      <w:r w:rsidR="00FC7C1D" w:rsidRPr="00947C9B">
        <w:rPr>
          <w:sz w:val="20"/>
          <w:szCs w:val="20"/>
          <w:lang w:val="es-ES"/>
        </w:rPr>
        <w:t>(</w:t>
      </w:r>
      <w:r w:rsidR="00073423" w:rsidRPr="00947C9B">
        <w:rPr>
          <w:sz w:val="20"/>
          <w:szCs w:val="20"/>
          <w:lang w:val="es-ES"/>
        </w:rPr>
        <w:t>33</w:t>
      </w:r>
      <w:r w:rsidR="00FC7C1D" w:rsidRPr="00947C9B">
        <w:rPr>
          <w:sz w:val="20"/>
          <w:szCs w:val="20"/>
          <w:lang w:val="es-ES"/>
        </w:rPr>
        <w:t>)</w:t>
      </w:r>
      <w:r w:rsidR="00073423" w:rsidRPr="00947C9B">
        <w:rPr>
          <w:sz w:val="20"/>
          <w:szCs w:val="20"/>
          <w:lang w:val="es-ES"/>
        </w:rPr>
        <w:t xml:space="preserve">  </w:t>
      </w:r>
      <w:proofErr w:type="spellStart"/>
      <w:r w:rsidR="00073423" w:rsidRPr="00947C9B">
        <w:rPr>
          <w:sz w:val="20"/>
          <w:szCs w:val="20"/>
          <w:lang w:val="es-ES"/>
        </w:rPr>
        <w:t>Asgari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ücret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ödenirse</w:t>
      </w:r>
      <w:proofErr w:type="spellEnd"/>
      <w:r w:rsidR="00073423" w:rsidRPr="00947C9B">
        <w:rPr>
          <w:sz w:val="20"/>
          <w:szCs w:val="20"/>
          <w:lang w:val="es-ES"/>
        </w:rPr>
        <w:t xml:space="preserve">, </w:t>
      </w:r>
      <w:proofErr w:type="spellStart"/>
      <w:r w:rsidR="00073423" w:rsidRPr="00947C9B">
        <w:rPr>
          <w:sz w:val="20"/>
          <w:szCs w:val="20"/>
          <w:lang w:val="es-ES"/>
        </w:rPr>
        <w:t>ücretsiz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bakım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işinin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toplam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değeri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küresel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teknoloji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endüstrisinin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finansal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değerinin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üç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katı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olacaktır</w:t>
      </w:r>
      <w:proofErr w:type="spellEnd"/>
      <w:r w:rsidR="00073423" w:rsidRPr="00947C9B">
        <w:rPr>
          <w:sz w:val="20"/>
          <w:szCs w:val="20"/>
          <w:lang w:val="es-ES"/>
        </w:rPr>
        <w:t>.</w:t>
      </w:r>
      <w:r w:rsidR="00947C9B">
        <w:rPr>
          <w:sz w:val="20"/>
          <w:szCs w:val="20"/>
          <w:lang w:val="es-ES"/>
        </w:rPr>
        <w:t xml:space="preserve"> </w:t>
      </w:r>
      <w:r w:rsidR="00732A29">
        <w:rPr>
          <w:sz w:val="20"/>
          <w:szCs w:val="20"/>
          <w:lang w:val="es-ES"/>
        </w:rPr>
        <w:t>(</w:t>
      </w:r>
      <w:r w:rsidR="00073423" w:rsidRPr="00947C9B">
        <w:rPr>
          <w:sz w:val="20"/>
          <w:szCs w:val="20"/>
          <w:lang w:val="es-ES"/>
        </w:rPr>
        <w:t>34</w:t>
      </w:r>
      <w:r w:rsidR="00F36277" w:rsidRPr="00947C9B">
        <w:rPr>
          <w:sz w:val="20"/>
          <w:szCs w:val="20"/>
          <w:lang w:val="es-ES"/>
        </w:rPr>
        <w:t>)</w:t>
      </w:r>
      <w:r w:rsidR="00073423" w:rsidRPr="00947C9B">
        <w:rPr>
          <w:sz w:val="20"/>
          <w:szCs w:val="20"/>
          <w:lang w:val="es-ES"/>
        </w:rPr>
        <w:t xml:space="preserve"> Bu </w:t>
      </w:r>
      <w:proofErr w:type="spellStart"/>
      <w:r w:rsidR="00073423" w:rsidRPr="00947C9B">
        <w:rPr>
          <w:sz w:val="20"/>
          <w:szCs w:val="20"/>
          <w:lang w:val="es-ES"/>
        </w:rPr>
        <w:t>önemli</w:t>
      </w:r>
      <w:proofErr w:type="spellEnd"/>
      <w:r w:rsidR="00073423" w:rsidRPr="00947C9B">
        <w:rPr>
          <w:sz w:val="20"/>
          <w:szCs w:val="20"/>
          <w:lang w:val="es-ES"/>
        </w:rPr>
        <w:t xml:space="preserve"> bir </w:t>
      </w:r>
      <w:proofErr w:type="spellStart"/>
      <w:r w:rsidR="00073423" w:rsidRPr="00947C9B">
        <w:rPr>
          <w:sz w:val="20"/>
          <w:szCs w:val="20"/>
          <w:lang w:val="es-ES"/>
        </w:rPr>
        <w:t>katkı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olsa</w:t>
      </w:r>
      <w:proofErr w:type="spellEnd"/>
      <w:r w:rsidR="00073423" w:rsidRPr="00947C9B">
        <w:rPr>
          <w:sz w:val="20"/>
          <w:szCs w:val="20"/>
          <w:lang w:val="es-ES"/>
        </w:rPr>
        <w:t xml:space="preserve"> da, </w:t>
      </w:r>
      <w:proofErr w:type="spellStart"/>
      <w:r w:rsidR="00073423" w:rsidRPr="00947C9B">
        <w:rPr>
          <w:sz w:val="20"/>
          <w:szCs w:val="20"/>
          <w:lang w:val="es-ES"/>
        </w:rPr>
        <w:t>kadınlar</w:t>
      </w:r>
      <w:proofErr w:type="spellEnd"/>
      <w:r w:rsidR="00073423" w:rsidRPr="00947C9B">
        <w:rPr>
          <w:sz w:val="20"/>
          <w:szCs w:val="20"/>
          <w:lang w:val="es-ES"/>
        </w:rPr>
        <w:t xml:space="preserve"> ve </w:t>
      </w:r>
      <w:proofErr w:type="spellStart"/>
      <w:r w:rsidR="00073423" w:rsidRPr="00947C9B">
        <w:rPr>
          <w:sz w:val="20"/>
          <w:szCs w:val="20"/>
          <w:lang w:val="es-ES"/>
        </w:rPr>
        <w:t>kız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çocukları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tarafından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yapılan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ücretsiz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fiziksel</w:t>
      </w:r>
      <w:proofErr w:type="spellEnd"/>
      <w:r w:rsidR="00073423" w:rsidRPr="00947C9B">
        <w:rPr>
          <w:sz w:val="20"/>
          <w:szCs w:val="20"/>
          <w:lang w:val="es-ES"/>
        </w:rPr>
        <w:t xml:space="preserve">, </w:t>
      </w:r>
      <w:proofErr w:type="spellStart"/>
      <w:r w:rsidR="00073423" w:rsidRPr="00947C9B">
        <w:rPr>
          <w:sz w:val="20"/>
          <w:szCs w:val="20"/>
          <w:lang w:val="es-ES"/>
        </w:rPr>
        <w:t>zihinsel</w:t>
      </w:r>
      <w:proofErr w:type="spellEnd"/>
      <w:r w:rsidR="00073423" w:rsidRPr="00947C9B">
        <w:rPr>
          <w:sz w:val="20"/>
          <w:szCs w:val="20"/>
          <w:lang w:val="es-ES"/>
        </w:rPr>
        <w:t xml:space="preserve"> ve </w:t>
      </w:r>
      <w:proofErr w:type="spellStart"/>
      <w:r w:rsidR="00073423" w:rsidRPr="00947C9B">
        <w:rPr>
          <w:sz w:val="20"/>
          <w:szCs w:val="20"/>
          <w:lang w:val="es-ES"/>
        </w:rPr>
        <w:t>duygusal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bakım</w:t>
      </w:r>
      <w:proofErr w:type="spellEnd"/>
      <w:r w:rsidR="00073423" w:rsidRPr="00947C9B">
        <w:rPr>
          <w:sz w:val="20"/>
          <w:szCs w:val="20"/>
          <w:lang w:val="es-ES"/>
        </w:rPr>
        <w:t xml:space="preserve"> ve </w:t>
      </w:r>
      <w:proofErr w:type="spellStart"/>
      <w:r w:rsidR="00073423" w:rsidRPr="00947C9B">
        <w:rPr>
          <w:sz w:val="20"/>
          <w:szCs w:val="20"/>
          <w:lang w:val="es-ES"/>
        </w:rPr>
        <w:t>destek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işlerinin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orantısız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payı</w:t>
      </w:r>
      <w:proofErr w:type="spellEnd"/>
      <w:r w:rsidR="00073423" w:rsidRPr="00947C9B">
        <w:rPr>
          <w:sz w:val="20"/>
          <w:szCs w:val="20"/>
          <w:lang w:val="es-ES"/>
        </w:rPr>
        <w:t xml:space="preserve">, </w:t>
      </w:r>
      <w:proofErr w:type="spellStart"/>
      <w:r w:rsidR="00073423" w:rsidRPr="00947C9B">
        <w:rPr>
          <w:sz w:val="20"/>
          <w:szCs w:val="20"/>
          <w:lang w:val="es-ES"/>
        </w:rPr>
        <w:t>onların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insan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haklarını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tam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olarak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gerçekleştirebilme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yeteneklerini</w:t>
      </w:r>
      <w:proofErr w:type="spellEnd"/>
      <w:r w:rsidR="00073423" w:rsidRPr="00947C9B">
        <w:rPr>
          <w:sz w:val="20"/>
          <w:szCs w:val="20"/>
          <w:lang w:val="es-ES"/>
        </w:rPr>
        <w:t xml:space="preserve"> </w:t>
      </w:r>
      <w:proofErr w:type="spellStart"/>
      <w:r w:rsidR="00073423" w:rsidRPr="00947C9B">
        <w:rPr>
          <w:sz w:val="20"/>
          <w:szCs w:val="20"/>
          <w:lang w:val="es-ES"/>
        </w:rPr>
        <w:t>zayıflatmaktadır</w:t>
      </w:r>
      <w:proofErr w:type="spellEnd"/>
      <w:r w:rsidR="00073423" w:rsidRPr="00947C9B">
        <w:rPr>
          <w:sz w:val="20"/>
          <w:szCs w:val="20"/>
          <w:lang w:val="es-ES"/>
        </w:rPr>
        <w:t>.</w:t>
      </w:r>
    </w:p>
    <w:p w14:paraId="130CCF88" w14:textId="77777777" w:rsidR="0074527E" w:rsidRPr="00947C9B" w:rsidRDefault="0074527E" w:rsidP="0074527E">
      <w:pPr>
        <w:spacing w:after="0"/>
        <w:jc w:val="both"/>
        <w:rPr>
          <w:sz w:val="20"/>
          <w:szCs w:val="20"/>
          <w:lang w:val="es-ES"/>
        </w:rPr>
      </w:pPr>
    </w:p>
    <w:p w14:paraId="43CF9034" w14:textId="595EE2E4" w:rsidR="00073423" w:rsidRPr="00947C9B" w:rsidRDefault="00073423" w:rsidP="00073423">
      <w:pPr>
        <w:rPr>
          <w:b/>
          <w:bCs/>
          <w:sz w:val="20"/>
          <w:szCs w:val="20"/>
          <w:lang w:val="es-ES"/>
        </w:rPr>
      </w:pPr>
      <w:r w:rsidRPr="00947C9B">
        <w:rPr>
          <w:b/>
          <w:bCs/>
          <w:sz w:val="20"/>
          <w:szCs w:val="20"/>
          <w:lang w:val="es-ES"/>
        </w:rPr>
        <w:t>A.</w:t>
      </w:r>
      <w:r w:rsidR="003B2022" w:rsidRPr="00947C9B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947C9B">
        <w:rPr>
          <w:b/>
          <w:bCs/>
          <w:sz w:val="20"/>
          <w:szCs w:val="20"/>
          <w:lang w:val="es-ES"/>
        </w:rPr>
        <w:t>Eşitlik</w:t>
      </w:r>
      <w:proofErr w:type="spellEnd"/>
      <w:r w:rsidRPr="00947C9B">
        <w:rPr>
          <w:b/>
          <w:bCs/>
          <w:sz w:val="20"/>
          <w:szCs w:val="20"/>
          <w:lang w:val="es-ES"/>
        </w:rPr>
        <w:t xml:space="preserve"> ve </w:t>
      </w:r>
      <w:proofErr w:type="spellStart"/>
      <w:r w:rsidRPr="00947C9B">
        <w:rPr>
          <w:b/>
          <w:bCs/>
          <w:sz w:val="20"/>
          <w:szCs w:val="20"/>
          <w:lang w:val="es-ES"/>
        </w:rPr>
        <w:t>ayrımcılık</w:t>
      </w:r>
      <w:proofErr w:type="spellEnd"/>
      <w:r w:rsidRPr="00947C9B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947C9B">
        <w:rPr>
          <w:b/>
          <w:bCs/>
          <w:sz w:val="20"/>
          <w:szCs w:val="20"/>
          <w:lang w:val="es-ES"/>
        </w:rPr>
        <w:t>yapılmaması</w:t>
      </w:r>
      <w:proofErr w:type="spellEnd"/>
      <w:r w:rsidRPr="00947C9B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947C9B">
        <w:rPr>
          <w:b/>
          <w:bCs/>
          <w:sz w:val="20"/>
          <w:szCs w:val="20"/>
          <w:lang w:val="es-ES"/>
        </w:rPr>
        <w:t>hakkı</w:t>
      </w:r>
      <w:proofErr w:type="spellEnd"/>
    </w:p>
    <w:p w14:paraId="543FC4F1" w14:textId="03C691C5" w:rsidR="00732A29" w:rsidRDefault="00073423" w:rsidP="006E736E">
      <w:pPr>
        <w:spacing w:after="0"/>
        <w:jc w:val="both"/>
        <w:rPr>
          <w:sz w:val="20"/>
          <w:szCs w:val="20"/>
          <w:lang w:val="es-ES"/>
        </w:rPr>
      </w:pPr>
      <w:r w:rsidRPr="00947C9B">
        <w:rPr>
          <w:sz w:val="20"/>
          <w:szCs w:val="20"/>
          <w:lang w:val="es-ES"/>
        </w:rPr>
        <w:t xml:space="preserve">11. </w:t>
      </w:r>
      <w:proofErr w:type="spellStart"/>
      <w:r w:rsidRPr="00947C9B">
        <w:rPr>
          <w:sz w:val="20"/>
          <w:szCs w:val="20"/>
          <w:lang w:val="es-ES"/>
        </w:rPr>
        <w:t>Bakım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işlerinin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görünmezliği</w:t>
      </w:r>
      <w:proofErr w:type="spellEnd"/>
      <w:r w:rsidRPr="00947C9B">
        <w:rPr>
          <w:sz w:val="20"/>
          <w:szCs w:val="20"/>
          <w:lang w:val="es-ES"/>
        </w:rPr>
        <w:t xml:space="preserve">, </w:t>
      </w:r>
      <w:proofErr w:type="spellStart"/>
      <w:r w:rsidRPr="00947C9B">
        <w:rPr>
          <w:sz w:val="20"/>
          <w:szCs w:val="20"/>
          <w:lang w:val="es-ES"/>
        </w:rPr>
        <w:t>değersizleştirilmesi</w:t>
      </w:r>
      <w:proofErr w:type="spellEnd"/>
      <w:r w:rsidRPr="00947C9B">
        <w:rPr>
          <w:sz w:val="20"/>
          <w:szCs w:val="20"/>
          <w:lang w:val="es-ES"/>
        </w:rPr>
        <w:t xml:space="preserve"> ve </w:t>
      </w:r>
      <w:proofErr w:type="spellStart"/>
      <w:r w:rsidRPr="00947C9B">
        <w:rPr>
          <w:sz w:val="20"/>
          <w:szCs w:val="20"/>
          <w:lang w:val="es-ES"/>
        </w:rPr>
        <w:t>özel</w:t>
      </w:r>
      <w:proofErr w:type="spellEnd"/>
      <w:r w:rsidR="00810D3E" w:rsidRPr="00947C9B">
        <w:rPr>
          <w:sz w:val="20"/>
          <w:szCs w:val="20"/>
          <w:lang w:val="es-ES"/>
        </w:rPr>
        <w:t xml:space="preserve"> alana</w:t>
      </w:r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veya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aile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alanına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itilmesi</w:t>
      </w:r>
      <w:proofErr w:type="spellEnd"/>
      <w:r w:rsidRPr="00947C9B">
        <w:rPr>
          <w:sz w:val="20"/>
          <w:szCs w:val="20"/>
          <w:lang w:val="es-ES"/>
        </w:rPr>
        <w:t xml:space="preserve"> ve </w:t>
      </w:r>
      <w:proofErr w:type="spellStart"/>
      <w:r w:rsidRPr="00947C9B">
        <w:rPr>
          <w:sz w:val="20"/>
          <w:szCs w:val="20"/>
          <w:lang w:val="es-ES"/>
        </w:rPr>
        <w:t>ücretsiz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bakım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işlerinin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genel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ekonomi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için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merkezi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öneminin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yeterince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tanınmaması</w:t>
      </w:r>
      <w:proofErr w:type="spellEnd"/>
      <w:r w:rsidRPr="00947C9B">
        <w:rPr>
          <w:sz w:val="20"/>
          <w:szCs w:val="20"/>
          <w:lang w:val="es-ES"/>
        </w:rPr>
        <w:t xml:space="preserve">, </w:t>
      </w:r>
      <w:proofErr w:type="spellStart"/>
      <w:r w:rsidRPr="00947C9B">
        <w:rPr>
          <w:sz w:val="20"/>
          <w:szCs w:val="20"/>
          <w:lang w:val="es-ES"/>
        </w:rPr>
        <w:t>kamu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yatırımlarının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eksikliğine</w:t>
      </w:r>
      <w:proofErr w:type="spellEnd"/>
      <w:r w:rsidRPr="00947C9B">
        <w:rPr>
          <w:sz w:val="20"/>
          <w:szCs w:val="20"/>
          <w:lang w:val="es-ES"/>
        </w:rPr>
        <w:t xml:space="preserve"> ve </w:t>
      </w:r>
      <w:proofErr w:type="spellStart"/>
      <w:r w:rsidRPr="00947C9B">
        <w:rPr>
          <w:sz w:val="20"/>
          <w:szCs w:val="20"/>
          <w:lang w:val="es-ES"/>
        </w:rPr>
        <w:t>kadınların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ücretsiz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bakım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işlerinin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artmasına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neden</w:t>
      </w:r>
      <w:proofErr w:type="spellEnd"/>
      <w:r w:rsidRPr="00947C9B">
        <w:rPr>
          <w:sz w:val="20"/>
          <w:szCs w:val="20"/>
          <w:lang w:val="es-ES"/>
        </w:rPr>
        <w:t xml:space="preserve"> </w:t>
      </w:r>
      <w:proofErr w:type="spellStart"/>
      <w:r w:rsidRPr="00947C9B">
        <w:rPr>
          <w:sz w:val="20"/>
          <w:szCs w:val="20"/>
          <w:lang w:val="es-ES"/>
        </w:rPr>
        <w:t>olmaktadır</w:t>
      </w:r>
      <w:proofErr w:type="spellEnd"/>
      <w:r w:rsidRPr="00947C9B">
        <w:rPr>
          <w:sz w:val="20"/>
          <w:szCs w:val="20"/>
          <w:lang w:val="es-ES"/>
        </w:rPr>
        <w:t xml:space="preserve">. </w:t>
      </w:r>
      <w:proofErr w:type="spellStart"/>
      <w:r w:rsidR="00732A29" w:rsidRPr="00947C9B">
        <w:rPr>
          <w:sz w:val="20"/>
          <w:szCs w:val="20"/>
          <w:lang w:val="es-ES"/>
        </w:rPr>
        <w:t>Toplumsal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cinsiyet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ayrımcılığının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hem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temel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nedeni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hem</w:t>
      </w:r>
      <w:proofErr w:type="spellEnd"/>
      <w:r w:rsidR="00732A29" w:rsidRPr="00947C9B">
        <w:rPr>
          <w:sz w:val="20"/>
          <w:szCs w:val="20"/>
          <w:lang w:val="es-ES"/>
        </w:rPr>
        <w:t xml:space="preserve"> de </w:t>
      </w:r>
      <w:proofErr w:type="spellStart"/>
      <w:r w:rsidR="00732A29" w:rsidRPr="00947C9B">
        <w:rPr>
          <w:sz w:val="20"/>
          <w:szCs w:val="20"/>
          <w:lang w:val="es-ES"/>
        </w:rPr>
        <w:t>sonucu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olarak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tanımlanan</w:t>
      </w:r>
      <w:proofErr w:type="spellEnd"/>
      <w:r w:rsidR="00732A29" w:rsidRPr="00947C9B">
        <w:rPr>
          <w:sz w:val="20"/>
          <w:szCs w:val="20"/>
          <w:lang w:val="es-ES"/>
        </w:rPr>
        <w:t xml:space="preserve"> (35) </w:t>
      </w:r>
      <w:proofErr w:type="spellStart"/>
      <w:r w:rsidR="00732A29" w:rsidRPr="00947C9B">
        <w:rPr>
          <w:sz w:val="20"/>
          <w:szCs w:val="20"/>
          <w:lang w:val="es-ES"/>
        </w:rPr>
        <w:t>toplumsal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cinsiyet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kalıpları</w:t>
      </w:r>
      <w:proofErr w:type="spellEnd"/>
      <w:r w:rsidR="00732A29" w:rsidRPr="00947C9B">
        <w:rPr>
          <w:sz w:val="20"/>
          <w:szCs w:val="20"/>
          <w:lang w:val="es-ES"/>
        </w:rPr>
        <w:t xml:space="preserve">, </w:t>
      </w:r>
      <w:proofErr w:type="spellStart"/>
      <w:r w:rsidR="00732A29" w:rsidRPr="00947C9B">
        <w:rPr>
          <w:sz w:val="20"/>
          <w:szCs w:val="20"/>
          <w:lang w:val="es-ES"/>
        </w:rPr>
        <w:t>kız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çocuklarını</w:t>
      </w:r>
      <w:proofErr w:type="spellEnd"/>
      <w:r w:rsidR="00732A29" w:rsidRPr="00947C9B">
        <w:rPr>
          <w:sz w:val="20"/>
          <w:szCs w:val="20"/>
          <w:lang w:val="es-ES"/>
        </w:rPr>
        <w:t xml:space="preserve"> ve </w:t>
      </w:r>
      <w:proofErr w:type="spellStart"/>
      <w:r w:rsidR="00732A29" w:rsidRPr="00947C9B">
        <w:rPr>
          <w:sz w:val="20"/>
          <w:szCs w:val="20"/>
          <w:lang w:val="es-ES"/>
        </w:rPr>
        <w:t>kadınları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öncelikle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başkalarına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hizmet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etmek</w:t>
      </w:r>
      <w:proofErr w:type="spellEnd"/>
      <w:r w:rsidR="00732A29" w:rsidRPr="00947C9B">
        <w:rPr>
          <w:sz w:val="20"/>
          <w:szCs w:val="20"/>
          <w:lang w:val="es-ES"/>
        </w:rPr>
        <w:t xml:space="preserve"> ve </w:t>
      </w:r>
      <w:proofErr w:type="spellStart"/>
      <w:r w:rsidR="00732A29" w:rsidRPr="00947C9B">
        <w:rPr>
          <w:sz w:val="20"/>
          <w:szCs w:val="20"/>
          <w:lang w:val="es-ES"/>
        </w:rPr>
        <w:t>başkalarını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besleyip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kollamakla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sorumlu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olarak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tasvir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etmektedir</w:t>
      </w:r>
      <w:proofErr w:type="spellEnd"/>
      <w:r w:rsidR="00732A29" w:rsidRPr="00947C9B">
        <w:rPr>
          <w:sz w:val="20"/>
          <w:szCs w:val="20"/>
          <w:lang w:val="es-ES"/>
        </w:rPr>
        <w:t xml:space="preserve">. Bu </w:t>
      </w:r>
      <w:proofErr w:type="spellStart"/>
      <w:r w:rsidR="00732A29" w:rsidRPr="00947C9B">
        <w:rPr>
          <w:sz w:val="20"/>
          <w:szCs w:val="20"/>
          <w:lang w:val="es-ES"/>
        </w:rPr>
        <w:t>durum</w:t>
      </w:r>
      <w:proofErr w:type="spellEnd"/>
      <w:r w:rsidR="00732A29" w:rsidRPr="00947C9B">
        <w:rPr>
          <w:sz w:val="20"/>
          <w:szCs w:val="20"/>
          <w:lang w:val="es-ES"/>
        </w:rPr>
        <w:t xml:space="preserve"> da </w:t>
      </w:r>
      <w:proofErr w:type="spellStart"/>
      <w:r w:rsidR="00732A29" w:rsidRPr="00947C9B">
        <w:rPr>
          <w:sz w:val="20"/>
          <w:szCs w:val="20"/>
          <w:lang w:val="es-ES"/>
        </w:rPr>
        <w:t>cinsiyete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dayalı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iş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bölümünü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şekillendirmekte</w:t>
      </w:r>
      <w:proofErr w:type="spellEnd"/>
      <w:r w:rsidR="00732A29" w:rsidRPr="00947C9B">
        <w:rPr>
          <w:sz w:val="20"/>
          <w:szCs w:val="20"/>
          <w:lang w:val="es-ES"/>
        </w:rPr>
        <w:t xml:space="preserve">; </w:t>
      </w:r>
      <w:proofErr w:type="spellStart"/>
      <w:r w:rsidR="00732A29" w:rsidRPr="00947C9B">
        <w:rPr>
          <w:sz w:val="20"/>
          <w:szCs w:val="20"/>
          <w:lang w:val="es-ES"/>
        </w:rPr>
        <w:t>sonuç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olarak</w:t>
      </w:r>
      <w:proofErr w:type="spellEnd"/>
      <w:r w:rsidR="00732A29" w:rsidRPr="00947C9B">
        <w:rPr>
          <w:sz w:val="20"/>
          <w:szCs w:val="20"/>
          <w:lang w:val="es-ES"/>
        </w:rPr>
        <w:t xml:space="preserve"> da </w:t>
      </w:r>
      <w:proofErr w:type="spellStart"/>
      <w:r w:rsidR="00732A29" w:rsidRPr="00947C9B">
        <w:rPr>
          <w:sz w:val="20"/>
          <w:szCs w:val="20"/>
          <w:lang w:val="es-ES"/>
        </w:rPr>
        <w:t>bakım</w:t>
      </w:r>
      <w:proofErr w:type="spellEnd"/>
      <w:r w:rsidR="00732A29" w:rsidRPr="00947C9B">
        <w:rPr>
          <w:sz w:val="20"/>
          <w:szCs w:val="20"/>
          <w:lang w:val="es-ES"/>
        </w:rPr>
        <w:t xml:space="preserve"> ve </w:t>
      </w:r>
      <w:proofErr w:type="spellStart"/>
      <w:r w:rsidR="00732A29" w:rsidRPr="00947C9B">
        <w:rPr>
          <w:sz w:val="20"/>
          <w:szCs w:val="20"/>
          <w:lang w:val="es-ES"/>
        </w:rPr>
        <w:t>desteğin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sağlanması</w:t>
      </w:r>
      <w:proofErr w:type="spellEnd"/>
      <w:r w:rsidR="00732A29" w:rsidRPr="00947C9B">
        <w:rPr>
          <w:sz w:val="20"/>
          <w:szCs w:val="20"/>
          <w:lang w:val="es-ES"/>
        </w:rPr>
        <w:t xml:space="preserve"> ve </w:t>
      </w:r>
      <w:proofErr w:type="spellStart"/>
      <w:r w:rsidR="00732A29" w:rsidRPr="00947C9B">
        <w:rPr>
          <w:sz w:val="20"/>
          <w:szCs w:val="20"/>
          <w:lang w:val="es-ES"/>
        </w:rPr>
        <w:t>alınmasında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cinsiyet</w:t>
      </w:r>
      <w:proofErr w:type="spellEnd"/>
      <w:r w:rsidR="00732A29" w:rsidRPr="00947C9B">
        <w:rPr>
          <w:sz w:val="20"/>
          <w:szCs w:val="20"/>
          <w:lang w:val="es-ES"/>
        </w:rPr>
        <w:t xml:space="preserve"> </w:t>
      </w:r>
      <w:proofErr w:type="spellStart"/>
      <w:r w:rsidR="00732A29" w:rsidRPr="00947C9B">
        <w:rPr>
          <w:sz w:val="20"/>
          <w:szCs w:val="20"/>
          <w:lang w:val="es-ES"/>
        </w:rPr>
        <w:t>ayrımcılığına</w:t>
      </w:r>
      <w:proofErr w:type="spellEnd"/>
      <w:r w:rsidR="00732A29" w:rsidRPr="00947C9B">
        <w:rPr>
          <w:sz w:val="20"/>
          <w:szCs w:val="20"/>
          <w:lang w:val="es-ES"/>
        </w:rPr>
        <w:t xml:space="preserve"> yol </w:t>
      </w:r>
      <w:proofErr w:type="spellStart"/>
      <w:r w:rsidR="00732A29" w:rsidRPr="00947C9B">
        <w:rPr>
          <w:sz w:val="20"/>
          <w:szCs w:val="20"/>
          <w:lang w:val="es-ES"/>
        </w:rPr>
        <w:t>açmaktadır</w:t>
      </w:r>
      <w:proofErr w:type="spellEnd"/>
      <w:r w:rsidR="00732A29" w:rsidRPr="00947C9B">
        <w:rPr>
          <w:sz w:val="20"/>
          <w:szCs w:val="20"/>
          <w:lang w:val="es-ES"/>
        </w:rPr>
        <w:t>.</w:t>
      </w:r>
    </w:p>
    <w:p w14:paraId="2BFA0177" w14:textId="2B50A45D" w:rsidR="00947C9B" w:rsidRPr="001C1414" w:rsidRDefault="001C1414" w:rsidP="00947C9B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  <w:r w:rsidR="00947C9B" w:rsidRPr="00F257F4">
        <w:rPr>
          <w:sz w:val="16"/>
          <w:szCs w:val="16"/>
          <w:highlight w:val="cyan"/>
          <w:lang w:val="es-ES"/>
        </w:rPr>
        <w:br/>
      </w:r>
      <w:r w:rsidR="00947C9B" w:rsidRPr="001C1414">
        <w:rPr>
          <w:sz w:val="16"/>
          <w:szCs w:val="16"/>
          <w:lang w:val="es-ES"/>
        </w:rPr>
        <w:t xml:space="preserve">31  </w:t>
      </w:r>
      <w:proofErr w:type="spellStart"/>
      <w:r w:rsidR="00947C9B" w:rsidRPr="001C1414">
        <w:rPr>
          <w:sz w:val="16"/>
          <w:szCs w:val="16"/>
          <w:lang w:val="es-ES"/>
        </w:rPr>
        <w:t>Bkz</w:t>
      </w:r>
      <w:proofErr w:type="spellEnd"/>
      <w:r w:rsidR="00947C9B" w:rsidRPr="001C1414">
        <w:rPr>
          <w:sz w:val="16"/>
          <w:szCs w:val="16"/>
          <w:lang w:val="es-ES"/>
        </w:rPr>
        <w:t xml:space="preserve">. </w:t>
      </w:r>
      <w:hyperlink r:id="rId33" w:history="1">
        <w:r w:rsidR="00947C9B" w:rsidRPr="00CA33F0">
          <w:rPr>
            <w:rStyle w:val="Hyperlink"/>
            <w:sz w:val="16"/>
            <w:szCs w:val="16"/>
            <w:lang w:val="es-ES"/>
          </w:rPr>
          <w:t>A/HRC/WG.11/42/1.</w:t>
        </w:r>
      </w:hyperlink>
      <w:r w:rsidR="00947C9B" w:rsidRPr="001C1414">
        <w:rPr>
          <w:sz w:val="16"/>
          <w:szCs w:val="16"/>
          <w:lang w:val="es-ES"/>
        </w:rPr>
        <w:br/>
        <w:t xml:space="preserve">32  </w:t>
      </w:r>
      <w:hyperlink r:id="rId34" w:history="1">
        <w:r w:rsidR="00947C9B" w:rsidRPr="00CA33F0">
          <w:rPr>
            <w:rStyle w:val="Hyperlink"/>
            <w:sz w:val="16"/>
            <w:szCs w:val="16"/>
            <w:lang w:val="es-ES"/>
          </w:rPr>
          <w:t>A/HRC/58/43</w:t>
        </w:r>
      </w:hyperlink>
      <w:r w:rsidR="00947C9B" w:rsidRPr="001C1414">
        <w:rPr>
          <w:sz w:val="16"/>
          <w:szCs w:val="16"/>
          <w:lang w:val="es-ES"/>
        </w:rPr>
        <w:t xml:space="preserve">, </w:t>
      </w:r>
      <w:proofErr w:type="spellStart"/>
      <w:r w:rsidR="00947C9B" w:rsidRPr="001C1414">
        <w:rPr>
          <w:sz w:val="16"/>
          <w:szCs w:val="16"/>
          <w:lang w:val="es-ES"/>
        </w:rPr>
        <w:t>paragraf</w:t>
      </w:r>
      <w:proofErr w:type="spellEnd"/>
      <w:r w:rsidR="00947C9B" w:rsidRPr="001C1414">
        <w:rPr>
          <w:sz w:val="16"/>
          <w:szCs w:val="16"/>
          <w:lang w:val="es-ES"/>
        </w:rPr>
        <w:t xml:space="preserve"> 6 ve 33. </w:t>
      </w:r>
    </w:p>
    <w:p w14:paraId="35AFDAB8" w14:textId="0D9583FE" w:rsidR="00947C9B" w:rsidRPr="001C1414" w:rsidRDefault="00947C9B" w:rsidP="00947C9B">
      <w:pPr>
        <w:spacing w:after="0"/>
        <w:rPr>
          <w:sz w:val="16"/>
          <w:szCs w:val="16"/>
          <w:lang w:val="es-ES"/>
        </w:rPr>
      </w:pPr>
      <w:r w:rsidRPr="001C1414">
        <w:rPr>
          <w:sz w:val="16"/>
          <w:szCs w:val="16"/>
          <w:lang w:val="es-ES"/>
        </w:rPr>
        <w:t xml:space="preserve">33  ILO, </w:t>
      </w:r>
      <w:r w:rsidR="0061462C" w:rsidRPr="0061462C">
        <w:rPr>
          <w:rFonts w:ascii="Cambria" w:hAnsi="Cambria" w:cs="Times New Roman"/>
          <w:i/>
          <w:iCs/>
          <w:color w:val="000000"/>
          <w:sz w:val="16"/>
          <w:szCs w:val="16"/>
        </w:rPr>
        <w:t>Care Work and Care Jobs for the Future of Decent Work</w:t>
      </w:r>
      <w:r w:rsidR="0061462C" w:rsidRPr="0061462C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1C1414">
        <w:rPr>
          <w:sz w:val="16"/>
          <w:szCs w:val="16"/>
          <w:lang w:val="es-ES"/>
        </w:rPr>
        <w:t>(</w:t>
      </w:r>
      <w:proofErr w:type="spellStart"/>
      <w:r w:rsidRPr="001C1414">
        <w:rPr>
          <w:sz w:val="16"/>
          <w:szCs w:val="16"/>
          <w:lang w:val="es-ES"/>
        </w:rPr>
        <w:t>Cenevre</w:t>
      </w:r>
      <w:proofErr w:type="spellEnd"/>
      <w:r w:rsidRPr="001C1414">
        <w:rPr>
          <w:sz w:val="16"/>
          <w:szCs w:val="16"/>
          <w:lang w:val="es-ES"/>
        </w:rPr>
        <w:t>, 2018).</w:t>
      </w:r>
      <w:r w:rsidRPr="001C1414">
        <w:rPr>
          <w:sz w:val="16"/>
          <w:szCs w:val="16"/>
          <w:lang w:val="es-ES"/>
        </w:rPr>
        <w:br/>
      </w:r>
      <w:r w:rsidRPr="001C1414">
        <w:rPr>
          <w:sz w:val="16"/>
          <w:szCs w:val="16"/>
        </w:rPr>
        <w:t xml:space="preserve">34  Clare Coffey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diğerleri</w:t>
      </w:r>
      <w:proofErr w:type="spellEnd"/>
      <w:r w:rsidRPr="001C1414">
        <w:rPr>
          <w:sz w:val="16"/>
          <w:szCs w:val="16"/>
        </w:rPr>
        <w:t xml:space="preserve">, </w:t>
      </w:r>
      <w:r w:rsidR="00051430">
        <w:rPr>
          <w:sz w:val="16"/>
          <w:szCs w:val="16"/>
        </w:rPr>
        <w:t>“</w:t>
      </w:r>
      <w:r w:rsidRPr="001C1414">
        <w:rPr>
          <w:sz w:val="16"/>
          <w:szCs w:val="16"/>
        </w:rPr>
        <w:t xml:space="preserve">Time to care” (Ocak 2020), Oxfam, </w:t>
      </w:r>
      <w:r w:rsidR="00051430">
        <w:rPr>
          <w:sz w:val="16"/>
          <w:szCs w:val="16"/>
        </w:rPr>
        <w:t>“</w:t>
      </w:r>
      <w:r w:rsidRPr="001C1414">
        <w:rPr>
          <w:sz w:val="16"/>
          <w:szCs w:val="16"/>
        </w:rPr>
        <w:t>Takers not Makers</w:t>
      </w:r>
      <w:r w:rsidR="00051430">
        <w:rPr>
          <w:sz w:val="16"/>
          <w:szCs w:val="16"/>
        </w:rPr>
        <w:t>”</w:t>
      </w:r>
      <w:r w:rsidRPr="001C1414">
        <w:rPr>
          <w:sz w:val="16"/>
          <w:szCs w:val="16"/>
        </w:rPr>
        <w:t xml:space="preserve"> (Ocak 2025), s. 40'ta </w:t>
      </w:r>
      <w:proofErr w:type="spellStart"/>
      <w:r w:rsidRPr="001C1414">
        <w:rPr>
          <w:sz w:val="16"/>
          <w:szCs w:val="16"/>
        </w:rPr>
        <w:t>alıntılanmıştır</w:t>
      </w:r>
      <w:proofErr w:type="spellEnd"/>
      <w:r w:rsidRPr="001C1414">
        <w:rPr>
          <w:sz w:val="16"/>
          <w:szCs w:val="16"/>
        </w:rPr>
        <w:t>.</w:t>
      </w:r>
    </w:p>
    <w:p w14:paraId="3002352D" w14:textId="440FB82E" w:rsidR="00732A29" w:rsidRPr="008817E5" w:rsidRDefault="00947C9B" w:rsidP="00FE664B">
      <w:pPr>
        <w:rPr>
          <w:sz w:val="16"/>
          <w:szCs w:val="16"/>
        </w:rPr>
      </w:pPr>
      <w:r w:rsidRPr="001C1414">
        <w:rPr>
          <w:sz w:val="16"/>
          <w:szCs w:val="16"/>
        </w:rPr>
        <w:t xml:space="preserve">35  </w:t>
      </w:r>
      <w:proofErr w:type="spellStart"/>
      <w:r w:rsidRPr="001C1414">
        <w:rPr>
          <w:sz w:val="16"/>
          <w:szCs w:val="16"/>
        </w:rPr>
        <w:t>Kadınlara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Karşı</w:t>
      </w:r>
      <w:proofErr w:type="spellEnd"/>
      <w:r w:rsidRPr="001C1414">
        <w:rPr>
          <w:sz w:val="16"/>
          <w:szCs w:val="16"/>
        </w:rPr>
        <w:t xml:space="preserve"> Her </w:t>
      </w:r>
      <w:proofErr w:type="spellStart"/>
      <w:r w:rsidRPr="001C1414">
        <w:rPr>
          <w:sz w:val="16"/>
          <w:szCs w:val="16"/>
        </w:rPr>
        <w:t>Türlü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Ayrımcılığın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Önlenmesi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Sözleşmesi</w:t>
      </w:r>
      <w:proofErr w:type="spellEnd"/>
      <w:r w:rsidRPr="001C1414">
        <w:rPr>
          <w:sz w:val="16"/>
          <w:szCs w:val="16"/>
        </w:rPr>
        <w:t xml:space="preserve">, </w:t>
      </w:r>
      <w:proofErr w:type="spellStart"/>
      <w:r w:rsidRPr="001C1414">
        <w:rPr>
          <w:sz w:val="16"/>
          <w:szCs w:val="16"/>
        </w:rPr>
        <w:t>maddeler</w:t>
      </w:r>
      <w:proofErr w:type="spellEnd"/>
      <w:r w:rsidRPr="001C1414">
        <w:rPr>
          <w:sz w:val="16"/>
          <w:szCs w:val="16"/>
        </w:rPr>
        <w:t xml:space="preserve"> 3, 11, 13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14 </w:t>
      </w:r>
      <w:proofErr w:type="spellStart"/>
      <w:r w:rsidRPr="001C1414">
        <w:rPr>
          <w:sz w:val="16"/>
          <w:szCs w:val="16"/>
        </w:rPr>
        <w:t>bakım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ekonomisi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ile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kırsal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kesimdeki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kadınlar</w:t>
      </w:r>
      <w:proofErr w:type="spellEnd"/>
      <w:r w:rsidRPr="001C1414">
        <w:rPr>
          <w:sz w:val="16"/>
          <w:szCs w:val="16"/>
        </w:rPr>
        <w:t xml:space="preserve">, </w:t>
      </w:r>
      <w:proofErr w:type="spellStart"/>
      <w:r w:rsidRPr="001C1414">
        <w:rPr>
          <w:sz w:val="16"/>
          <w:szCs w:val="16"/>
        </w:rPr>
        <w:t>istihdam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sosyal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yardımlar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arasındaki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ilişki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için</w:t>
      </w:r>
      <w:proofErr w:type="spellEnd"/>
      <w:r w:rsidR="00732A29" w:rsidRPr="001C1414">
        <w:rPr>
          <w:sz w:val="16"/>
          <w:szCs w:val="16"/>
        </w:rPr>
        <w:t xml:space="preserve"> </w:t>
      </w:r>
      <w:proofErr w:type="spellStart"/>
      <w:r w:rsidR="00732A29" w:rsidRPr="001C1414">
        <w:rPr>
          <w:sz w:val="16"/>
          <w:szCs w:val="16"/>
        </w:rPr>
        <w:t>a</w:t>
      </w:r>
      <w:r w:rsidRPr="001C1414">
        <w:rPr>
          <w:sz w:val="16"/>
          <w:szCs w:val="16"/>
        </w:rPr>
        <w:t>yrıca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>.</w:t>
      </w:r>
      <w:r w:rsidR="007214F7">
        <w:rPr>
          <w:sz w:val="16"/>
          <w:szCs w:val="16"/>
        </w:rPr>
        <w:t xml:space="preserve">  </w:t>
      </w:r>
      <w:r w:rsidR="008817E5" w:rsidRPr="008817E5">
        <w:rPr>
          <w:sz w:val="16"/>
          <w:szCs w:val="16"/>
        </w:rPr>
        <w:t>www.ohchr.org%2Fsites%2Fdefault%2Ffiles%2Fdocuments%2Fhrbodies%2Fcedaw%2Factivities%2FGeneral</w:t>
      </w:r>
      <w:r w:rsidR="00A9022C">
        <w:rPr>
          <w:sz w:val="16"/>
          <w:szCs w:val="16"/>
        </w:rPr>
        <w:t>-</w:t>
      </w:r>
      <w:r w:rsidR="008817E5" w:rsidRPr="008817E5">
        <w:rPr>
          <w:sz w:val="16"/>
          <w:szCs w:val="16"/>
        </w:rPr>
        <w:t>Recommendation-41-gender-stereotypes.docx&amp;amp;wdOrigin=BROWSELINK</w:t>
      </w:r>
      <w:r w:rsidR="00A9022C">
        <w:rPr>
          <w:sz w:val="16"/>
          <w:szCs w:val="16"/>
        </w:rPr>
        <w:t xml:space="preserve">  </w:t>
      </w:r>
      <w:r w:rsidR="007214F7">
        <w:rPr>
          <w:sz w:val="16"/>
          <w:szCs w:val="16"/>
        </w:rPr>
        <w:t xml:space="preserve"> </w:t>
      </w:r>
      <w:r w:rsidR="008817E5" w:rsidRPr="008817E5">
        <w:rPr>
          <w:sz w:val="16"/>
          <w:szCs w:val="16"/>
        </w:rPr>
        <w:t xml:space="preserve"> </w:t>
      </w:r>
      <w:r w:rsidR="00E44EB9">
        <w:rPr>
          <w:sz w:val="16"/>
          <w:szCs w:val="16"/>
        </w:rPr>
        <w:t xml:space="preserve">   </w:t>
      </w:r>
    </w:p>
    <w:p w14:paraId="1EC192A3" w14:textId="73C6C052" w:rsidR="009755BE" w:rsidRPr="00C8333D" w:rsidRDefault="000C7284" w:rsidP="006E736E">
      <w:pPr>
        <w:spacing w:after="0"/>
        <w:jc w:val="both"/>
        <w:rPr>
          <w:sz w:val="20"/>
          <w:szCs w:val="20"/>
          <w:lang w:val="es-ES"/>
        </w:rPr>
      </w:pPr>
      <w:r w:rsidRPr="00C8333D">
        <w:rPr>
          <w:sz w:val="20"/>
          <w:szCs w:val="20"/>
          <w:lang w:val="es-ES"/>
        </w:rPr>
        <w:lastRenderedPageBreak/>
        <w:t>12.</w:t>
      </w:r>
      <w:r w:rsidR="00387953"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işi</w:t>
      </w:r>
      <w:proofErr w:type="spellEnd"/>
      <w:r w:rsidRPr="00C8333D">
        <w:rPr>
          <w:sz w:val="20"/>
          <w:szCs w:val="20"/>
          <w:lang w:val="es-ES"/>
        </w:rPr>
        <w:t xml:space="preserve"> “</w:t>
      </w:r>
      <w:proofErr w:type="spellStart"/>
      <w:r w:rsidRPr="00C8333D">
        <w:rPr>
          <w:sz w:val="20"/>
          <w:szCs w:val="20"/>
          <w:lang w:val="es-ES"/>
        </w:rPr>
        <w:t>kadın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işi</w:t>
      </w:r>
      <w:proofErr w:type="spellEnd"/>
      <w:r w:rsidRPr="00C8333D">
        <w:rPr>
          <w:sz w:val="20"/>
          <w:szCs w:val="20"/>
          <w:lang w:val="es-ES"/>
        </w:rPr>
        <w:t xml:space="preserve">” </w:t>
      </w:r>
      <w:proofErr w:type="spellStart"/>
      <w:r w:rsidRPr="00C8333D">
        <w:rPr>
          <w:sz w:val="20"/>
          <w:szCs w:val="20"/>
          <w:lang w:val="es-ES"/>
        </w:rPr>
        <w:t>olarak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görüldüğünde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kadınlar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ailelerine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bakmak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izin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almaya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r w:rsidRPr="00C8333D">
        <w:rPr>
          <w:sz w:val="20"/>
          <w:szCs w:val="20"/>
          <w:lang w:val="es-ES"/>
        </w:rPr>
        <w:br/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yatkın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olarak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görülür</w:t>
      </w:r>
      <w:proofErr w:type="spellEnd"/>
      <w:r w:rsidRPr="00C8333D">
        <w:rPr>
          <w:sz w:val="20"/>
          <w:szCs w:val="20"/>
          <w:lang w:val="es-ES"/>
        </w:rPr>
        <w:t xml:space="preserve"> ve bu </w:t>
      </w:r>
      <w:proofErr w:type="spellStart"/>
      <w:r w:rsidRPr="00C8333D">
        <w:rPr>
          <w:sz w:val="20"/>
          <w:szCs w:val="20"/>
          <w:lang w:val="es-ES"/>
        </w:rPr>
        <w:t>nedenle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işverenler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çekici</w:t>
      </w:r>
      <w:proofErr w:type="spellEnd"/>
      <w:r w:rsidRPr="00C8333D">
        <w:rPr>
          <w:sz w:val="20"/>
          <w:szCs w:val="20"/>
          <w:lang w:val="es-ES"/>
        </w:rPr>
        <w:t xml:space="preserve"> hale </w:t>
      </w:r>
      <w:proofErr w:type="spellStart"/>
      <w:r w:rsidRPr="00C8333D">
        <w:rPr>
          <w:sz w:val="20"/>
          <w:szCs w:val="20"/>
          <w:lang w:val="es-ES"/>
        </w:rPr>
        <w:t>gelir</w:t>
      </w:r>
      <w:proofErr w:type="spellEnd"/>
      <w:r w:rsidRPr="00C8333D">
        <w:rPr>
          <w:sz w:val="20"/>
          <w:szCs w:val="20"/>
          <w:lang w:val="es-ES"/>
        </w:rPr>
        <w:t xml:space="preserve">.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r w:rsidRPr="00C8333D">
        <w:rPr>
          <w:sz w:val="20"/>
          <w:szCs w:val="20"/>
          <w:lang w:val="es-ES"/>
        </w:rPr>
        <w:br/>
      </w:r>
      <w:proofErr w:type="spellStart"/>
      <w:r w:rsidRPr="00C8333D">
        <w:rPr>
          <w:sz w:val="20"/>
          <w:szCs w:val="20"/>
          <w:lang w:val="es-ES"/>
        </w:rPr>
        <w:t>yapmak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isteyen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veya</w:t>
      </w:r>
      <w:proofErr w:type="spellEnd"/>
      <w:r w:rsidRPr="00C8333D">
        <w:rPr>
          <w:sz w:val="20"/>
          <w:szCs w:val="20"/>
          <w:lang w:val="es-ES"/>
        </w:rPr>
        <w:t xml:space="preserve"> buna </w:t>
      </w:r>
      <w:proofErr w:type="spellStart"/>
      <w:r w:rsidRPr="00C8333D">
        <w:rPr>
          <w:sz w:val="20"/>
          <w:szCs w:val="20"/>
          <w:lang w:val="es-ES"/>
        </w:rPr>
        <w:t>ihtiyaç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duyan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erkekler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işyeri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politikaları</w:t>
      </w:r>
      <w:proofErr w:type="spellEnd"/>
      <w:r w:rsidRPr="00C8333D">
        <w:rPr>
          <w:sz w:val="20"/>
          <w:szCs w:val="20"/>
          <w:lang w:val="es-ES"/>
        </w:rPr>
        <w:t xml:space="preserve"> ve</w:t>
      </w:r>
      <w:r w:rsidR="00574D68" w:rsidRPr="00C8333D">
        <w:rPr>
          <w:sz w:val="20"/>
          <w:szCs w:val="20"/>
          <w:lang w:val="es-ES"/>
        </w:rPr>
        <w:t xml:space="preserve"> </w:t>
      </w:r>
      <w:r w:rsidR="00193722" w:rsidRPr="00C8333D">
        <w:rPr>
          <w:sz w:val="20"/>
          <w:szCs w:val="20"/>
          <w:lang w:val="tr-TR"/>
        </w:rPr>
        <w:t>toplumsal</w:t>
      </w:r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cinsiyet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="00193722" w:rsidRPr="00C8333D">
        <w:rPr>
          <w:sz w:val="20"/>
          <w:szCs w:val="20"/>
          <w:lang w:val="es-ES"/>
        </w:rPr>
        <w:t>kalıp</w:t>
      </w:r>
      <w:proofErr w:type="spellEnd"/>
      <w:r w:rsidR="00193722" w:rsidRPr="00C8333D">
        <w:rPr>
          <w:sz w:val="20"/>
          <w:szCs w:val="20"/>
          <w:lang w:val="es-ES"/>
        </w:rPr>
        <w:t xml:space="preserve"> </w:t>
      </w:r>
      <w:proofErr w:type="spellStart"/>
      <w:r w:rsidR="00193722" w:rsidRPr="00C8333D">
        <w:rPr>
          <w:sz w:val="20"/>
          <w:szCs w:val="20"/>
          <w:lang w:val="es-ES"/>
        </w:rPr>
        <w:t>yargıları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gibi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zorluklarla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karşı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karşıya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kalır</w:t>
      </w:r>
      <w:proofErr w:type="spellEnd"/>
      <w:r w:rsidRPr="00C8333D">
        <w:rPr>
          <w:sz w:val="20"/>
          <w:szCs w:val="20"/>
          <w:lang w:val="es-ES"/>
        </w:rPr>
        <w:t>.</w:t>
      </w:r>
      <w:r w:rsidR="006244BC" w:rsidRPr="00C8333D">
        <w:rPr>
          <w:sz w:val="20"/>
          <w:szCs w:val="20"/>
          <w:lang w:val="es-ES"/>
        </w:rPr>
        <w:t xml:space="preserve"> </w:t>
      </w:r>
      <w:r w:rsidR="008720E1" w:rsidRPr="00C8333D">
        <w:rPr>
          <w:sz w:val="20"/>
          <w:szCs w:val="20"/>
          <w:lang w:val="es-ES"/>
        </w:rPr>
        <w:t xml:space="preserve">(36) </w:t>
      </w:r>
      <w:proofErr w:type="spellStart"/>
      <w:r w:rsidRPr="00C8333D">
        <w:rPr>
          <w:sz w:val="20"/>
          <w:szCs w:val="20"/>
          <w:lang w:val="es-ES"/>
        </w:rPr>
        <w:t>Cinsiyetçi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="00193722" w:rsidRPr="00C8333D">
        <w:rPr>
          <w:sz w:val="20"/>
          <w:szCs w:val="20"/>
          <w:lang w:val="es-ES"/>
        </w:rPr>
        <w:t>kalıp</w:t>
      </w:r>
      <w:proofErr w:type="spellEnd"/>
      <w:r w:rsidR="00193722" w:rsidRPr="00C8333D">
        <w:rPr>
          <w:sz w:val="20"/>
          <w:szCs w:val="20"/>
          <w:lang w:val="es-ES"/>
        </w:rPr>
        <w:t xml:space="preserve"> </w:t>
      </w:r>
      <w:proofErr w:type="spellStart"/>
      <w:r w:rsidR="00193722" w:rsidRPr="00C8333D">
        <w:rPr>
          <w:sz w:val="20"/>
          <w:szCs w:val="20"/>
          <w:lang w:val="es-ES"/>
        </w:rPr>
        <w:t>yargıların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dönüşümü</w:t>
      </w:r>
      <w:proofErr w:type="spellEnd"/>
      <w:r w:rsidRPr="00C8333D">
        <w:rPr>
          <w:sz w:val="20"/>
          <w:szCs w:val="20"/>
          <w:lang w:val="es-ES"/>
        </w:rPr>
        <w:t xml:space="preserve"> ve "</w:t>
      </w:r>
      <w:proofErr w:type="spellStart"/>
      <w:r w:rsidRPr="00C8333D">
        <w:rPr>
          <w:sz w:val="20"/>
          <w:szCs w:val="20"/>
          <w:lang w:val="es-ES"/>
        </w:rPr>
        <w:t>çocukların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yetiştirilmesi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gelişiminde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erkek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kadınların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ortak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sorumluluğunun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tanınması</w:t>
      </w:r>
      <w:proofErr w:type="spellEnd"/>
      <w:r w:rsidRPr="00C8333D">
        <w:rPr>
          <w:sz w:val="20"/>
          <w:szCs w:val="20"/>
          <w:lang w:val="es-ES"/>
        </w:rPr>
        <w:t xml:space="preserve">"(37) bu </w:t>
      </w:r>
      <w:proofErr w:type="spellStart"/>
      <w:r w:rsidRPr="00C8333D">
        <w:rPr>
          <w:sz w:val="20"/>
          <w:szCs w:val="20"/>
          <w:lang w:val="es-ES"/>
        </w:rPr>
        <w:t>nedenle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kadın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kızların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insan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haklarından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yararlanabilmelerini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sağlamak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çok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önemlidir</w:t>
      </w:r>
      <w:proofErr w:type="spellEnd"/>
      <w:r w:rsidRPr="00C8333D">
        <w:rPr>
          <w:sz w:val="20"/>
          <w:szCs w:val="20"/>
          <w:lang w:val="es-ES"/>
        </w:rPr>
        <w:t xml:space="preserve">. </w:t>
      </w:r>
      <w:proofErr w:type="spellStart"/>
      <w:r w:rsidR="000A3B98" w:rsidRPr="00C8333D">
        <w:rPr>
          <w:sz w:val="20"/>
          <w:szCs w:val="20"/>
          <w:lang w:val="es-ES"/>
        </w:rPr>
        <w:t>Toplumsal</w:t>
      </w:r>
      <w:proofErr w:type="spellEnd"/>
      <w:r w:rsidR="000A3B98" w:rsidRPr="00C8333D">
        <w:rPr>
          <w:sz w:val="20"/>
          <w:szCs w:val="20"/>
          <w:lang w:val="es-ES"/>
        </w:rPr>
        <w:t xml:space="preserve"> </w:t>
      </w:r>
      <w:proofErr w:type="spellStart"/>
      <w:r w:rsidR="000A3B98" w:rsidRPr="00C8333D">
        <w:rPr>
          <w:sz w:val="20"/>
          <w:szCs w:val="20"/>
          <w:lang w:val="es-ES"/>
        </w:rPr>
        <w:t>c</w:t>
      </w:r>
      <w:r w:rsidRPr="00C8333D">
        <w:rPr>
          <w:sz w:val="20"/>
          <w:szCs w:val="20"/>
          <w:lang w:val="es-ES"/>
        </w:rPr>
        <w:t>insiyet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eşitliği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erkeklerin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desteğe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fazla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katılımları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babalık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deneyimlerinin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bütünsel</w:t>
      </w:r>
      <w:proofErr w:type="spellEnd"/>
      <w:r w:rsidRPr="00C8333D">
        <w:rPr>
          <w:sz w:val="20"/>
          <w:szCs w:val="20"/>
          <w:lang w:val="es-ES"/>
        </w:rPr>
        <w:t xml:space="preserve"> hale </w:t>
      </w:r>
      <w:proofErr w:type="spellStart"/>
      <w:r w:rsidRPr="00C8333D">
        <w:rPr>
          <w:sz w:val="20"/>
          <w:szCs w:val="20"/>
          <w:lang w:val="es-ES"/>
        </w:rPr>
        <w:t>gelmesi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eşit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tatmin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edici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eş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ilişkileri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bakmakla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yükümlü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oldukları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kişilerle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daha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yakın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ilişkiler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kurmaları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yoluyla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erkekler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dönüştürücü</w:t>
      </w:r>
      <w:proofErr w:type="spellEnd"/>
      <w:r w:rsidRPr="00C8333D">
        <w:rPr>
          <w:sz w:val="20"/>
          <w:szCs w:val="20"/>
          <w:lang w:val="es-ES"/>
        </w:rPr>
        <w:t xml:space="preserve"> bir </w:t>
      </w:r>
      <w:proofErr w:type="spellStart"/>
      <w:r w:rsidRPr="00C8333D">
        <w:rPr>
          <w:sz w:val="20"/>
          <w:szCs w:val="20"/>
          <w:lang w:val="es-ES"/>
        </w:rPr>
        <w:t>etki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yaratabilir</w:t>
      </w:r>
      <w:proofErr w:type="spellEnd"/>
      <w:r w:rsidRPr="00C8333D">
        <w:rPr>
          <w:sz w:val="20"/>
          <w:szCs w:val="20"/>
          <w:lang w:val="es-ES"/>
        </w:rPr>
        <w:t>.</w:t>
      </w:r>
      <w:r w:rsidR="003B2022" w:rsidRPr="00C8333D">
        <w:rPr>
          <w:sz w:val="20"/>
          <w:szCs w:val="20"/>
          <w:lang w:val="es-ES"/>
        </w:rPr>
        <w:t xml:space="preserve"> </w:t>
      </w:r>
      <w:r w:rsidRPr="001C1414">
        <w:rPr>
          <w:sz w:val="20"/>
          <w:szCs w:val="20"/>
          <w:lang w:val="es-ES"/>
        </w:rPr>
        <w:t>(38)</w:t>
      </w:r>
    </w:p>
    <w:p w14:paraId="70549C31" w14:textId="77777777" w:rsidR="00911399" w:rsidRDefault="000C7284" w:rsidP="00911399">
      <w:pPr>
        <w:spacing w:after="0"/>
        <w:rPr>
          <w:b/>
          <w:bCs/>
          <w:sz w:val="20"/>
          <w:szCs w:val="20"/>
          <w:lang w:val="es-ES"/>
        </w:rPr>
      </w:pPr>
      <w:r w:rsidRPr="00C8333D">
        <w:rPr>
          <w:sz w:val="20"/>
          <w:szCs w:val="20"/>
          <w:lang w:val="es-ES"/>
        </w:rPr>
        <w:br/>
      </w:r>
      <w:r w:rsidRPr="00C8333D">
        <w:rPr>
          <w:b/>
          <w:bCs/>
          <w:sz w:val="20"/>
          <w:szCs w:val="20"/>
          <w:lang w:val="es-ES"/>
        </w:rPr>
        <w:t>B.</w:t>
      </w:r>
      <w:r w:rsidR="003B2022" w:rsidRPr="00C8333D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C8333D">
        <w:rPr>
          <w:b/>
          <w:bCs/>
          <w:sz w:val="20"/>
          <w:szCs w:val="20"/>
          <w:lang w:val="es-ES"/>
        </w:rPr>
        <w:t>Eğitim</w:t>
      </w:r>
      <w:proofErr w:type="spellEnd"/>
      <w:r w:rsidRPr="00C8333D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C8333D">
        <w:rPr>
          <w:b/>
          <w:bCs/>
          <w:sz w:val="20"/>
          <w:szCs w:val="20"/>
          <w:lang w:val="es-ES"/>
        </w:rPr>
        <w:t>hakkı</w:t>
      </w:r>
      <w:proofErr w:type="spellEnd"/>
    </w:p>
    <w:p w14:paraId="042F8222" w14:textId="5F76EC50" w:rsidR="00414B3D" w:rsidRPr="00C8333D" w:rsidRDefault="000C7284" w:rsidP="006E736E">
      <w:pPr>
        <w:jc w:val="both"/>
        <w:rPr>
          <w:sz w:val="20"/>
          <w:szCs w:val="20"/>
          <w:lang w:val="es-ES"/>
        </w:rPr>
      </w:pPr>
      <w:r w:rsidRPr="00C8333D">
        <w:rPr>
          <w:sz w:val="20"/>
          <w:szCs w:val="20"/>
          <w:lang w:val="es-ES"/>
        </w:rPr>
        <w:br/>
        <w:t xml:space="preserve">13. </w:t>
      </w:r>
      <w:proofErr w:type="spellStart"/>
      <w:r w:rsidRPr="00C8333D">
        <w:rPr>
          <w:sz w:val="20"/>
          <w:szCs w:val="20"/>
          <w:lang w:val="es-ES"/>
        </w:rPr>
        <w:t>Eğitim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hakkı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çoğu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ülkede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saygı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duyulan</w:t>
      </w:r>
      <w:proofErr w:type="spellEnd"/>
      <w:r w:rsidRPr="00C8333D">
        <w:rPr>
          <w:sz w:val="20"/>
          <w:szCs w:val="20"/>
          <w:lang w:val="es-ES"/>
        </w:rPr>
        <w:t xml:space="preserve"> bir </w:t>
      </w:r>
      <w:proofErr w:type="spellStart"/>
      <w:r w:rsidRPr="00C8333D">
        <w:rPr>
          <w:sz w:val="20"/>
          <w:szCs w:val="20"/>
          <w:lang w:val="es-ES"/>
        </w:rPr>
        <w:t>insan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hakkı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olmasına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rağmen</w:t>
      </w:r>
      <w:proofErr w:type="spellEnd"/>
      <w:r w:rsidR="003B2022" w:rsidRPr="00C8333D">
        <w:rPr>
          <w:sz w:val="20"/>
          <w:szCs w:val="20"/>
          <w:lang w:val="es-ES"/>
        </w:rPr>
        <w:t xml:space="preserve"> </w:t>
      </w:r>
      <w:r w:rsidR="00572DFA" w:rsidRPr="00313240">
        <w:rPr>
          <w:sz w:val="20"/>
          <w:szCs w:val="20"/>
          <w:lang w:val="es-ES"/>
        </w:rPr>
        <w:t>(</w:t>
      </w:r>
      <w:r w:rsidRPr="00313240">
        <w:rPr>
          <w:sz w:val="20"/>
          <w:szCs w:val="20"/>
          <w:lang w:val="es-ES"/>
        </w:rPr>
        <w:t>39</w:t>
      </w:r>
      <w:r w:rsidR="00572DFA" w:rsidRPr="00313240">
        <w:rPr>
          <w:sz w:val="20"/>
          <w:szCs w:val="20"/>
          <w:lang w:val="es-ES"/>
        </w:rPr>
        <w:t>)</w:t>
      </w:r>
      <w:r w:rsidRPr="00313240">
        <w:rPr>
          <w:sz w:val="20"/>
          <w:szCs w:val="20"/>
          <w:lang w:val="es-ES"/>
        </w:rPr>
        <w:t>,</w:t>
      </w:r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kızlar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ev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r w:rsidRPr="00C8333D">
        <w:rPr>
          <w:sz w:val="20"/>
          <w:szCs w:val="20"/>
          <w:lang w:val="es-ES"/>
        </w:rPr>
        <w:br/>
      </w:r>
      <w:proofErr w:type="spellStart"/>
      <w:r w:rsidRPr="00C8333D">
        <w:rPr>
          <w:sz w:val="20"/>
          <w:szCs w:val="20"/>
          <w:lang w:val="es-ES"/>
        </w:rPr>
        <w:t>işlerini</w:t>
      </w:r>
      <w:proofErr w:type="spellEnd"/>
      <w:r w:rsidR="00124ABF" w:rsidRPr="00C8333D">
        <w:rPr>
          <w:sz w:val="20"/>
          <w:szCs w:val="20"/>
          <w:lang w:val="es-ES"/>
        </w:rPr>
        <w:t xml:space="preserve"> </w:t>
      </w:r>
      <w:proofErr w:type="spellStart"/>
      <w:r w:rsidR="00124ABF" w:rsidRPr="00C8333D">
        <w:rPr>
          <w:sz w:val="20"/>
          <w:szCs w:val="20"/>
          <w:lang w:val="es-ES"/>
        </w:rPr>
        <w:t>yerine</w:t>
      </w:r>
      <w:proofErr w:type="spellEnd"/>
      <w:r w:rsidR="00124ABF" w:rsidRPr="00C8333D">
        <w:rPr>
          <w:sz w:val="20"/>
          <w:szCs w:val="20"/>
          <w:lang w:val="es-ES"/>
        </w:rPr>
        <w:t xml:space="preserve"> </w:t>
      </w:r>
      <w:proofErr w:type="spellStart"/>
      <w:r w:rsidR="00124ABF" w:rsidRPr="00C8333D">
        <w:rPr>
          <w:sz w:val="20"/>
          <w:szCs w:val="20"/>
          <w:lang w:val="es-ES"/>
        </w:rPr>
        <w:t>getirmek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veya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aile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üyelerine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bakmak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eğitimlerini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sıklıkla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yarıda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kesmek</w:t>
      </w:r>
      <w:proofErr w:type="spellEnd"/>
      <w:r w:rsidR="009755BE"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zorunda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kalmakta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veya</w:t>
      </w:r>
      <w:proofErr w:type="spellEnd"/>
      <w:r w:rsidRPr="00C8333D">
        <w:rPr>
          <w:sz w:val="20"/>
          <w:szCs w:val="20"/>
          <w:lang w:val="es-ES"/>
        </w:rPr>
        <w:t xml:space="preserve"> bu </w:t>
      </w:r>
      <w:proofErr w:type="spellStart"/>
      <w:r w:rsidRPr="00C8333D">
        <w:rPr>
          <w:sz w:val="20"/>
          <w:szCs w:val="20"/>
          <w:lang w:val="es-ES"/>
        </w:rPr>
        <w:t>farklı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sorumlulukları</w:t>
      </w:r>
      <w:proofErr w:type="spellEnd"/>
      <w:r w:rsidRPr="00C8333D">
        <w:rPr>
          <w:sz w:val="20"/>
          <w:szCs w:val="20"/>
          <w:lang w:val="es-ES"/>
        </w:rPr>
        <w:t xml:space="preserve"> "</w:t>
      </w:r>
      <w:proofErr w:type="spellStart"/>
      <w:r w:rsidRPr="00C8333D">
        <w:rPr>
          <w:sz w:val="20"/>
          <w:szCs w:val="20"/>
          <w:lang w:val="es-ES"/>
        </w:rPr>
        <w:t>dengelemek</w:t>
      </w:r>
      <w:proofErr w:type="spellEnd"/>
      <w:r w:rsidRPr="00C8333D">
        <w:rPr>
          <w:sz w:val="20"/>
          <w:szCs w:val="20"/>
          <w:lang w:val="es-ES"/>
        </w:rPr>
        <w:t xml:space="preserve">" </w:t>
      </w:r>
      <w:proofErr w:type="spellStart"/>
      <w:r w:rsidRPr="00C8333D">
        <w:rPr>
          <w:sz w:val="20"/>
          <w:szCs w:val="20"/>
          <w:lang w:val="es-ES"/>
        </w:rPr>
        <w:t>için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mücadele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etmek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zorunda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kalarak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oyun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boş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zamanlarından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mahrum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kalmaktadırlar</w:t>
      </w:r>
      <w:proofErr w:type="spellEnd"/>
      <w:r w:rsidR="00C8333D">
        <w:rPr>
          <w:sz w:val="20"/>
          <w:szCs w:val="20"/>
          <w:lang w:val="es-ES"/>
        </w:rPr>
        <w:t>.</w:t>
      </w:r>
      <w:r w:rsidR="007734B3" w:rsidRPr="00C8333D">
        <w:rPr>
          <w:sz w:val="20"/>
          <w:szCs w:val="20"/>
          <w:lang w:val="es-ES"/>
        </w:rPr>
        <w:t xml:space="preserve"> (</w:t>
      </w:r>
      <w:r w:rsidRPr="00C8333D">
        <w:rPr>
          <w:sz w:val="20"/>
          <w:szCs w:val="20"/>
          <w:lang w:val="es-ES"/>
        </w:rPr>
        <w:t>40</w:t>
      </w:r>
      <w:r w:rsidR="007734B3" w:rsidRPr="00C8333D">
        <w:rPr>
          <w:sz w:val="20"/>
          <w:szCs w:val="20"/>
          <w:lang w:val="es-ES"/>
        </w:rPr>
        <w:t>)</w:t>
      </w:r>
      <w:r w:rsid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Yoksulluk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ücretli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ücretsiz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işleri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dahil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olmak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üzere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çocuk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işçiliği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kızların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okul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terk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okul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dışı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kalma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oranlarının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yüksek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olmasına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neden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olmaktadır</w:t>
      </w:r>
      <w:proofErr w:type="spellEnd"/>
      <w:r w:rsidRPr="00C8333D">
        <w:rPr>
          <w:sz w:val="20"/>
          <w:szCs w:val="20"/>
          <w:lang w:val="es-ES"/>
        </w:rPr>
        <w:t>.</w:t>
      </w:r>
      <w:r w:rsidR="008720E1" w:rsidRPr="00C8333D">
        <w:rPr>
          <w:sz w:val="20"/>
          <w:szCs w:val="20"/>
          <w:lang w:val="es-ES"/>
        </w:rPr>
        <w:t xml:space="preserve"> </w:t>
      </w:r>
      <w:r w:rsidR="00CF6D21" w:rsidRPr="00313240">
        <w:rPr>
          <w:sz w:val="20"/>
          <w:szCs w:val="20"/>
          <w:lang w:val="es-ES"/>
        </w:rPr>
        <w:t>(</w:t>
      </w:r>
      <w:r w:rsidRPr="00313240">
        <w:rPr>
          <w:sz w:val="20"/>
          <w:szCs w:val="20"/>
          <w:lang w:val="es-ES"/>
        </w:rPr>
        <w:t>41</w:t>
      </w:r>
      <w:r w:rsidR="00CF6D21" w:rsidRPr="00313240">
        <w:rPr>
          <w:sz w:val="20"/>
          <w:szCs w:val="20"/>
          <w:lang w:val="es-ES"/>
        </w:rPr>
        <w:t>)</w:t>
      </w:r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Çalışma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Grubu'nun</w:t>
      </w:r>
      <w:proofErr w:type="spellEnd"/>
      <w:r w:rsidRPr="00C8333D">
        <w:rPr>
          <w:sz w:val="20"/>
          <w:szCs w:val="20"/>
          <w:lang w:val="es-ES"/>
        </w:rPr>
        <w:t xml:space="preserve"> 14 </w:t>
      </w:r>
      <w:proofErr w:type="spellStart"/>
      <w:r w:rsidRPr="00C8333D">
        <w:rPr>
          <w:sz w:val="20"/>
          <w:szCs w:val="20"/>
          <w:lang w:val="es-ES"/>
        </w:rPr>
        <w:t>ila</w:t>
      </w:r>
      <w:proofErr w:type="spellEnd"/>
      <w:r w:rsidRPr="00C8333D">
        <w:rPr>
          <w:sz w:val="20"/>
          <w:szCs w:val="20"/>
          <w:lang w:val="es-ES"/>
        </w:rPr>
        <w:t xml:space="preserve"> 18 </w:t>
      </w:r>
      <w:proofErr w:type="spellStart"/>
      <w:r w:rsidRPr="00C8333D">
        <w:rPr>
          <w:sz w:val="20"/>
          <w:szCs w:val="20"/>
          <w:lang w:val="es-ES"/>
        </w:rPr>
        <w:t>yaş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arası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kız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çocuklarıyla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yaptığı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istişare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sırasında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paylaşılan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yaşam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deneyimleri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yoksulluk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yerinden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edilme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çocuk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evliliği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aşırı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arasındaki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kalıcı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bağlantıları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vurgulamıştır</w:t>
      </w:r>
      <w:proofErr w:type="spellEnd"/>
      <w:r w:rsidRPr="00C8333D">
        <w:rPr>
          <w:sz w:val="20"/>
          <w:szCs w:val="20"/>
          <w:lang w:val="es-ES"/>
        </w:rPr>
        <w:t xml:space="preserve">. Bu </w:t>
      </w:r>
      <w:proofErr w:type="spellStart"/>
      <w:r w:rsidRPr="00C8333D">
        <w:rPr>
          <w:sz w:val="20"/>
          <w:szCs w:val="20"/>
          <w:lang w:val="es-ES"/>
        </w:rPr>
        <w:t>durum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kız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çocuklarının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ruh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sağlığı</w:t>
      </w:r>
      <w:proofErr w:type="spellEnd"/>
      <w:r w:rsidR="0010073B" w:rsidRPr="00C8333D">
        <w:rPr>
          <w:sz w:val="20"/>
          <w:szCs w:val="20"/>
          <w:lang w:val="es-ES"/>
        </w:rPr>
        <w:t xml:space="preserve"> </w:t>
      </w:r>
      <w:r w:rsidR="00E373FB" w:rsidRPr="00C8333D">
        <w:rPr>
          <w:sz w:val="20"/>
          <w:szCs w:val="20"/>
          <w:lang w:val="tr-TR"/>
        </w:rPr>
        <w:t xml:space="preserve">üzerinde </w:t>
      </w:r>
      <w:r w:rsidRPr="00C8333D">
        <w:rPr>
          <w:sz w:val="20"/>
          <w:szCs w:val="20"/>
          <w:lang w:val="es-ES"/>
        </w:rPr>
        <w:t xml:space="preserve">ve </w:t>
      </w:r>
      <w:proofErr w:type="spellStart"/>
      <w:r w:rsidRPr="00C8333D">
        <w:rPr>
          <w:sz w:val="20"/>
          <w:szCs w:val="20"/>
          <w:lang w:val="es-ES"/>
        </w:rPr>
        <w:t>okulda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kalma</w:t>
      </w:r>
      <w:proofErr w:type="spellEnd"/>
      <w:r w:rsidRPr="00C8333D">
        <w:rPr>
          <w:sz w:val="20"/>
          <w:szCs w:val="20"/>
          <w:lang w:val="es-ES"/>
        </w:rPr>
        <w:t xml:space="preserve"> ve/</w:t>
      </w:r>
      <w:proofErr w:type="spellStart"/>
      <w:r w:rsidRPr="00C8333D">
        <w:rPr>
          <w:sz w:val="20"/>
          <w:szCs w:val="20"/>
          <w:lang w:val="es-ES"/>
        </w:rPr>
        <w:t>veya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başarılı</w:t>
      </w:r>
      <w:proofErr w:type="spellEnd"/>
      <w:r w:rsidRPr="00C8333D">
        <w:rPr>
          <w:sz w:val="20"/>
          <w:szCs w:val="20"/>
          <w:lang w:val="es-ES"/>
        </w:rPr>
        <w:t xml:space="preserve"> olma </w:t>
      </w:r>
      <w:proofErr w:type="spellStart"/>
      <w:r w:rsidRPr="00C8333D">
        <w:rPr>
          <w:sz w:val="20"/>
          <w:szCs w:val="20"/>
          <w:lang w:val="es-ES"/>
        </w:rPr>
        <w:t>becerileri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üzerinde</w:t>
      </w:r>
      <w:proofErr w:type="spellEnd"/>
      <w:r w:rsidRPr="00C8333D">
        <w:rPr>
          <w:sz w:val="20"/>
          <w:szCs w:val="20"/>
          <w:lang w:val="es-ES"/>
        </w:rPr>
        <w:t xml:space="preserve"> de </w:t>
      </w:r>
      <w:proofErr w:type="spellStart"/>
      <w:r w:rsidRPr="00C8333D">
        <w:rPr>
          <w:sz w:val="20"/>
          <w:szCs w:val="20"/>
          <w:lang w:val="es-ES"/>
        </w:rPr>
        <w:t>olumsuz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etkilere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sahiptir</w:t>
      </w:r>
      <w:proofErr w:type="spellEnd"/>
      <w:r w:rsidRPr="00C8333D">
        <w:rPr>
          <w:sz w:val="20"/>
          <w:szCs w:val="20"/>
          <w:lang w:val="es-ES"/>
        </w:rPr>
        <w:t>.</w:t>
      </w:r>
    </w:p>
    <w:p w14:paraId="0024B9B1" w14:textId="77777777" w:rsidR="00911399" w:rsidRDefault="00C8333D" w:rsidP="00911399">
      <w:pPr>
        <w:spacing w:after="0"/>
        <w:rPr>
          <w:b/>
          <w:bCs/>
          <w:sz w:val="20"/>
          <w:szCs w:val="20"/>
          <w:lang w:val="es-ES"/>
        </w:rPr>
      </w:pPr>
      <w:r w:rsidRPr="00C8333D">
        <w:rPr>
          <w:b/>
          <w:bCs/>
          <w:sz w:val="20"/>
          <w:szCs w:val="20"/>
          <w:lang w:val="es-ES"/>
        </w:rPr>
        <w:t xml:space="preserve">C. </w:t>
      </w:r>
      <w:proofErr w:type="spellStart"/>
      <w:r w:rsidRPr="00C8333D">
        <w:rPr>
          <w:b/>
          <w:bCs/>
          <w:sz w:val="20"/>
          <w:szCs w:val="20"/>
          <w:lang w:val="es-ES"/>
        </w:rPr>
        <w:t>İstihdam</w:t>
      </w:r>
      <w:proofErr w:type="spellEnd"/>
      <w:r w:rsidRPr="00C8333D">
        <w:rPr>
          <w:b/>
          <w:bCs/>
          <w:sz w:val="20"/>
          <w:szCs w:val="20"/>
          <w:lang w:val="es-ES"/>
        </w:rPr>
        <w:t xml:space="preserve"> ve </w:t>
      </w:r>
      <w:proofErr w:type="spellStart"/>
      <w:r w:rsidRPr="00C8333D">
        <w:rPr>
          <w:b/>
          <w:bCs/>
          <w:sz w:val="20"/>
          <w:szCs w:val="20"/>
          <w:lang w:val="es-ES"/>
        </w:rPr>
        <w:t>ekonomik</w:t>
      </w:r>
      <w:proofErr w:type="spellEnd"/>
      <w:r w:rsidRPr="00C8333D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C8333D">
        <w:rPr>
          <w:b/>
          <w:bCs/>
          <w:sz w:val="20"/>
          <w:szCs w:val="20"/>
          <w:lang w:val="es-ES"/>
        </w:rPr>
        <w:t>katılım</w:t>
      </w:r>
      <w:proofErr w:type="spellEnd"/>
      <w:r w:rsidRPr="00C8333D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C8333D">
        <w:rPr>
          <w:b/>
          <w:bCs/>
          <w:sz w:val="20"/>
          <w:szCs w:val="20"/>
          <w:lang w:val="es-ES"/>
        </w:rPr>
        <w:t>hakkı</w:t>
      </w:r>
      <w:proofErr w:type="spellEnd"/>
    </w:p>
    <w:p w14:paraId="2489A270" w14:textId="0ECDAD2C" w:rsidR="00313240" w:rsidRDefault="00C8333D" w:rsidP="006E736E">
      <w:pPr>
        <w:jc w:val="both"/>
        <w:rPr>
          <w:lang w:val="es-ES"/>
        </w:rPr>
      </w:pPr>
      <w:r w:rsidRPr="00C8333D">
        <w:rPr>
          <w:b/>
          <w:bCs/>
          <w:sz w:val="20"/>
          <w:szCs w:val="20"/>
          <w:lang w:val="es-ES"/>
        </w:rPr>
        <w:br/>
      </w:r>
      <w:r w:rsidRPr="00C8333D">
        <w:rPr>
          <w:sz w:val="20"/>
          <w:szCs w:val="20"/>
          <w:lang w:val="es-ES"/>
        </w:rPr>
        <w:t>14.</w:t>
      </w:r>
      <w:r w:rsidR="0051412F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Ücretsiz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bakım</w:t>
      </w:r>
      <w:proofErr w:type="spellEnd"/>
      <w:r w:rsidRPr="00C8333D">
        <w:rPr>
          <w:sz w:val="20"/>
          <w:szCs w:val="20"/>
          <w:lang w:val="es-ES"/>
        </w:rPr>
        <w:t xml:space="preserve"> ve </w:t>
      </w:r>
      <w:proofErr w:type="spellStart"/>
      <w:r w:rsidRPr="00C8333D">
        <w:rPr>
          <w:sz w:val="20"/>
          <w:szCs w:val="20"/>
          <w:lang w:val="es-ES"/>
        </w:rPr>
        <w:t>destek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çalışmaları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kadınların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="00B363BE" w:rsidRPr="00B363BE">
        <w:rPr>
          <w:sz w:val="20"/>
          <w:szCs w:val="20"/>
          <w:lang w:val="es-ES"/>
        </w:rPr>
        <w:t>kayıtdışı</w:t>
      </w:r>
      <w:proofErr w:type="spellEnd"/>
      <w:r w:rsidRPr="00B363BE">
        <w:rPr>
          <w:sz w:val="20"/>
          <w:szCs w:val="20"/>
          <w:lang w:val="es-ES"/>
        </w:rPr>
        <w:t>,</w:t>
      </w:r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yarı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zamanlı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düşük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ücretli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r w:rsidRPr="00C8333D">
        <w:rPr>
          <w:sz w:val="20"/>
          <w:szCs w:val="20"/>
          <w:lang w:val="es-ES"/>
        </w:rPr>
        <w:br/>
        <w:t xml:space="preserve">ve </w:t>
      </w:r>
      <w:proofErr w:type="spellStart"/>
      <w:r w:rsidRPr="00C8333D">
        <w:rPr>
          <w:sz w:val="20"/>
          <w:szCs w:val="20"/>
          <w:lang w:val="es-ES"/>
        </w:rPr>
        <w:t>genellikle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sendikasız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işlerde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yoğunlaşmasına</w:t>
      </w:r>
      <w:proofErr w:type="spellEnd"/>
      <w:r w:rsidRPr="00C8333D">
        <w:rPr>
          <w:sz w:val="20"/>
          <w:szCs w:val="20"/>
          <w:lang w:val="es-ES"/>
        </w:rPr>
        <w:t xml:space="preserve"> yol </w:t>
      </w:r>
      <w:proofErr w:type="spellStart"/>
      <w:r w:rsidRPr="00C8333D">
        <w:rPr>
          <w:sz w:val="20"/>
          <w:szCs w:val="20"/>
          <w:lang w:val="es-ES"/>
        </w:rPr>
        <w:t>açarak</w:t>
      </w:r>
      <w:proofErr w:type="spellEnd"/>
      <w:r w:rsidRPr="00C8333D">
        <w:rPr>
          <w:sz w:val="20"/>
          <w:szCs w:val="20"/>
          <w:lang w:val="es-ES"/>
        </w:rPr>
        <w:t xml:space="preserve">, </w:t>
      </w:r>
      <w:proofErr w:type="spellStart"/>
      <w:r w:rsidRPr="00C8333D">
        <w:rPr>
          <w:sz w:val="20"/>
          <w:szCs w:val="20"/>
          <w:lang w:val="es-ES"/>
        </w:rPr>
        <w:t>genel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gelirlerini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olumsuz</w:t>
      </w:r>
      <w:proofErr w:type="spellEnd"/>
      <w:r w:rsidRPr="00C8333D">
        <w:rPr>
          <w:sz w:val="20"/>
          <w:szCs w:val="20"/>
          <w:lang w:val="es-ES"/>
        </w:rPr>
        <w:t xml:space="preserve"> </w:t>
      </w:r>
      <w:proofErr w:type="spellStart"/>
      <w:r w:rsidRPr="00C8333D">
        <w:rPr>
          <w:sz w:val="20"/>
          <w:szCs w:val="20"/>
          <w:lang w:val="es-ES"/>
        </w:rPr>
        <w:t>etkiler</w:t>
      </w:r>
      <w:proofErr w:type="spellEnd"/>
      <w:r w:rsidRPr="00C8333D">
        <w:rPr>
          <w:sz w:val="20"/>
          <w:szCs w:val="20"/>
          <w:lang w:val="es-ES"/>
        </w:rPr>
        <w:t xml:space="preserve">. </w:t>
      </w:r>
      <w:r w:rsidRPr="00313240">
        <w:rPr>
          <w:sz w:val="20"/>
          <w:szCs w:val="20"/>
          <w:lang w:val="es-ES"/>
        </w:rPr>
        <w:t xml:space="preserve">(42)  </w:t>
      </w:r>
      <w:proofErr w:type="spellStart"/>
      <w:r w:rsidRPr="00313240">
        <w:rPr>
          <w:sz w:val="20"/>
          <w:szCs w:val="20"/>
          <w:lang w:val="es-ES"/>
        </w:rPr>
        <w:t>Ücretsiz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işi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kadınların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işgücü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piyasasının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dışında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kalmasının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başlıca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nedenidir</w:t>
      </w:r>
      <w:proofErr w:type="spellEnd"/>
      <w:r w:rsidRPr="00313240">
        <w:rPr>
          <w:sz w:val="20"/>
          <w:szCs w:val="20"/>
          <w:lang w:val="es-ES"/>
        </w:rPr>
        <w:t xml:space="preserve"> (43) </w:t>
      </w:r>
      <w:r w:rsidRPr="00313240">
        <w:rPr>
          <w:sz w:val="20"/>
          <w:szCs w:val="20"/>
          <w:lang w:val="es-ES"/>
        </w:rPr>
        <w:br/>
        <w:t xml:space="preserve">ve </w:t>
      </w:r>
      <w:proofErr w:type="spellStart"/>
      <w:r w:rsidRPr="00313240">
        <w:rPr>
          <w:sz w:val="20"/>
          <w:szCs w:val="20"/>
          <w:lang w:val="es-ES"/>
        </w:rPr>
        <w:t>erkekler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daha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çok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eğitim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sağlık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gibi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diğer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nedenleri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gösterme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eğilimindedir</w:t>
      </w:r>
      <w:proofErr w:type="spellEnd"/>
      <w:r w:rsidRPr="00313240">
        <w:rPr>
          <w:sz w:val="20"/>
          <w:szCs w:val="20"/>
          <w:lang w:val="es-ES"/>
        </w:rPr>
        <w:t xml:space="preserve">. 2023 </w:t>
      </w:r>
      <w:proofErr w:type="spellStart"/>
      <w:r w:rsidRPr="00313240">
        <w:rPr>
          <w:sz w:val="20"/>
          <w:szCs w:val="20"/>
          <w:lang w:val="es-ES"/>
        </w:rPr>
        <w:t>yılında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sorumlulukları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nedeniyle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küresel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işgücüne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katılmayan</w:t>
      </w:r>
      <w:proofErr w:type="spellEnd"/>
      <w:r w:rsidRPr="00313240">
        <w:rPr>
          <w:sz w:val="20"/>
          <w:szCs w:val="20"/>
          <w:lang w:val="es-ES"/>
        </w:rPr>
        <w:t xml:space="preserve"> 748 </w:t>
      </w:r>
      <w:proofErr w:type="spellStart"/>
      <w:r w:rsidRPr="00313240">
        <w:rPr>
          <w:sz w:val="20"/>
          <w:szCs w:val="20"/>
          <w:lang w:val="es-ES"/>
        </w:rPr>
        <w:t>milyon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kişinin</w:t>
      </w:r>
      <w:proofErr w:type="spellEnd"/>
      <w:r w:rsidRPr="00313240">
        <w:rPr>
          <w:sz w:val="20"/>
          <w:szCs w:val="20"/>
          <w:lang w:val="es-ES"/>
        </w:rPr>
        <w:t xml:space="preserve"> 708 </w:t>
      </w:r>
      <w:proofErr w:type="spellStart"/>
      <w:r w:rsidRPr="00313240">
        <w:rPr>
          <w:sz w:val="20"/>
          <w:szCs w:val="20"/>
          <w:lang w:val="es-ES"/>
        </w:rPr>
        <w:t>milyonu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kadındı</w:t>
      </w:r>
      <w:proofErr w:type="spellEnd"/>
      <w:r w:rsidRPr="00313240">
        <w:rPr>
          <w:sz w:val="20"/>
          <w:szCs w:val="20"/>
          <w:lang w:val="es-ES"/>
        </w:rPr>
        <w:t>. (44)</w:t>
      </w:r>
      <w:r w:rsidR="00313240" w:rsidRPr="00313240">
        <w:rPr>
          <w:lang w:val="es-ES"/>
        </w:rPr>
        <w:t xml:space="preserve"> </w:t>
      </w:r>
    </w:p>
    <w:p w14:paraId="4CCAC763" w14:textId="1A4FF257" w:rsidR="00021492" w:rsidRDefault="00313240" w:rsidP="00021492">
      <w:pPr>
        <w:spacing w:after="0"/>
        <w:jc w:val="both"/>
        <w:rPr>
          <w:sz w:val="16"/>
          <w:szCs w:val="16"/>
        </w:rPr>
      </w:pPr>
      <w:r w:rsidRPr="00313240">
        <w:rPr>
          <w:sz w:val="20"/>
          <w:szCs w:val="20"/>
          <w:lang w:val="es-ES"/>
        </w:rPr>
        <w:t xml:space="preserve">15. </w:t>
      </w:r>
      <w:proofErr w:type="spellStart"/>
      <w:r w:rsidRPr="00313240">
        <w:rPr>
          <w:sz w:val="20"/>
          <w:szCs w:val="20"/>
          <w:lang w:val="es-ES"/>
        </w:rPr>
        <w:t>Özellikle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engelli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çocuklar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için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olmak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üzere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uygun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fiyatlı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yüksek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kaliteli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çocuk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bakımına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yönelik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kamu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yatırımlarının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eksikliği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bölgesel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istişareler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sırasında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tekrar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tekrar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gündeme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getirilen</w:t>
      </w:r>
      <w:proofErr w:type="spellEnd"/>
      <w:r w:rsidRPr="00313240">
        <w:rPr>
          <w:sz w:val="20"/>
          <w:szCs w:val="20"/>
          <w:lang w:val="es-ES"/>
        </w:rPr>
        <w:t xml:space="preserve"> bir </w:t>
      </w:r>
      <w:proofErr w:type="spellStart"/>
      <w:r w:rsidRPr="00313240">
        <w:rPr>
          <w:sz w:val="20"/>
          <w:szCs w:val="20"/>
          <w:lang w:val="es-ES"/>
        </w:rPr>
        <w:t>konuydu</w:t>
      </w:r>
      <w:proofErr w:type="spellEnd"/>
      <w:r w:rsidRPr="00313240">
        <w:rPr>
          <w:sz w:val="20"/>
          <w:szCs w:val="20"/>
          <w:lang w:val="es-ES"/>
        </w:rPr>
        <w:t xml:space="preserve">. </w:t>
      </w:r>
      <w:proofErr w:type="spellStart"/>
      <w:r w:rsidRPr="00313240">
        <w:rPr>
          <w:sz w:val="20"/>
          <w:szCs w:val="20"/>
          <w:lang w:val="es-ES"/>
        </w:rPr>
        <w:t>Kadınların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ücretsiz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işlerinde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orantısız</w:t>
      </w:r>
      <w:proofErr w:type="spellEnd"/>
      <w:r w:rsidRPr="00313240">
        <w:rPr>
          <w:sz w:val="20"/>
          <w:szCs w:val="20"/>
          <w:lang w:val="es-ES"/>
        </w:rPr>
        <w:t xml:space="preserve"> bir </w:t>
      </w:r>
      <w:proofErr w:type="spellStart"/>
      <w:r w:rsidRPr="00313240">
        <w:rPr>
          <w:sz w:val="20"/>
          <w:szCs w:val="20"/>
          <w:lang w:val="es-ES"/>
        </w:rPr>
        <w:t>şekilde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pay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sahibi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olması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zaman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yoksulluğuna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yorgunluğa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verenlerin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tükenmişliğine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neden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olmaktadır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erkeklerle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kadınlar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arasındaki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ücret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farkının</w:t>
      </w:r>
      <w:proofErr w:type="spellEnd"/>
      <w:r w:rsidRPr="00313240">
        <w:rPr>
          <w:sz w:val="20"/>
          <w:szCs w:val="20"/>
          <w:lang w:val="es-ES"/>
        </w:rPr>
        <w:t xml:space="preserve"> da bir </w:t>
      </w:r>
      <w:proofErr w:type="spellStart"/>
      <w:r w:rsidRPr="00313240">
        <w:rPr>
          <w:sz w:val="20"/>
          <w:szCs w:val="20"/>
          <w:lang w:val="es-ES"/>
        </w:rPr>
        <w:t>nedenidir</w:t>
      </w:r>
      <w:proofErr w:type="spellEnd"/>
      <w:r w:rsidRPr="00313240">
        <w:rPr>
          <w:sz w:val="20"/>
          <w:szCs w:val="20"/>
          <w:lang w:val="es-ES"/>
        </w:rPr>
        <w:t>.</w:t>
      </w:r>
      <w:r w:rsidR="000C7284" w:rsidRPr="00F257F4">
        <w:rPr>
          <w:sz w:val="16"/>
          <w:szCs w:val="16"/>
          <w:highlight w:val="cyan"/>
        </w:rPr>
        <w:br/>
      </w:r>
      <w:r w:rsidR="001C1414">
        <w:rPr>
          <w:sz w:val="20"/>
          <w:szCs w:val="20"/>
        </w:rPr>
        <w:t>_______________</w:t>
      </w:r>
    </w:p>
    <w:p w14:paraId="023E4AB2" w14:textId="04AA126F" w:rsidR="00C8333D" w:rsidRPr="00021492" w:rsidRDefault="000C7284" w:rsidP="00021492">
      <w:pPr>
        <w:spacing w:after="0"/>
        <w:rPr>
          <w:sz w:val="20"/>
          <w:szCs w:val="20"/>
          <w:lang w:val="es-ES"/>
        </w:rPr>
      </w:pPr>
      <w:r w:rsidRPr="001C1414">
        <w:rPr>
          <w:sz w:val="16"/>
          <w:szCs w:val="16"/>
        </w:rPr>
        <w:t>36</w:t>
      </w:r>
      <w:r w:rsidR="00021492">
        <w:rPr>
          <w:sz w:val="16"/>
          <w:szCs w:val="16"/>
        </w:rPr>
        <w:t xml:space="preserve">  Brigid Schulte, </w:t>
      </w:r>
      <w:r w:rsidR="00021492" w:rsidRPr="00E44EB9">
        <w:rPr>
          <w:rFonts w:ascii="Cambria" w:hAnsi="Cambria"/>
          <w:sz w:val="16"/>
          <w:szCs w:val="16"/>
        </w:rPr>
        <w:t>"</w:t>
      </w:r>
      <w:r w:rsidR="00E44EB9" w:rsidRPr="00E44EB9">
        <w:rPr>
          <w:rFonts w:ascii="Cambria" w:hAnsi="Cambria" w:cs="Times New Roman"/>
          <w:color w:val="000000"/>
          <w:sz w:val="16"/>
          <w:szCs w:val="16"/>
        </w:rPr>
        <w:t>Providing Care Changes Men</w:t>
      </w:r>
      <w:r w:rsidR="00021492" w:rsidRPr="00E44EB9">
        <w:rPr>
          <w:rFonts w:ascii="Cambria" w:hAnsi="Cambria"/>
          <w:sz w:val="16"/>
          <w:szCs w:val="16"/>
        </w:rPr>
        <w:t xml:space="preserve">," </w:t>
      </w:r>
      <w:r w:rsidR="00021492">
        <w:rPr>
          <w:sz w:val="16"/>
          <w:szCs w:val="16"/>
        </w:rPr>
        <w:t xml:space="preserve">4 </w:t>
      </w:r>
      <w:proofErr w:type="spellStart"/>
      <w:r w:rsidR="00021492">
        <w:rPr>
          <w:sz w:val="16"/>
          <w:szCs w:val="16"/>
        </w:rPr>
        <w:t>Şubat</w:t>
      </w:r>
      <w:proofErr w:type="spellEnd"/>
      <w:r w:rsidR="00021492">
        <w:rPr>
          <w:sz w:val="16"/>
          <w:szCs w:val="16"/>
        </w:rPr>
        <w:t xml:space="preserve"> 2021.</w:t>
      </w:r>
      <w:r w:rsidRPr="001C1414">
        <w:rPr>
          <w:sz w:val="16"/>
          <w:szCs w:val="16"/>
        </w:rPr>
        <w:br/>
        <w:t xml:space="preserve">37  </w:t>
      </w:r>
      <w:proofErr w:type="spellStart"/>
      <w:r w:rsidRPr="001C1414">
        <w:rPr>
          <w:sz w:val="16"/>
          <w:szCs w:val="16"/>
        </w:rPr>
        <w:t>Kadınlara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Karşı</w:t>
      </w:r>
      <w:proofErr w:type="spellEnd"/>
      <w:r w:rsidRPr="001C1414">
        <w:rPr>
          <w:sz w:val="16"/>
          <w:szCs w:val="16"/>
        </w:rPr>
        <w:t xml:space="preserve"> Her </w:t>
      </w:r>
      <w:proofErr w:type="spellStart"/>
      <w:r w:rsidRPr="001C1414">
        <w:rPr>
          <w:sz w:val="16"/>
          <w:szCs w:val="16"/>
        </w:rPr>
        <w:t>Türlü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Ayrımcılığın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Önlenmesi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Sözleşmesi</w:t>
      </w:r>
      <w:proofErr w:type="spellEnd"/>
      <w:r w:rsidRPr="001C1414">
        <w:rPr>
          <w:sz w:val="16"/>
          <w:szCs w:val="16"/>
        </w:rPr>
        <w:t xml:space="preserve">, </w:t>
      </w:r>
      <w:proofErr w:type="spellStart"/>
      <w:r w:rsidRPr="001C1414">
        <w:rPr>
          <w:sz w:val="16"/>
          <w:szCs w:val="16"/>
        </w:rPr>
        <w:t>madde</w:t>
      </w:r>
      <w:proofErr w:type="spellEnd"/>
      <w:r w:rsidRPr="001C1414">
        <w:rPr>
          <w:sz w:val="16"/>
          <w:szCs w:val="16"/>
        </w:rPr>
        <w:t xml:space="preserve"> 5. </w:t>
      </w:r>
      <w:proofErr w:type="spellStart"/>
      <w:r w:rsidRPr="001C1414">
        <w:rPr>
          <w:sz w:val="16"/>
          <w:szCs w:val="16"/>
        </w:rPr>
        <w:t>Ayrıca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 xml:space="preserve">. </w:t>
      </w:r>
      <w:proofErr w:type="spellStart"/>
      <w:r w:rsidRPr="001C1414">
        <w:rPr>
          <w:sz w:val="16"/>
          <w:szCs w:val="16"/>
        </w:rPr>
        <w:t>Sözleşmenin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giriş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kısmı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madde</w:t>
      </w:r>
      <w:proofErr w:type="spellEnd"/>
      <w:r w:rsidRPr="001C1414">
        <w:rPr>
          <w:sz w:val="16"/>
          <w:szCs w:val="16"/>
        </w:rPr>
        <w:t xml:space="preserve"> 10.</w:t>
      </w:r>
    </w:p>
    <w:p w14:paraId="2B578017" w14:textId="345CF9B6" w:rsidR="00C8333D" w:rsidRPr="00817137" w:rsidRDefault="000C7284" w:rsidP="0081713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1C1414">
        <w:rPr>
          <w:sz w:val="16"/>
          <w:szCs w:val="16"/>
        </w:rPr>
        <w:t xml:space="preserve">38 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 xml:space="preserve">. </w:t>
      </w:r>
      <w:hyperlink r:id="rId35" w:history="1">
        <w:r w:rsidRPr="00E44EB9">
          <w:rPr>
            <w:rStyle w:val="Hyperlink"/>
            <w:sz w:val="16"/>
            <w:szCs w:val="16"/>
          </w:rPr>
          <w:t>A/HRC/WG.11/37/1</w:t>
        </w:r>
      </w:hyperlink>
      <w:r w:rsidRPr="001C1414">
        <w:rPr>
          <w:sz w:val="16"/>
          <w:szCs w:val="16"/>
        </w:rPr>
        <w:t>.</w:t>
      </w:r>
      <w:r w:rsidRPr="001C1414">
        <w:rPr>
          <w:sz w:val="16"/>
          <w:szCs w:val="16"/>
        </w:rPr>
        <w:br/>
        <w:t xml:space="preserve">39  </w:t>
      </w:r>
      <w:proofErr w:type="spellStart"/>
      <w:r w:rsidRPr="001C1414">
        <w:rPr>
          <w:sz w:val="16"/>
          <w:szCs w:val="16"/>
        </w:rPr>
        <w:t>İstisnalar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için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 xml:space="preserve">. </w:t>
      </w:r>
      <w:proofErr w:type="spellStart"/>
      <w:r w:rsidRPr="001C1414">
        <w:rPr>
          <w:sz w:val="16"/>
          <w:szCs w:val="16"/>
        </w:rPr>
        <w:t>örneğin</w:t>
      </w:r>
      <w:proofErr w:type="spellEnd"/>
      <w:r w:rsidRPr="001C1414">
        <w:rPr>
          <w:sz w:val="16"/>
          <w:szCs w:val="16"/>
        </w:rPr>
        <w:t xml:space="preserve"> </w:t>
      </w:r>
      <w:hyperlink r:id="rId36" w:history="1">
        <w:r w:rsidRPr="00FD44D3">
          <w:rPr>
            <w:rStyle w:val="Hyperlink"/>
            <w:sz w:val="16"/>
            <w:szCs w:val="16"/>
          </w:rPr>
          <w:t>A/HRC/53/21</w:t>
        </w:r>
      </w:hyperlink>
      <w:r w:rsidRPr="001C1414">
        <w:rPr>
          <w:sz w:val="16"/>
          <w:szCs w:val="16"/>
        </w:rPr>
        <w:t>.</w:t>
      </w:r>
      <w:r w:rsidRPr="001C1414">
        <w:rPr>
          <w:sz w:val="16"/>
          <w:szCs w:val="16"/>
        </w:rPr>
        <w:br/>
        <w:t xml:space="preserve">40  Asya, Afrika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Orta </w:t>
      </w:r>
      <w:proofErr w:type="spellStart"/>
      <w:r w:rsidRPr="001C1414">
        <w:rPr>
          <w:sz w:val="16"/>
          <w:szCs w:val="16"/>
        </w:rPr>
        <w:t>Doğu'dan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kız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çocuklarıyla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yapılan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istişare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sırasında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ifade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edilen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görüşler</w:t>
      </w:r>
      <w:proofErr w:type="spellEnd"/>
      <w:r w:rsidRPr="001C1414">
        <w:rPr>
          <w:sz w:val="16"/>
          <w:szCs w:val="16"/>
        </w:rPr>
        <w:t xml:space="preserve">. </w:t>
      </w:r>
      <w:proofErr w:type="spellStart"/>
      <w:r w:rsidRPr="001C1414">
        <w:rPr>
          <w:sz w:val="16"/>
          <w:szCs w:val="16"/>
        </w:rPr>
        <w:t>Ayrıca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 xml:space="preserve">. Plan International, </w:t>
      </w:r>
      <w:r w:rsidR="00FD44D3" w:rsidRPr="00FD44D3">
        <w:rPr>
          <w:rFonts w:ascii="Cambria" w:hAnsi="Cambria" w:cs="Times New Roman"/>
          <w:color w:val="000000"/>
          <w:sz w:val="16"/>
          <w:szCs w:val="16"/>
        </w:rPr>
        <w:t>Real Choices</w:t>
      </w:r>
      <w:r w:rsidR="00FD44D3" w:rsidRPr="00FD44D3">
        <w:rPr>
          <w:rFonts w:ascii="Cambria" w:hAnsi="Cambria" w:cs="Times New Roman"/>
          <w:i/>
          <w:iCs/>
          <w:color w:val="000000"/>
          <w:sz w:val="16"/>
          <w:szCs w:val="16"/>
        </w:rPr>
        <w:t>,</w:t>
      </w:r>
      <w:r w:rsidR="00FD44D3" w:rsidRPr="00FD44D3">
        <w:rPr>
          <w:rFonts w:ascii="Cambria" w:hAnsi="Cambria" w:cs="Times New Roman"/>
          <w:color w:val="000000"/>
          <w:sz w:val="16"/>
          <w:szCs w:val="16"/>
        </w:rPr>
        <w:t xml:space="preserve"> Real Lives</w:t>
      </w:r>
      <w:r w:rsidR="00FD44D3" w:rsidRPr="00FD44D3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–</w:t>
      </w:r>
      <w:r w:rsidR="00FD44D3" w:rsidRPr="00FD44D3">
        <w:rPr>
          <w:rFonts w:ascii="Cambria" w:hAnsi="Cambria" w:cs="Times New Roman"/>
          <w:color w:val="000000"/>
          <w:sz w:val="16"/>
          <w:szCs w:val="16"/>
        </w:rPr>
        <w:t xml:space="preserve"> Out of Time</w:t>
      </w:r>
      <w:r w:rsidR="00FD44D3" w:rsidRPr="00FD44D3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: </w:t>
      </w:r>
      <w:r w:rsidR="00FD44D3" w:rsidRPr="00FD44D3">
        <w:rPr>
          <w:rFonts w:ascii="Cambria" w:hAnsi="Cambria" w:cs="Times New Roman"/>
          <w:color w:val="000000"/>
          <w:sz w:val="16"/>
          <w:szCs w:val="16"/>
        </w:rPr>
        <w:t>The Gendered Care Divide and its</w:t>
      </w:r>
      <w:r w:rsidR="00FD44D3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FD44D3" w:rsidRPr="00FD44D3">
        <w:rPr>
          <w:rFonts w:ascii="Cambria" w:hAnsi="Cambria" w:cs="Times New Roman"/>
          <w:color w:val="000000"/>
          <w:sz w:val="16"/>
          <w:szCs w:val="16"/>
        </w:rPr>
        <w:t>Impact on Girls</w:t>
      </w:r>
      <w:r w:rsidR="00FD44D3" w:rsidRPr="001C1414">
        <w:rPr>
          <w:sz w:val="16"/>
          <w:szCs w:val="16"/>
        </w:rPr>
        <w:t xml:space="preserve"> </w:t>
      </w:r>
      <w:r w:rsidRPr="001C1414">
        <w:rPr>
          <w:sz w:val="16"/>
          <w:szCs w:val="16"/>
        </w:rPr>
        <w:t>(2024).</w:t>
      </w:r>
      <w:r w:rsidRPr="001C1414">
        <w:rPr>
          <w:sz w:val="16"/>
          <w:szCs w:val="16"/>
        </w:rPr>
        <w:br/>
        <w:t>41</w:t>
      </w:r>
      <w:r w:rsidR="00C8333D" w:rsidRPr="001C1414">
        <w:rPr>
          <w:sz w:val="16"/>
          <w:szCs w:val="16"/>
        </w:rPr>
        <w:t xml:space="preserve">  </w:t>
      </w:r>
      <w:r w:rsidRPr="001C1414">
        <w:rPr>
          <w:sz w:val="16"/>
          <w:szCs w:val="16"/>
        </w:rPr>
        <w:t xml:space="preserve">Kelly </w:t>
      </w:r>
      <w:proofErr w:type="spellStart"/>
      <w:r w:rsidRPr="001C1414">
        <w:rPr>
          <w:sz w:val="16"/>
          <w:szCs w:val="16"/>
        </w:rPr>
        <w:t>Yotebieng</w:t>
      </w:r>
      <w:proofErr w:type="spellEnd"/>
      <w:r w:rsidRPr="001C1414">
        <w:rPr>
          <w:sz w:val="16"/>
          <w:szCs w:val="16"/>
        </w:rPr>
        <w:t xml:space="preserve">, </w:t>
      </w:r>
      <w:r w:rsidR="00817137" w:rsidRPr="00817137">
        <w:rPr>
          <w:rFonts w:ascii="Cambria" w:hAnsi="Cambria" w:cs="Times New Roman"/>
          <w:color w:val="000000"/>
          <w:sz w:val="16"/>
          <w:szCs w:val="16"/>
        </w:rPr>
        <w:t>What we know (and do not know) about persistent social norms that serve as</w:t>
      </w:r>
      <w:r w:rsidR="0081713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817137" w:rsidRPr="00817137">
        <w:rPr>
          <w:rFonts w:ascii="Cambria" w:hAnsi="Cambria" w:cs="Times New Roman"/>
          <w:color w:val="000000"/>
          <w:sz w:val="16"/>
          <w:szCs w:val="16"/>
        </w:rPr>
        <w:t>barriers to girls’ access, participation and achievement in education in eight sub-Saharan African</w:t>
      </w:r>
      <w:r w:rsidR="0081713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817137" w:rsidRPr="00817137">
        <w:rPr>
          <w:rFonts w:ascii="Cambria" w:hAnsi="Cambria" w:cs="Times New Roman"/>
          <w:color w:val="000000"/>
          <w:sz w:val="16"/>
          <w:szCs w:val="16"/>
        </w:rPr>
        <w:t>countries</w:t>
      </w:r>
      <w:r w:rsidRPr="00817137">
        <w:rPr>
          <w:rFonts w:ascii="Cambria" w:hAnsi="Cambria"/>
          <w:sz w:val="16"/>
          <w:szCs w:val="16"/>
        </w:rPr>
        <w:t xml:space="preserve"> </w:t>
      </w:r>
      <w:r w:rsidRPr="001C1414">
        <w:rPr>
          <w:sz w:val="16"/>
          <w:szCs w:val="16"/>
        </w:rPr>
        <w:t xml:space="preserve">(New York, </w:t>
      </w:r>
      <w:proofErr w:type="spellStart"/>
      <w:r w:rsidRPr="001C1414">
        <w:rPr>
          <w:sz w:val="16"/>
          <w:szCs w:val="16"/>
        </w:rPr>
        <w:t>Birleşmiş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Milletler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Kız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Çocuklarının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Eğitimi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Girişimi</w:t>
      </w:r>
      <w:proofErr w:type="spellEnd"/>
      <w:r w:rsidRPr="001C1414">
        <w:rPr>
          <w:sz w:val="16"/>
          <w:szCs w:val="16"/>
        </w:rPr>
        <w:t xml:space="preserve">, 2021), s. 9;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</w:t>
      </w:r>
      <w:r w:rsidR="00817137" w:rsidRPr="00817137">
        <w:rPr>
          <w:rFonts w:ascii="Cambria" w:hAnsi="Cambria" w:cs="Times New Roman"/>
          <w:color w:val="000000"/>
          <w:sz w:val="16"/>
          <w:szCs w:val="16"/>
        </w:rPr>
        <w:t>African Union Strategy for Gender Equality and Women’s Empowerment 2018-2028</w:t>
      </w:r>
      <w:r w:rsidRPr="001C1414">
        <w:rPr>
          <w:sz w:val="16"/>
          <w:szCs w:val="16"/>
        </w:rPr>
        <w:t>, s. 24.</w:t>
      </w:r>
      <w:r w:rsidR="00C8333D" w:rsidRPr="001C1414">
        <w:rPr>
          <w:sz w:val="16"/>
          <w:szCs w:val="16"/>
          <w:lang w:val="es-ES"/>
        </w:rPr>
        <w:t xml:space="preserve"> </w:t>
      </w:r>
    </w:p>
    <w:p w14:paraId="4A10A016" w14:textId="1CCD3CD9" w:rsidR="00911399" w:rsidRPr="001C1414" w:rsidRDefault="00C8333D" w:rsidP="00911399">
      <w:pPr>
        <w:spacing w:after="0"/>
        <w:rPr>
          <w:sz w:val="16"/>
          <w:szCs w:val="16"/>
          <w:lang w:val="es-ES"/>
        </w:rPr>
      </w:pPr>
      <w:r w:rsidRPr="001C1414">
        <w:rPr>
          <w:sz w:val="16"/>
          <w:szCs w:val="16"/>
          <w:lang w:val="es-ES"/>
        </w:rPr>
        <w:t xml:space="preserve">42 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r w:rsidRPr="001C1414">
        <w:rPr>
          <w:sz w:val="16"/>
          <w:szCs w:val="16"/>
          <w:lang w:val="es-ES"/>
        </w:rPr>
        <w:t xml:space="preserve">. </w:t>
      </w:r>
      <w:hyperlink r:id="rId37" w:history="1">
        <w:r w:rsidRPr="00817137">
          <w:rPr>
            <w:rStyle w:val="Hyperlink"/>
            <w:sz w:val="16"/>
            <w:szCs w:val="16"/>
            <w:lang w:val="es-ES"/>
          </w:rPr>
          <w:t>A/HRC/44/51</w:t>
        </w:r>
      </w:hyperlink>
      <w:r w:rsidRPr="001C1414">
        <w:rPr>
          <w:sz w:val="16"/>
          <w:szCs w:val="16"/>
          <w:lang w:val="es-ES"/>
        </w:rPr>
        <w:t>.</w:t>
      </w:r>
      <w:r w:rsidR="00911399" w:rsidRPr="001C1414">
        <w:rPr>
          <w:sz w:val="16"/>
          <w:szCs w:val="16"/>
          <w:lang w:val="es-ES"/>
        </w:rPr>
        <w:t xml:space="preserve"> </w:t>
      </w:r>
    </w:p>
    <w:p w14:paraId="1170B759" w14:textId="46ED56A1" w:rsidR="00313240" w:rsidRPr="00D71D80" w:rsidRDefault="00911399" w:rsidP="00D71D8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  <w:r w:rsidRPr="001C1414">
        <w:rPr>
          <w:sz w:val="16"/>
          <w:szCs w:val="16"/>
          <w:lang w:val="es-ES"/>
        </w:rPr>
        <w:t xml:space="preserve">43 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r w:rsidRPr="001C1414">
        <w:rPr>
          <w:sz w:val="16"/>
          <w:szCs w:val="16"/>
          <w:lang w:val="es-ES"/>
        </w:rPr>
        <w:t xml:space="preserve">. </w:t>
      </w:r>
      <w:hyperlink r:id="rId38" w:history="1">
        <w:r w:rsidR="00817137" w:rsidRPr="00053A21">
          <w:rPr>
            <w:rStyle w:val="Hyperlink"/>
            <w:sz w:val="16"/>
            <w:szCs w:val="16"/>
            <w:lang w:val="es-ES"/>
          </w:rPr>
          <w:t>https://www.ilo.org/resource/news/unpaid-care-work-prevents-708-million-women-participating-labour-market</w:t>
        </w:r>
      </w:hyperlink>
      <w:r w:rsidRPr="001C1414">
        <w:rPr>
          <w:sz w:val="16"/>
          <w:szCs w:val="16"/>
          <w:lang w:val="es-ES"/>
        </w:rPr>
        <w:t xml:space="preserve">; ve </w:t>
      </w:r>
      <w:proofErr w:type="spellStart"/>
      <w:r w:rsidRPr="001C1414">
        <w:rPr>
          <w:sz w:val="16"/>
          <w:szCs w:val="16"/>
          <w:lang w:val="es-ES"/>
        </w:rPr>
        <w:t>Ekonomik</w:t>
      </w:r>
      <w:proofErr w:type="spellEnd"/>
      <w:r w:rsidRPr="001C1414">
        <w:rPr>
          <w:sz w:val="16"/>
          <w:szCs w:val="16"/>
          <w:lang w:val="es-ES"/>
        </w:rPr>
        <w:t xml:space="preserve"> </w:t>
      </w:r>
      <w:proofErr w:type="spellStart"/>
      <w:r w:rsidRPr="001C1414">
        <w:rPr>
          <w:sz w:val="16"/>
          <w:szCs w:val="16"/>
          <w:lang w:val="es-ES"/>
        </w:rPr>
        <w:t>İşbirliği</w:t>
      </w:r>
      <w:proofErr w:type="spellEnd"/>
      <w:r w:rsidRPr="001C1414">
        <w:rPr>
          <w:sz w:val="16"/>
          <w:szCs w:val="16"/>
          <w:lang w:val="es-ES"/>
        </w:rPr>
        <w:t xml:space="preserve"> ve </w:t>
      </w:r>
      <w:proofErr w:type="spellStart"/>
      <w:r w:rsidRPr="001C1414">
        <w:rPr>
          <w:sz w:val="16"/>
          <w:szCs w:val="16"/>
          <w:lang w:val="es-ES"/>
        </w:rPr>
        <w:t>Kalkınma</w:t>
      </w:r>
      <w:proofErr w:type="spellEnd"/>
      <w:r w:rsidRPr="001C1414">
        <w:rPr>
          <w:sz w:val="16"/>
          <w:szCs w:val="16"/>
          <w:lang w:val="es-ES"/>
        </w:rPr>
        <w:t xml:space="preserve"> </w:t>
      </w:r>
      <w:proofErr w:type="spellStart"/>
      <w:r w:rsidRPr="001C1414">
        <w:rPr>
          <w:sz w:val="16"/>
          <w:szCs w:val="16"/>
          <w:lang w:val="es-ES"/>
        </w:rPr>
        <w:t>Örgütü</w:t>
      </w:r>
      <w:proofErr w:type="spellEnd"/>
      <w:r w:rsidRPr="001C1414">
        <w:rPr>
          <w:sz w:val="16"/>
          <w:szCs w:val="16"/>
          <w:lang w:val="es-ES"/>
        </w:rPr>
        <w:t xml:space="preserve">, </w:t>
      </w:r>
      <w:r w:rsidR="00D71D80" w:rsidRPr="00D71D80">
        <w:rPr>
          <w:rFonts w:ascii="Cambria" w:hAnsi="Cambria" w:cs="Times New Roman"/>
          <w:i/>
          <w:iCs/>
          <w:color w:val="000000"/>
          <w:sz w:val="16"/>
          <w:szCs w:val="16"/>
        </w:rPr>
        <w:t>Joining Forces for Gender Equality: What is Holding us Back?</w:t>
      </w:r>
      <w:r w:rsidR="00D71D80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1C1414">
        <w:rPr>
          <w:sz w:val="16"/>
          <w:szCs w:val="16"/>
        </w:rPr>
        <w:t>(Paris, 2023).</w:t>
      </w:r>
      <w:r w:rsidRPr="001C1414">
        <w:rPr>
          <w:sz w:val="16"/>
          <w:szCs w:val="16"/>
        </w:rPr>
        <w:br/>
        <w:t xml:space="preserve">44  ILO, </w:t>
      </w:r>
      <w:r w:rsidR="00A45BB2" w:rsidRPr="00A45BB2">
        <w:rPr>
          <w:rFonts w:ascii="Cambria" w:hAnsi="Cambria" w:cs="Times New Roman"/>
          <w:color w:val="000000"/>
          <w:sz w:val="16"/>
          <w:szCs w:val="16"/>
        </w:rPr>
        <w:t xml:space="preserve">The impact of care responsibilities on women’s </w:t>
      </w:r>
      <w:proofErr w:type="spellStart"/>
      <w:r w:rsidR="00A45BB2" w:rsidRPr="00A45BB2">
        <w:rPr>
          <w:rFonts w:ascii="Cambria" w:hAnsi="Cambria" w:cs="Times New Roman"/>
          <w:color w:val="000000"/>
          <w:sz w:val="16"/>
          <w:szCs w:val="16"/>
        </w:rPr>
        <w:t>labour</w:t>
      </w:r>
      <w:proofErr w:type="spellEnd"/>
      <w:r w:rsidR="00A45BB2" w:rsidRPr="00A45BB2">
        <w:rPr>
          <w:rFonts w:ascii="Cambria" w:hAnsi="Cambria" w:cs="Times New Roman"/>
          <w:color w:val="000000"/>
          <w:sz w:val="16"/>
          <w:szCs w:val="16"/>
        </w:rPr>
        <w:t xml:space="preserve"> force participation, </w:t>
      </w:r>
      <w:r w:rsidR="0061462C">
        <w:rPr>
          <w:rFonts w:ascii="Cambria" w:hAnsi="Cambria" w:cs="Times New Roman"/>
          <w:color w:val="000000"/>
          <w:sz w:val="16"/>
          <w:szCs w:val="16"/>
        </w:rPr>
        <w:t>S</w:t>
      </w:r>
      <w:r w:rsidR="00A45BB2" w:rsidRPr="00A45BB2">
        <w:rPr>
          <w:rFonts w:ascii="Cambria" w:hAnsi="Cambria" w:cs="Times New Roman"/>
          <w:color w:val="000000"/>
          <w:sz w:val="16"/>
          <w:szCs w:val="16"/>
        </w:rPr>
        <w:t xml:space="preserve">tatistical </w:t>
      </w:r>
      <w:r w:rsidR="0061462C">
        <w:rPr>
          <w:rFonts w:ascii="Cambria" w:hAnsi="Cambria" w:cs="Times New Roman"/>
          <w:color w:val="000000"/>
          <w:sz w:val="16"/>
          <w:szCs w:val="16"/>
        </w:rPr>
        <w:t>B</w:t>
      </w:r>
      <w:r w:rsidR="00A45BB2" w:rsidRPr="00A45BB2">
        <w:rPr>
          <w:rFonts w:ascii="Cambria" w:hAnsi="Cambria" w:cs="Times New Roman"/>
          <w:color w:val="000000"/>
          <w:sz w:val="16"/>
          <w:szCs w:val="16"/>
        </w:rPr>
        <w:t>rief</w:t>
      </w:r>
      <w:r w:rsidRPr="00A45BB2">
        <w:rPr>
          <w:rFonts w:ascii="Cambria" w:hAnsi="Cambria"/>
          <w:sz w:val="16"/>
          <w:szCs w:val="16"/>
        </w:rPr>
        <w:t>,</w:t>
      </w:r>
      <w:r w:rsidRPr="001C1414">
        <w:rPr>
          <w:sz w:val="16"/>
          <w:szCs w:val="16"/>
        </w:rPr>
        <w:t xml:space="preserve"> 29 </w:t>
      </w:r>
      <w:proofErr w:type="spellStart"/>
      <w:r w:rsidRPr="001C1414">
        <w:rPr>
          <w:sz w:val="16"/>
          <w:szCs w:val="16"/>
        </w:rPr>
        <w:t>Ekim</w:t>
      </w:r>
      <w:proofErr w:type="spellEnd"/>
      <w:r w:rsidRPr="001C1414">
        <w:rPr>
          <w:sz w:val="16"/>
          <w:szCs w:val="16"/>
        </w:rPr>
        <w:t xml:space="preserve"> 2024, s. 1.</w:t>
      </w:r>
      <w:r w:rsidR="000C7284" w:rsidRPr="003B2022">
        <w:rPr>
          <w:lang w:val="es-ES"/>
        </w:rPr>
        <w:br/>
      </w:r>
    </w:p>
    <w:p w14:paraId="4888E764" w14:textId="0A4460E7" w:rsidR="00911399" w:rsidRPr="00313240" w:rsidRDefault="000C7284" w:rsidP="006E736E">
      <w:pPr>
        <w:spacing w:after="0"/>
        <w:jc w:val="both"/>
        <w:rPr>
          <w:sz w:val="20"/>
          <w:szCs w:val="20"/>
          <w:highlight w:val="cyan"/>
        </w:rPr>
      </w:pPr>
      <w:r w:rsidRPr="00313240">
        <w:rPr>
          <w:sz w:val="20"/>
          <w:szCs w:val="20"/>
          <w:lang w:val="es-ES"/>
        </w:rPr>
        <w:lastRenderedPageBreak/>
        <w:t xml:space="preserve">Bu </w:t>
      </w:r>
      <w:proofErr w:type="spellStart"/>
      <w:r w:rsidRPr="00313240">
        <w:rPr>
          <w:sz w:val="20"/>
          <w:szCs w:val="20"/>
          <w:lang w:val="es-ES"/>
        </w:rPr>
        <w:t>fark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="00021492" w:rsidRPr="00021492">
        <w:rPr>
          <w:sz w:val="20"/>
          <w:szCs w:val="20"/>
          <w:lang w:val="es-ES"/>
        </w:rPr>
        <w:t>beyaz</w:t>
      </w:r>
      <w:proofErr w:type="spellEnd"/>
      <w:r w:rsidR="00021492" w:rsidRPr="00021492">
        <w:rPr>
          <w:sz w:val="20"/>
          <w:szCs w:val="20"/>
          <w:lang w:val="es-ES"/>
        </w:rPr>
        <w:t xml:space="preserve"> </w:t>
      </w:r>
      <w:proofErr w:type="spellStart"/>
      <w:r w:rsidR="00021492" w:rsidRPr="00021492">
        <w:rPr>
          <w:sz w:val="20"/>
          <w:szCs w:val="20"/>
          <w:lang w:val="es-ES"/>
        </w:rPr>
        <w:t>olmayan</w:t>
      </w:r>
      <w:proofErr w:type="spellEnd"/>
      <w:r w:rsidRPr="00021492">
        <w:rPr>
          <w:sz w:val="20"/>
          <w:szCs w:val="20"/>
          <w:lang w:val="es-ES"/>
        </w:rPr>
        <w:t xml:space="preserve"> </w:t>
      </w:r>
      <w:proofErr w:type="spellStart"/>
      <w:r w:rsidRPr="00021492">
        <w:rPr>
          <w:sz w:val="20"/>
          <w:szCs w:val="20"/>
          <w:lang w:val="es-ES"/>
        </w:rPr>
        <w:t>kadınlar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yerli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kadınlar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için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daha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yüksektir</w:t>
      </w:r>
      <w:proofErr w:type="spellEnd"/>
      <w:r w:rsidRPr="001C1414">
        <w:rPr>
          <w:sz w:val="20"/>
          <w:szCs w:val="20"/>
          <w:lang w:val="es-ES"/>
        </w:rPr>
        <w:t>.</w:t>
      </w:r>
      <w:r w:rsidR="00E57FA8" w:rsidRPr="001C1414">
        <w:rPr>
          <w:sz w:val="20"/>
          <w:szCs w:val="20"/>
          <w:lang w:val="es-ES"/>
        </w:rPr>
        <w:t xml:space="preserve"> </w:t>
      </w:r>
      <w:r w:rsidR="003D28FB" w:rsidRPr="001C1414">
        <w:rPr>
          <w:sz w:val="20"/>
          <w:szCs w:val="20"/>
          <w:lang w:val="es-ES"/>
        </w:rPr>
        <w:t>(</w:t>
      </w:r>
      <w:r w:rsidRPr="001C1414">
        <w:rPr>
          <w:sz w:val="20"/>
          <w:szCs w:val="20"/>
          <w:lang w:val="es-ES"/>
        </w:rPr>
        <w:t>45</w:t>
      </w:r>
      <w:r w:rsidR="003D28FB" w:rsidRPr="001C1414">
        <w:rPr>
          <w:sz w:val="20"/>
          <w:szCs w:val="20"/>
          <w:lang w:val="es-ES"/>
        </w:rPr>
        <w:t>)</w:t>
      </w:r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Mevcut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eğilimler</w:t>
      </w:r>
      <w:proofErr w:type="spellEnd"/>
      <w:r w:rsidRPr="001C1414">
        <w:rPr>
          <w:sz w:val="20"/>
          <w:szCs w:val="20"/>
          <w:lang w:val="es-ES"/>
        </w:rPr>
        <w:t xml:space="preserve">, </w:t>
      </w:r>
      <w:proofErr w:type="spellStart"/>
      <w:r w:rsidRPr="001C1414">
        <w:rPr>
          <w:sz w:val="20"/>
          <w:szCs w:val="20"/>
          <w:lang w:val="es-ES"/>
        </w:rPr>
        <w:t>ücret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farkının</w:t>
      </w:r>
      <w:proofErr w:type="spellEnd"/>
      <w:r w:rsidRPr="001C1414">
        <w:rPr>
          <w:sz w:val="20"/>
          <w:szCs w:val="20"/>
          <w:lang w:val="es-ES"/>
        </w:rPr>
        <w:t xml:space="preserve"> 134 </w:t>
      </w:r>
      <w:proofErr w:type="spellStart"/>
      <w:r w:rsidRPr="001C1414">
        <w:rPr>
          <w:sz w:val="20"/>
          <w:szCs w:val="20"/>
          <w:lang w:val="es-ES"/>
        </w:rPr>
        <w:t>yıl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daha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kapanmayacağını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göstermektedir</w:t>
      </w:r>
      <w:proofErr w:type="spellEnd"/>
      <w:r w:rsidRPr="001C1414">
        <w:rPr>
          <w:sz w:val="20"/>
          <w:szCs w:val="20"/>
          <w:lang w:val="es-ES"/>
        </w:rPr>
        <w:t>.</w:t>
      </w:r>
      <w:r w:rsidR="00E57FA8" w:rsidRPr="001C1414">
        <w:rPr>
          <w:sz w:val="20"/>
          <w:szCs w:val="20"/>
          <w:lang w:val="es-ES"/>
        </w:rPr>
        <w:t xml:space="preserve"> (</w:t>
      </w:r>
      <w:r w:rsidRPr="001C1414">
        <w:rPr>
          <w:sz w:val="20"/>
          <w:szCs w:val="20"/>
          <w:lang w:val="es-ES"/>
        </w:rPr>
        <w:t>46</w:t>
      </w:r>
      <w:r w:rsidR="00E57FA8" w:rsidRPr="001C1414">
        <w:rPr>
          <w:sz w:val="20"/>
          <w:szCs w:val="20"/>
          <w:lang w:val="es-ES"/>
        </w:rPr>
        <w:t>)</w:t>
      </w:r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Kadınlar</w:t>
      </w:r>
      <w:proofErr w:type="spellEnd"/>
      <w:r w:rsidRPr="001C1414">
        <w:rPr>
          <w:sz w:val="20"/>
          <w:szCs w:val="20"/>
          <w:lang w:val="es-ES"/>
        </w:rPr>
        <w:t xml:space="preserve"> ve </w:t>
      </w:r>
      <w:proofErr w:type="spellStart"/>
      <w:r w:rsidRPr="001C1414">
        <w:rPr>
          <w:sz w:val="20"/>
          <w:szCs w:val="20"/>
          <w:lang w:val="es-ES"/>
        </w:rPr>
        <w:t>kızlar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anne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olduklarında</w:t>
      </w:r>
      <w:proofErr w:type="spellEnd"/>
      <w:r w:rsidRPr="001C1414">
        <w:rPr>
          <w:sz w:val="20"/>
          <w:szCs w:val="20"/>
          <w:lang w:val="es-ES"/>
        </w:rPr>
        <w:t xml:space="preserve">, </w:t>
      </w:r>
      <w:proofErr w:type="spellStart"/>
      <w:r w:rsidRPr="001C1414">
        <w:rPr>
          <w:sz w:val="20"/>
          <w:szCs w:val="20"/>
          <w:lang w:val="es-ES"/>
        </w:rPr>
        <w:t>ücretsiz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bakım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ile</w:t>
      </w:r>
      <w:proofErr w:type="spellEnd"/>
      <w:r w:rsidR="000104BF" w:rsidRPr="001C1414">
        <w:rPr>
          <w:sz w:val="20"/>
          <w:szCs w:val="20"/>
          <w:lang w:val="es-ES"/>
        </w:rPr>
        <w:t xml:space="preserve"> </w:t>
      </w:r>
      <w:proofErr w:type="spellStart"/>
      <w:r w:rsidR="000104BF" w:rsidRPr="001C1414">
        <w:rPr>
          <w:sz w:val="20"/>
          <w:szCs w:val="20"/>
          <w:lang w:val="es-ES"/>
        </w:rPr>
        <w:t>mad</w:t>
      </w:r>
      <w:r w:rsidR="00035002" w:rsidRPr="001C1414">
        <w:rPr>
          <w:sz w:val="20"/>
          <w:szCs w:val="20"/>
          <w:lang w:val="es-ES"/>
        </w:rPr>
        <w:t>di</w:t>
      </w:r>
      <w:proofErr w:type="spellEnd"/>
      <w:r w:rsidR="00035002" w:rsidRPr="001C1414">
        <w:rPr>
          <w:sz w:val="20"/>
          <w:szCs w:val="20"/>
          <w:lang w:val="es-ES"/>
        </w:rPr>
        <w:t xml:space="preserve"> </w:t>
      </w:r>
      <w:proofErr w:type="spellStart"/>
      <w:r w:rsidR="00035002" w:rsidRPr="001C1414">
        <w:rPr>
          <w:sz w:val="20"/>
          <w:szCs w:val="20"/>
          <w:lang w:val="es-ES"/>
        </w:rPr>
        <w:t>ihtiyaçları</w:t>
      </w:r>
      <w:proofErr w:type="spellEnd"/>
      <w:r w:rsidR="007B733C" w:rsidRPr="001C1414">
        <w:rPr>
          <w:sz w:val="20"/>
          <w:szCs w:val="20"/>
          <w:lang w:val="es-ES"/>
        </w:rPr>
        <w:t xml:space="preserve"> </w:t>
      </w:r>
      <w:r w:rsidRPr="001C1414">
        <w:rPr>
          <w:sz w:val="20"/>
          <w:szCs w:val="20"/>
          <w:lang w:val="es-ES"/>
        </w:rPr>
        <w:t xml:space="preserve">ve </w:t>
      </w:r>
      <w:proofErr w:type="spellStart"/>
      <w:r w:rsidRPr="001C1414">
        <w:rPr>
          <w:sz w:val="20"/>
          <w:szCs w:val="20"/>
          <w:lang w:val="es-ES"/>
        </w:rPr>
        <w:t>bakım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ihtiyaçları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artarken</w:t>
      </w:r>
      <w:proofErr w:type="spellEnd"/>
      <w:r w:rsidRPr="001C1414">
        <w:rPr>
          <w:sz w:val="20"/>
          <w:szCs w:val="20"/>
          <w:lang w:val="es-ES"/>
        </w:rPr>
        <w:t xml:space="preserve">, </w:t>
      </w:r>
      <w:proofErr w:type="spellStart"/>
      <w:r w:rsidRPr="001C1414">
        <w:rPr>
          <w:sz w:val="20"/>
          <w:szCs w:val="20"/>
          <w:lang w:val="es-ES"/>
        </w:rPr>
        <w:t>annelik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cezası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nedeniyle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kazançları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azalmaktadır</w:t>
      </w:r>
      <w:proofErr w:type="spellEnd"/>
      <w:r w:rsidRPr="001C1414">
        <w:rPr>
          <w:sz w:val="20"/>
          <w:szCs w:val="20"/>
          <w:lang w:val="es-ES"/>
        </w:rPr>
        <w:t xml:space="preserve">. </w:t>
      </w:r>
      <w:r w:rsidR="008A3E35" w:rsidRPr="001C1414">
        <w:rPr>
          <w:sz w:val="20"/>
          <w:szCs w:val="20"/>
          <w:lang w:val="es-ES"/>
        </w:rPr>
        <w:t>(</w:t>
      </w:r>
      <w:r w:rsidRPr="001C1414">
        <w:rPr>
          <w:sz w:val="20"/>
          <w:szCs w:val="20"/>
          <w:lang w:val="es-ES"/>
        </w:rPr>
        <w:t>47</w:t>
      </w:r>
      <w:r w:rsidR="00B80752" w:rsidRPr="001C1414">
        <w:rPr>
          <w:sz w:val="20"/>
          <w:szCs w:val="20"/>
          <w:lang w:val="es-ES"/>
        </w:rPr>
        <w:t>)</w:t>
      </w:r>
      <w:r w:rsidRPr="001C1414">
        <w:rPr>
          <w:sz w:val="20"/>
          <w:szCs w:val="20"/>
          <w:lang w:val="es-ES"/>
        </w:rPr>
        <w:t xml:space="preserve"> Buna </w:t>
      </w:r>
      <w:proofErr w:type="spellStart"/>
      <w:r w:rsidRPr="001C1414">
        <w:rPr>
          <w:sz w:val="20"/>
          <w:szCs w:val="20"/>
          <w:lang w:val="es-ES"/>
        </w:rPr>
        <w:t>karşılık</w:t>
      </w:r>
      <w:proofErr w:type="spellEnd"/>
      <w:r w:rsidRPr="001C1414">
        <w:rPr>
          <w:sz w:val="20"/>
          <w:szCs w:val="20"/>
          <w:lang w:val="es-ES"/>
        </w:rPr>
        <w:t xml:space="preserve">, </w:t>
      </w:r>
      <w:proofErr w:type="spellStart"/>
      <w:r w:rsidRPr="001C1414">
        <w:rPr>
          <w:sz w:val="20"/>
          <w:szCs w:val="20"/>
          <w:lang w:val="es-ES"/>
        </w:rPr>
        <w:t>erkekler</w:t>
      </w:r>
      <w:proofErr w:type="spellEnd"/>
      <w:r w:rsidRPr="001C1414">
        <w:rPr>
          <w:sz w:val="20"/>
          <w:szCs w:val="20"/>
          <w:lang w:val="es-ES"/>
        </w:rPr>
        <w:t xml:space="preserve"> "</w:t>
      </w:r>
      <w:proofErr w:type="spellStart"/>
      <w:r w:rsidRPr="001C1414">
        <w:rPr>
          <w:sz w:val="20"/>
          <w:szCs w:val="20"/>
          <w:lang w:val="es-ES"/>
        </w:rPr>
        <w:t>babalık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bonusu"ndan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yararlanmaktadır</w:t>
      </w:r>
      <w:proofErr w:type="spellEnd"/>
      <w:r w:rsidRPr="001C1414">
        <w:rPr>
          <w:sz w:val="20"/>
          <w:szCs w:val="20"/>
          <w:lang w:val="es-ES"/>
        </w:rPr>
        <w:t xml:space="preserve">. </w:t>
      </w:r>
      <w:r w:rsidR="00CA5CFE" w:rsidRPr="001C1414">
        <w:rPr>
          <w:sz w:val="20"/>
          <w:szCs w:val="20"/>
          <w:lang w:val="es-ES"/>
        </w:rPr>
        <w:t>(</w:t>
      </w:r>
      <w:r w:rsidRPr="001C1414">
        <w:rPr>
          <w:sz w:val="20"/>
          <w:szCs w:val="20"/>
          <w:lang w:val="es-ES"/>
        </w:rPr>
        <w:t>48</w:t>
      </w:r>
      <w:r w:rsidR="00CA5CFE" w:rsidRPr="001C1414">
        <w:rPr>
          <w:sz w:val="20"/>
          <w:szCs w:val="20"/>
          <w:lang w:val="es-ES"/>
        </w:rPr>
        <w:t>)</w:t>
      </w:r>
    </w:p>
    <w:p w14:paraId="7A8DD9E3" w14:textId="77777777" w:rsidR="00C57399" w:rsidRDefault="000C7284" w:rsidP="00C57399">
      <w:pPr>
        <w:spacing w:after="0"/>
        <w:rPr>
          <w:b/>
          <w:bCs/>
          <w:sz w:val="20"/>
          <w:szCs w:val="20"/>
          <w:lang w:val="es-ES"/>
        </w:rPr>
      </w:pPr>
      <w:r w:rsidRPr="003B2022">
        <w:rPr>
          <w:lang w:val="es-ES"/>
        </w:rPr>
        <w:br/>
      </w:r>
      <w:r w:rsidRPr="00313240">
        <w:rPr>
          <w:b/>
          <w:bCs/>
          <w:sz w:val="20"/>
          <w:szCs w:val="20"/>
          <w:lang w:val="es-ES"/>
        </w:rPr>
        <w:t>D.</w:t>
      </w:r>
      <w:r w:rsidR="00911399" w:rsidRPr="00313240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313240">
        <w:rPr>
          <w:b/>
          <w:bCs/>
          <w:sz w:val="20"/>
          <w:szCs w:val="20"/>
          <w:lang w:val="es-ES"/>
        </w:rPr>
        <w:t>Sağlık</w:t>
      </w:r>
      <w:proofErr w:type="spellEnd"/>
      <w:r w:rsidRPr="00313240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313240">
        <w:rPr>
          <w:b/>
          <w:bCs/>
          <w:sz w:val="20"/>
          <w:szCs w:val="20"/>
          <w:lang w:val="es-ES"/>
        </w:rPr>
        <w:t>hakkı</w:t>
      </w:r>
      <w:proofErr w:type="spellEnd"/>
    </w:p>
    <w:p w14:paraId="0B648F52" w14:textId="01C4EB91" w:rsidR="005347F2" w:rsidRPr="00911399" w:rsidRDefault="000C7284" w:rsidP="006E736E">
      <w:pPr>
        <w:jc w:val="both"/>
        <w:rPr>
          <w:lang w:val="es-ES"/>
        </w:rPr>
      </w:pPr>
      <w:r w:rsidRPr="00313240">
        <w:rPr>
          <w:sz w:val="20"/>
          <w:szCs w:val="20"/>
          <w:lang w:val="es-ES"/>
        </w:rPr>
        <w:br/>
        <w:t xml:space="preserve">16. </w:t>
      </w:r>
      <w:proofErr w:type="spellStart"/>
      <w:r w:rsidRPr="00313240">
        <w:rPr>
          <w:sz w:val="20"/>
          <w:szCs w:val="20"/>
          <w:lang w:val="es-ES"/>
        </w:rPr>
        <w:t>Kadınların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sağlık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hakkından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yararlanma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becerisi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ücretsiz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işlerinin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düzeyleri</w:t>
      </w:r>
      <w:proofErr w:type="spellEnd"/>
      <w:r w:rsidRPr="00313240">
        <w:rPr>
          <w:sz w:val="20"/>
          <w:szCs w:val="20"/>
          <w:lang w:val="es-ES"/>
        </w:rPr>
        <w:t xml:space="preserve"> de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dahil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olmak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üzere</w:t>
      </w:r>
      <w:proofErr w:type="spellEnd"/>
      <w:r w:rsidRPr="00313240">
        <w:rPr>
          <w:sz w:val="20"/>
          <w:szCs w:val="20"/>
          <w:lang w:val="es-ES"/>
        </w:rPr>
        <w:t xml:space="preserve"> bir </w:t>
      </w:r>
      <w:proofErr w:type="spellStart"/>
      <w:r w:rsidRPr="00313240">
        <w:rPr>
          <w:sz w:val="20"/>
          <w:szCs w:val="20"/>
          <w:lang w:val="es-ES"/>
        </w:rPr>
        <w:t>dizi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karmaşık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faktöre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bağlıdır</w:t>
      </w:r>
      <w:proofErr w:type="spellEnd"/>
      <w:r w:rsidRPr="00313240">
        <w:rPr>
          <w:sz w:val="20"/>
          <w:szCs w:val="20"/>
          <w:lang w:val="es-ES"/>
        </w:rPr>
        <w:t xml:space="preserve">. </w:t>
      </w:r>
      <w:proofErr w:type="spellStart"/>
      <w:r w:rsidRPr="00313240">
        <w:rPr>
          <w:sz w:val="20"/>
          <w:szCs w:val="20"/>
          <w:lang w:val="es-ES"/>
        </w:rPr>
        <w:t>Gerçekleştirilen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işlerinin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türü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bunların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tekrarlayıcı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veya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basit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niteliği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sadece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yüksek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düşük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gelirli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ülkelerdeki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r w:rsidRPr="00313240">
        <w:rPr>
          <w:sz w:val="20"/>
          <w:szCs w:val="20"/>
          <w:lang w:val="es-ES"/>
        </w:rPr>
        <w:br/>
      </w:r>
      <w:proofErr w:type="spellStart"/>
      <w:r w:rsidRPr="00313240">
        <w:rPr>
          <w:sz w:val="20"/>
          <w:szCs w:val="20"/>
          <w:lang w:val="es-ES"/>
        </w:rPr>
        <w:t>verenler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arasında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değil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aynı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zamanda</w:t>
      </w:r>
      <w:proofErr w:type="spellEnd"/>
      <w:r w:rsidR="009D1873" w:rsidRPr="00313240">
        <w:rPr>
          <w:sz w:val="20"/>
          <w:szCs w:val="20"/>
          <w:lang w:val="es-ES"/>
        </w:rPr>
        <w:t xml:space="preserve"> </w:t>
      </w:r>
      <w:proofErr w:type="spellStart"/>
      <w:r w:rsidR="009D1873" w:rsidRPr="00313240">
        <w:rPr>
          <w:sz w:val="20"/>
          <w:szCs w:val="20"/>
          <w:lang w:val="es-ES"/>
        </w:rPr>
        <w:t>aynı</w:t>
      </w:r>
      <w:proofErr w:type="spellEnd"/>
      <w:r w:rsidR="009D1873" w:rsidRPr="00313240">
        <w:rPr>
          <w:sz w:val="20"/>
          <w:szCs w:val="20"/>
          <w:lang w:val="es-ES"/>
        </w:rPr>
        <w:t xml:space="preserve"> </w:t>
      </w:r>
      <w:proofErr w:type="spellStart"/>
      <w:r w:rsidR="001C0F98" w:rsidRPr="00313240">
        <w:rPr>
          <w:sz w:val="20"/>
          <w:szCs w:val="20"/>
          <w:lang w:val="es-ES"/>
        </w:rPr>
        <w:t>ülke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içindeki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farklı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gelir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grupları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arasında</w:t>
      </w:r>
      <w:proofErr w:type="spellEnd"/>
      <w:r w:rsidRPr="00313240">
        <w:rPr>
          <w:sz w:val="20"/>
          <w:szCs w:val="20"/>
          <w:lang w:val="es-ES"/>
        </w:rPr>
        <w:t xml:space="preserve"> da </w:t>
      </w:r>
      <w:proofErr w:type="spellStart"/>
      <w:r w:rsidRPr="00313240">
        <w:rPr>
          <w:sz w:val="20"/>
          <w:szCs w:val="20"/>
          <w:lang w:val="es-ES"/>
        </w:rPr>
        <w:t>farklılık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göstermektedir</w:t>
      </w:r>
      <w:proofErr w:type="spellEnd"/>
      <w:r w:rsidRPr="001C1414">
        <w:rPr>
          <w:sz w:val="20"/>
          <w:szCs w:val="20"/>
          <w:lang w:val="es-ES"/>
        </w:rPr>
        <w:t>.</w:t>
      </w:r>
      <w:r w:rsidR="00313240" w:rsidRPr="001C1414">
        <w:rPr>
          <w:sz w:val="20"/>
          <w:szCs w:val="20"/>
          <w:lang w:val="es-ES"/>
        </w:rPr>
        <w:t xml:space="preserve"> </w:t>
      </w:r>
      <w:r w:rsidRPr="001C1414">
        <w:rPr>
          <w:sz w:val="20"/>
          <w:szCs w:val="20"/>
          <w:lang w:val="es-ES"/>
        </w:rPr>
        <w:t xml:space="preserve">(49) </w:t>
      </w:r>
      <w:proofErr w:type="spellStart"/>
      <w:r w:rsidRPr="001C1414">
        <w:rPr>
          <w:sz w:val="20"/>
          <w:szCs w:val="20"/>
          <w:lang w:val="es-ES"/>
        </w:rPr>
        <w:t>Çocuklarla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oynamak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gibi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doğrudan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ücretsiz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bakım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stresi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azaltıcı</w:t>
      </w:r>
      <w:proofErr w:type="spellEnd"/>
      <w:r w:rsidRPr="001C1414">
        <w:rPr>
          <w:sz w:val="20"/>
          <w:szCs w:val="20"/>
          <w:lang w:val="es-ES"/>
        </w:rPr>
        <w:t xml:space="preserve"> ve </w:t>
      </w:r>
      <w:proofErr w:type="spellStart"/>
      <w:r w:rsidRPr="001C1414">
        <w:rPr>
          <w:sz w:val="20"/>
          <w:szCs w:val="20"/>
          <w:lang w:val="es-ES"/>
        </w:rPr>
        <w:t>tatmin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edici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olabilirken</w:t>
      </w:r>
      <w:proofErr w:type="spellEnd"/>
      <w:r w:rsidRPr="001C1414">
        <w:rPr>
          <w:sz w:val="20"/>
          <w:szCs w:val="20"/>
          <w:lang w:val="es-ES"/>
        </w:rPr>
        <w:t xml:space="preserve">, bu </w:t>
      </w:r>
      <w:proofErr w:type="spellStart"/>
      <w:r w:rsidRPr="001C1414">
        <w:rPr>
          <w:sz w:val="20"/>
          <w:szCs w:val="20"/>
          <w:lang w:val="es-ES"/>
        </w:rPr>
        <w:t>işleri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dışarıya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yaptırmak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için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maddi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imkânları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olmayan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kadınlar</w:t>
      </w:r>
      <w:proofErr w:type="spellEnd"/>
      <w:r w:rsidRPr="001C1414">
        <w:rPr>
          <w:sz w:val="20"/>
          <w:szCs w:val="20"/>
          <w:lang w:val="es-ES"/>
        </w:rPr>
        <w:t xml:space="preserve">, </w:t>
      </w:r>
      <w:proofErr w:type="spellStart"/>
      <w:r w:rsidRPr="001C1414">
        <w:rPr>
          <w:sz w:val="20"/>
          <w:szCs w:val="20"/>
          <w:lang w:val="es-ES"/>
        </w:rPr>
        <w:t>zaman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alıcı</w:t>
      </w:r>
      <w:proofErr w:type="spellEnd"/>
      <w:r w:rsidRPr="001C1414">
        <w:rPr>
          <w:sz w:val="20"/>
          <w:szCs w:val="20"/>
          <w:lang w:val="es-ES"/>
        </w:rPr>
        <w:t xml:space="preserve"> ve </w:t>
      </w:r>
      <w:proofErr w:type="spellStart"/>
      <w:r w:rsidRPr="001C1414">
        <w:rPr>
          <w:sz w:val="20"/>
          <w:szCs w:val="20"/>
          <w:lang w:val="es-ES"/>
        </w:rPr>
        <w:t>fiziksel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olarak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zorlu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ev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gibi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dolaylı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bakım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işleriyle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yükümlüdürler</w:t>
      </w:r>
      <w:proofErr w:type="spellEnd"/>
      <w:r w:rsidRPr="001C1414">
        <w:rPr>
          <w:sz w:val="20"/>
          <w:szCs w:val="20"/>
          <w:lang w:val="es-ES"/>
        </w:rPr>
        <w:t xml:space="preserve"> ve bu da </w:t>
      </w:r>
      <w:proofErr w:type="spellStart"/>
      <w:r w:rsidRPr="001C1414">
        <w:rPr>
          <w:sz w:val="20"/>
          <w:szCs w:val="20"/>
          <w:lang w:val="es-ES"/>
        </w:rPr>
        <w:t>yorgunluk</w:t>
      </w:r>
      <w:proofErr w:type="spellEnd"/>
      <w:r w:rsidRPr="001C1414">
        <w:rPr>
          <w:sz w:val="20"/>
          <w:szCs w:val="20"/>
          <w:lang w:val="es-ES"/>
        </w:rPr>
        <w:t xml:space="preserve"> ve </w:t>
      </w:r>
      <w:proofErr w:type="spellStart"/>
      <w:r w:rsidRPr="001C1414">
        <w:rPr>
          <w:sz w:val="20"/>
          <w:szCs w:val="20"/>
          <w:lang w:val="es-ES"/>
        </w:rPr>
        <w:t>strese</w:t>
      </w:r>
      <w:proofErr w:type="spellEnd"/>
      <w:r w:rsidRPr="001C1414">
        <w:rPr>
          <w:sz w:val="20"/>
          <w:szCs w:val="20"/>
          <w:lang w:val="es-ES"/>
        </w:rPr>
        <w:t xml:space="preserve"> yol </w:t>
      </w:r>
      <w:proofErr w:type="spellStart"/>
      <w:r w:rsidRPr="001C1414">
        <w:rPr>
          <w:sz w:val="20"/>
          <w:szCs w:val="20"/>
          <w:lang w:val="es-ES"/>
        </w:rPr>
        <w:t>açmaktadır</w:t>
      </w:r>
      <w:proofErr w:type="spellEnd"/>
      <w:r w:rsidRPr="001C1414">
        <w:rPr>
          <w:sz w:val="20"/>
          <w:szCs w:val="20"/>
          <w:lang w:val="es-ES"/>
        </w:rPr>
        <w:t xml:space="preserve">. </w:t>
      </w:r>
      <w:proofErr w:type="spellStart"/>
      <w:r w:rsidRPr="001C1414">
        <w:rPr>
          <w:sz w:val="20"/>
          <w:szCs w:val="20"/>
          <w:lang w:val="es-ES"/>
        </w:rPr>
        <w:t>Ev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işlerini</w:t>
      </w:r>
      <w:proofErr w:type="spellEnd"/>
      <w:r w:rsidRPr="001C1414">
        <w:rPr>
          <w:sz w:val="20"/>
          <w:szCs w:val="20"/>
          <w:lang w:val="es-ES"/>
        </w:rPr>
        <w:t xml:space="preserve"> ve </w:t>
      </w:r>
      <w:proofErr w:type="spellStart"/>
      <w:r w:rsidRPr="001C1414">
        <w:rPr>
          <w:sz w:val="20"/>
          <w:szCs w:val="20"/>
          <w:lang w:val="es-ES"/>
        </w:rPr>
        <w:t>çocuk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bakımını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çok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stresli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bulan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kadınlar</w:t>
      </w:r>
      <w:proofErr w:type="spellEnd"/>
      <w:r w:rsidRPr="001C1414">
        <w:rPr>
          <w:sz w:val="20"/>
          <w:szCs w:val="20"/>
          <w:lang w:val="es-ES"/>
        </w:rPr>
        <w:t xml:space="preserve">, bu </w:t>
      </w:r>
      <w:proofErr w:type="spellStart"/>
      <w:r w:rsidRPr="001C1414">
        <w:rPr>
          <w:sz w:val="20"/>
          <w:szCs w:val="20"/>
          <w:lang w:val="es-ES"/>
        </w:rPr>
        <w:t>tür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ücretsiz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işlerden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düşük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stres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bildiren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kadınlara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göre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daha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yüksek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kortizol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seviyelerine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sahiptir</w:t>
      </w:r>
      <w:proofErr w:type="spellEnd"/>
      <w:r w:rsidRPr="001C1414">
        <w:rPr>
          <w:sz w:val="20"/>
          <w:szCs w:val="20"/>
          <w:lang w:val="es-ES"/>
        </w:rPr>
        <w:t xml:space="preserve"> ve normal </w:t>
      </w:r>
      <w:proofErr w:type="spellStart"/>
      <w:r w:rsidRPr="001C1414">
        <w:rPr>
          <w:sz w:val="20"/>
          <w:szCs w:val="20"/>
          <w:lang w:val="es-ES"/>
        </w:rPr>
        <w:t>kortizol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seviyelerine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daha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yavaş</w:t>
      </w:r>
      <w:proofErr w:type="spellEnd"/>
      <w:r w:rsidRPr="001C1414">
        <w:rPr>
          <w:sz w:val="20"/>
          <w:szCs w:val="20"/>
          <w:lang w:val="es-ES"/>
        </w:rPr>
        <w:t xml:space="preserve"> </w:t>
      </w:r>
      <w:proofErr w:type="spellStart"/>
      <w:r w:rsidRPr="001C1414">
        <w:rPr>
          <w:sz w:val="20"/>
          <w:szCs w:val="20"/>
          <w:lang w:val="es-ES"/>
        </w:rPr>
        <w:t>dönerler</w:t>
      </w:r>
      <w:proofErr w:type="spellEnd"/>
      <w:r w:rsidRPr="001C1414">
        <w:rPr>
          <w:sz w:val="20"/>
          <w:szCs w:val="20"/>
          <w:lang w:val="es-ES"/>
        </w:rPr>
        <w:t>, (50</w:t>
      </w:r>
      <w:r w:rsidR="00377DD4" w:rsidRPr="001C1414">
        <w:rPr>
          <w:sz w:val="20"/>
          <w:szCs w:val="20"/>
          <w:lang w:val="es-ES"/>
        </w:rPr>
        <w:t>)</w:t>
      </w:r>
      <w:r w:rsidR="003B2022" w:rsidRPr="001C1414">
        <w:rPr>
          <w:sz w:val="20"/>
          <w:szCs w:val="20"/>
          <w:lang w:val="es-ES"/>
        </w:rPr>
        <w:t xml:space="preserve"> </w:t>
      </w:r>
      <w:r w:rsidRPr="001C1414">
        <w:rPr>
          <w:sz w:val="20"/>
          <w:szCs w:val="20"/>
          <w:lang w:val="es-ES"/>
        </w:rPr>
        <w:t>bu</w:t>
      </w:r>
      <w:r w:rsidRPr="00313240">
        <w:rPr>
          <w:sz w:val="20"/>
          <w:szCs w:val="20"/>
          <w:lang w:val="es-ES"/>
        </w:rPr>
        <w:t xml:space="preserve"> da </w:t>
      </w:r>
      <w:proofErr w:type="spellStart"/>
      <w:r w:rsidRPr="00313240">
        <w:rPr>
          <w:sz w:val="20"/>
          <w:szCs w:val="20"/>
          <w:lang w:val="es-ES"/>
        </w:rPr>
        <w:t>depresyon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dahil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olmaküzere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olumsuz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ruh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sağlığı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sonuçlarını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kısmen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açıklamaktadır</w:t>
      </w:r>
      <w:proofErr w:type="spellEnd"/>
      <w:r w:rsidRPr="00313240">
        <w:rPr>
          <w:sz w:val="20"/>
          <w:szCs w:val="20"/>
          <w:lang w:val="es-ES"/>
        </w:rPr>
        <w:t xml:space="preserve">. </w:t>
      </w:r>
      <w:proofErr w:type="spellStart"/>
      <w:r w:rsidRPr="00313240">
        <w:rPr>
          <w:sz w:val="20"/>
          <w:szCs w:val="20"/>
          <w:lang w:val="es-ES"/>
        </w:rPr>
        <w:t>Ayrıca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bilişsel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duygusal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katılım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boş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zaman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öz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bakım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aile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arkadaşlarla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iletişim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eksikliği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sıkıntı</w:t>
      </w:r>
      <w:proofErr w:type="spellEnd"/>
      <w:r w:rsidRPr="00313240">
        <w:rPr>
          <w:sz w:val="20"/>
          <w:szCs w:val="20"/>
          <w:lang w:val="es-ES"/>
        </w:rPr>
        <w:t xml:space="preserve">, </w:t>
      </w:r>
      <w:proofErr w:type="spellStart"/>
      <w:r w:rsidRPr="00313240">
        <w:rPr>
          <w:sz w:val="20"/>
          <w:szCs w:val="20"/>
          <w:lang w:val="es-ES"/>
        </w:rPr>
        <w:t>depresyon</w:t>
      </w:r>
      <w:proofErr w:type="spellEnd"/>
      <w:r w:rsidRPr="00313240">
        <w:rPr>
          <w:sz w:val="20"/>
          <w:szCs w:val="20"/>
          <w:lang w:val="es-ES"/>
        </w:rPr>
        <w:t xml:space="preserve"> ve </w:t>
      </w:r>
      <w:proofErr w:type="spellStart"/>
      <w:r w:rsidRPr="00313240">
        <w:rPr>
          <w:sz w:val="20"/>
          <w:szCs w:val="20"/>
          <w:lang w:val="es-ES"/>
        </w:rPr>
        <w:t>kaygıya</w:t>
      </w:r>
      <w:proofErr w:type="spellEnd"/>
      <w:r w:rsidRPr="00313240">
        <w:rPr>
          <w:sz w:val="20"/>
          <w:szCs w:val="20"/>
          <w:lang w:val="es-ES"/>
        </w:rPr>
        <w:t xml:space="preserve"> yol </w:t>
      </w:r>
      <w:proofErr w:type="spellStart"/>
      <w:r w:rsidRPr="00313240">
        <w:rPr>
          <w:sz w:val="20"/>
          <w:szCs w:val="20"/>
          <w:lang w:val="es-ES"/>
        </w:rPr>
        <w:t>açabilir</w:t>
      </w:r>
      <w:proofErr w:type="spellEnd"/>
      <w:r w:rsidRPr="00313240">
        <w:rPr>
          <w:sz w:val="20"/>
          <w:szCs w:val="20"/>
          <w:lang w:val="es-ES"/>
        </w:rPr>
        <w:t xml:space="preserve">. (51) </w:t>
      </w:r>
      <w:proofErr w:type="spellStart"/>
      <w:r w:rsidRPr="00313240">
        <w:rPr>
          <w:sz w:val="20"/>
          <w:szCs w:val="20"/>
          <w:lang w:val="es-ES"/>
        </w:rPr>
        <w:t>Kendi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tercihleriyle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bekar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anne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olanlar</w:t>
      </w:r>
      <w:proofErr w:type="spellEnd"/>
      <w:r w:rsidRPr="00313240">
        <w:rPr>
          <w:sz w:val="20"/>
          <w:szCs w:val="20"/>
          <w:lang w:val="es-ES"/>
        </w:rPr>
        <w:t xml:space="preserve"> da </w:t>
      </w:r>
      <w:proofErr w:type="spellStart"/>
      <w:r w:rsidRPr="00313240">
        <w:rPr>
          <w:sz w:val="20"/>
          <w:szCs w:val="20"/>
          <w:lang w:val="es-ES"/>
        </w:rPr>
        <w:t>dahil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olmak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üzere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bekar</w:t>
      </w:r>
      <w:proofErr w:type="spellEnd"/>
      <w:r w:rsidRPr="00313240">
        <w:rPr>
          <w:sz w:val="20"/>
          <w:szCs w:val="20"/>
          <w:lang w:val="es-ES"/>
        </w:rPr>
        <w:t xml:space="preserve"> </w:t>
      </w:r>
      <w:proofErr w:type="spellStart"/>
      <w:r w:rsidRPr="00313240">
        <w:rPr>
          <w:sz w:val="20"/>
          <w:szCs w:val="20"/>
          <w:lang w:val="es-ES"/>
        </w:rPr>
        <w:t>ebeveynler</w:t>
      </w:r>
      <w:proofErr w:type="spellEnd"/>
      <w:r w:rsidRPr="00313240">
        <w:rPr>
          <w:sz w:val="20"/>
          <w:szCs w:val="20"/>
          <w:lang w:val="es-ES"/>
        </w:rPr>
        <w:t xml:space="preserve"> ve</w:t>
      </w:r>
      <w:r w:rsidR="00DD0663" w:rsidRPr="00313240">
        <w:rPr>
          <w:sz w:val="20"/>
          <w:szCs w:val="20"/>
          <w:lang w:val="es-ES"/>
        </w:rPr>
        <w:t xml:space="preserve"> </w:t>
      </w:r>
      <w:proofErr w:type="spellStart"/>
      <w:r w:rsidR="00EA2DDB" w:rsidRPr="00836406">
        <w:rPr>
          <w:bCs/>
          <w:sz w:val="20"/>
          <w:szCs w:val="20"/>
          <w:lang w:val="es-ES"/>
        </w:rPr>
        <w:t>e</w:t>
      </w:r>
      <w:r w:rsidR="00DD0663" w:rsidRPr="00836406">
        <w:rPr>
          <w:bCs/>
          <w:sz w:val="20"/>
          <w:szCs w:val="20"/>
          <w:lang w:val="es-ES"/>
        </w:rPr>
        <w:t>şcinsel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çiftler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, </w:t>
      </w:r>
      <w:proofErr w:type="spellStart"/>
      <w:r w:rsidR="00DD0663" w:rsidRPr="00836406">
        <w:rPr>
          <w:bCs/>
          <w:sz w:val="20"/>
          <w:szCs w:val="20"/>
          <w:lang w:val="es-ES"/>
        </w:rPr>
        <w:t>ek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baskıya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maruz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kalabilir</w:t>
      </w:r>
      <w:r w:rsidR="0087213E" w:rsidRPr="00836406">
        <w:rPr>
          <w:bCs/>
          <w:sz w:val="20"/>
          <w:szCs w:val="20"/>
          <w:lang w:val="es-ES"/>
        </w:rPr>
        <w:t>ler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ve </w:t>
      </w:r>
      <w:proofErr w:type="spellStart"/>
      <w:r w:rsidR="00DD0663" w:rsidRPr="00836406">
        <w:rPr>
          <w:bCs/>
          <w:sz w:val="20"/>
          <w:szCs w:val="20"/>
          <w:lang w:val="es-ES"/>
        </w:rPr>
        <w:t>hamil</w:t>
      </w:r>
      <w:r w:rsidR="00253C16" w:rsidRPr="00836406">
        <w:rPr>
          <w:bCs/>
          <w:sz w:val="20"/>
          <w:szCs w:val="20"/>
          <w:lang w:val="es-ES"/>
        </w:rPr>
        <w:t>elik</w:t>
      </w:r>
      <w:proofErr w:type="spellEnd"/>
      <w:r w:rsidR="00253C16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253C16" w:rsidRPr="00836406">
        <w:rPr>
          <w:bCs/>
          <w:sz w:val="20"/>
          <w:szCs w:val="20"/>
          <w:lang w:val="es-ES"/>
        </w:rPr>
        <w:t>sırasında</w:t>
      </w:r>
      <w:proofErr w:type="spellEnd"/>
      <w:r w:rsidR="00253C16" w:rsidRPr="00836406">
        <w:rPr>
          <w:bCs/>
          <w:sz w:val="20"/>
          <w:szCs w:val="20"/>
          <w:lang w:val="es-ES"/>
        </w:rPr>
        <w:t xml:space="preserve"> ya da</w:t>
      </w:r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ebeveyn</w:t>
      </w:r>
      <w:r w:rsidR="00253C16" w:rsidRPr="00836406">
        <w:rPr>
          <w:bCs/>
          <w:sz w:val="20"/>
          <w:szCs w:val="20"/>
          <w:lang w:val="es-ES"/>
        </w:rPr>
        <w:t>ler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olarak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DD0663" w:rsidRPr="00836406">
        <w:rPr>
          <w:bCs/>
          <w:sz w:val="20"/>
          <w:szCs w:val="20"/>
          <w:lang w:val="es-ES"/>
        </w:rPr>
        <w:t>ihtiyaçlarını</w:t>
      </w:r>
      <w:proofErr w:type="spellEnd"/>
      <w:r w:rsidR="00DD0663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345D4E" w:rsidRPr="00836406">
        <w:rPr>
          <w:bCs/>
          <w:sz w:val="20"/>
          <w:szCs w:val="20"/>
          <w:lang w:val="es-ES"/>
        </w:rPr>
        <w:t>g</w:t>
      </w:r>
      <w:r w:rsidR="00C44ACB" w:rsidRPr="00836406">
        <w:rPr>
          <w:bCs/>
          <w:sz w:val="20"/>
          <w:szCs w:val="20"/>
          <w:lang w:val="es-ES"/>
        </w:rPr>
        <w:t>ündeme</w:t>
      </w:r>
      <w:proofErr w:type="spellEnd"/>
      <w:r w:rsidR="00C44ACB" w:rsidRPr="00836406">
        <w:rPr>
          <w:bCs/>
          <w:sz w:val="20"/>
          <w:szCs w:val="20"/>
          <w:lang w:val="es-ES"/>
        </w:rPr>
        <w:t xml:space="preserve"> </w:t>
      </w:r>
      <w:proofErr w:type="spellStart"/>
      <w:r w:rsidR="00C44ACB" w:rsidRPr="00836406">
        <w:rPr>
          <w:bCs/>
          <w:sz w:val="20"/>
          <w:szCs w:val="20"/>
          <w:lang w:val="es-ES"/>
        </w:rPr>
        <w:t>getirmeyebilirler</w:t>
      </w:r>
      <w:proofErr w:type="spellEnd"/>
      <w:r w:rsidR="00DD0663" w:rsidRPr="00836406">
        <w:rPr>
          <w:bCs/>
          <w:sz w:val="20"/>
          <w:szCs w:val="20"/>
          <w:lang w:val="es-ES"/>
        </w:rPr>
        <w:t>.</w:t>
      </w:r>
      <w:r w:rsidR="003B2022" w:rsidRPr="00836406">
        <w:rPr>
          <w:bCs/>
          <w:sz w:val="20"/>
          <w:szCs w:val="20"/>
          <w:lang w:val="es-ES"/>
        </w:rPr>
        <w:t xml:space="preserve"> </w:t>
      </w:r>
      <w:r w:rsidR="00345D4E" w:rsidRPr="00836406">
        <w:rPr>
          <w:bCs/>
          <w:sz w:val="20"/>
          <w:szCs w:val="20"/>
          <w:lang w:val="es-ES"/>
        </w:rPr>
        <w:t>(</w:t>
      </w:r>
      <w:r w:rsidR="00DD0663" w:rsidRPr="00836406">
        <w:rPr>
          <w:bCs/>
          <w:sz w:val="20"/>
          <w:szCs w:val="20"/>
          <w:lang w:val="es-ES"/>
        </w:rPr>
        <w:t>52</w:t>
      </w:r>
      <w:r w:rsidR="00345D4E" w:rsidRPr="00836406">
        <w:rPr>
          <w:bCs/>
          <w:sz w:val="20"/>
          <w:szCs w:val="20"/>
          <w:lang w:val="es-ES"/>
        </w:rPr>
        <w:t>)</w:t>
      </w:r>
    </w:p>
    <w:p w14:paraId="68FBB160" w14:textId="230EBCA1" w:rsidR="00CA5CFE" w:rsidRDefault="006E736E" w:rsidP="006E736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17. </w:t>
      </w:r>
      <w:proofErr w:type="spellStart"/>
      <w:r w:rsidR="000C7284" w:rsidRPr="00CA5CFE">
        <w:rPr>
          <w:sz w:val="20"/>
          <w:szCs w:val="20"/>
        </w:rPr>
        <w:t>Sağlık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çevre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krizleri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sırasında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2A7C5F" w:rsidRPr="00CA5CFE">
        <w:rPr>
          <w:sz w:val="20"/>
          <w:szCs w:val="20"/>
        </w:rPr>
        <w:t>karşılıksız</w:t>
      </w:r>
      <w:r w:rsidR="000C7284" w:rsidRPr="00CA5CFE">
        <w:rPr>
          <w:sz w:val="20"/>
          <w:szCs w:val="20"/>
        </w:rPr>
        <w:t>bakım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destek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CE3DCB" w:rsidRPr="00CA5CFE">
        <w:rPr>
          <w:sz w:val="20"/>
          <w:szCs w:val="20"/>
        </w:rPr>
        <w:t>emeğin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aşırı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payı</w:t>
      </w:r>
      <w:proofErr w:type="spellEnd"/>
      <w:r w:rsidR="000C7284" w:rsidRPr="00CA5CFE">
        <w:rPr>
          <w:sz w:val="20"/>
          <w:szCs w:val="20"/>
        </w:rPr>
        <w:t xml:space="preserve">, </w:t>
      </w:r>
      <w:r w:rsidR="000C7284" w:rsidRPr="00CA5CFE">
        <w:rPr>
          <w:sz w:val="20"/>
          <w:szCs w:val="20"/>
        </w:rPr>
        <w:br/>
      </w:r>
      <w:proofErr w:type="spellStart"/>
      <w:r w:rsidR="000C7284" w:rsidRPr="00CA5CFE">
        <w:rPr>
          <w:sz w:val="20"/>
          <w:szCs w:val="20"/>
        </w:rPr>
        <w:t>kadınların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kızların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kendi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sağlık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ihtiyaçlarını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karşılamalarını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daha</w:t>
      </w:r>
      <w:proofErr w:type="spellEnd"/>
      <w:r w:rsidR="000C7284" w:rsidRPr="00CA5CFE">
        <w:rPr>
          <w:sz w:val="20"/>
          <w:szCs w:val="20"/>
        </w:rPr>
        <w:t xml:space="preserve"> da </w:t>
      </w:r>
      <w:proofErr w:type="spellStart"/>
      <w:r w:rsidR="000C7284" w:rsidRPr="00CA5CFE">
        <w:rPr>
          <w:sz w:val="20"/>
          <w:szCs w:val="20"/>
        </w:rPr>
        <w:t>zorlaştırmakta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r w:rsidR="000C7284" w:rsidRPr="00CA5CFE">
        <w:rPr>
          <w:sz w:val="20"/>
          <w:szCs w:val="20"/>
        </w:rPr>
        <w:br/>
      </w:r>
      <w:proofErr w:type="spellStart"/>
      <w:r w:rsidR="000C7284" w:rsidRPr="00CA5CFE">
        <w:rPr>
          <w:sz w:val="20"/>
          <w:szCs w:val="20"/>
        </w:rPr>
        <w:t>cinsiyete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dayalı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şiddet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riskini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artırmaktadır</w:t>
      </w:r>
      <w:proofErr w:type="spellEnd"/>
      <w:r w:rsidR="000C7284" w:rsidRPr="00CA5CFE">
        <w:rPr>
          <w:sz w:val="20"/>
          <w:szCs w:val="20"/>
        </w:rPr>
        <w:t xml:space="preserve">. COVID-19 </w:t>
      </w:r>
      <w:proofErr w:type="spellStart"/>
      <w:r w:rsidR="000C7284" w:rsidRPr="00CA5CFE">
        <w:rPr>
          <w:sz w:val="20"/>
          <w:szCs w:val="20"/>
        </w:rPr>
        <w:t>salgını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0C7284" w:rsidRPr="00CA5CFE">
        <w:rPr>
          <w:sz w:val="20"/>
          <w:szCs w:val="20"/>
        </w:rPr>
        <w:t>kadınların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kız</w:t>
      </w:r>
      <w:proofErr w:type="spellEnd"/>
      <w:r w:rsidR="005F11D2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çocuklarının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ücretsiz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bakım</w:t>
      </w:r>
      <w:proofErr w:type="spellEnd"/>
      <w:r w:rsidR="00F96950" w:rsidRPr="00CA5CFE">
        <w:rPr>
          <w:sz w:val="20"/>
          <w:szCs w:val="20"/>
        </w:rPr>
        <w:t xml:space="preserve"> </w:t>
      </w:r>
      <w:proofErr w:type="spellStart"/>
      <w:r w:rsidR="00F96950" w:rsidRPr="00CA5CFE">
        <w:rPr>
          <w:sz w:val="20"/>
          <w:szCs w:val="20"/>
        </w:rPr>
        <w:t>yükünün</w:t>
      </w:r>
      <w:proofErr w:type="spellEnd"/>
      <w:r w:rsidR="00F96950" w:rsidRPr="00CA5CFE">
        <w:rPr>
          <w:sz w:val="20"/>
          <w:szCs w:val="20"/>
        </w:rPr>
        <w:t xml:space="preserve"> </w:t>
      </w:r>
      <w:proofErr w:type="spellStart"/>
      <w:r w:rsidR="00F96950" w:rsidRPr="00CA5CFE">
        <w:rPr>
          <w:sz w:val="20"/>
          <w:szCs w:val="20"/>
        </w:rPr>
        <w:t>artışı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0C7284" w:rsidRPr="00CA5CFE">
        <w:rPr>
          <w:sz w:val="20"/>
          <w:szCs w:val="20"/>
        </w:rPr>
        <w:t>sosyal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izolasyon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0C7284" w:rsidRPr="00CA5CFE">
        <w:rPr>
          <w:sz w:val="20"/>
          <w:szCs w:val="20"/>
        </w:rPr>
        <w:t>sağlık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sosyal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hizmetlere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erişimin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azalması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cinsiyete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dayalı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şiddetin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yoğunlaşması</w:t>
      </w:r>
      <w:r w:rsidR="00DD76FB" w:rsidRPr="00CA5CFE">
        <w:rPr>
          <w:sz w:val="20"/>
          <w:szCs w:val="20"/>
        </w:rPr>
        <w:t>yla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nasıl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FC6FB6" w:rsidRPr="00CA5CFE">
        <w:rPr>
          <w:sz w:val="20"/>
          <w:szCs w:val="20"/>
        </w:rPr>
        <w:t>mağdur</w:t>
      </w:r>
      <w:proofErr w:type="spellEnd"/>
      <w:r w:rsidR="00FC6FB6" w:rsidRPr="00CA5CFE">
        <w:rPr>
          <w:sz w:val="20"/>
          <w:szCs w:val="20"/>
        </w:rPr>
        <w:t xml:space="preserve"> </w:t>
      </w:r>
      <w:proofErr w:type="spellStart"/>
      <w:r w:rsidR="00FC6FB6" w:rsidRPr="00CA5CFE">
        <w:rPr>
          <w:sz w:val="20"/>
          <w:szCs w:val="20"/>
        </w:rPr>
        <w:t>olduklarını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ortaya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koymuştur</w:t>
      </w:r>
      <w:proofErr w:type="spellEnd"/>
      <w:r w:rsidR="000C7284" w:rsidRPr="00CA5CFE">
        <w:rPr>
          <w:sz w:val="20"/>
          <w:szCs w:val="20"/>
        </w:rPr>
        <w:t xml:space="preserve">. (53) </w:t>
      </w:r>
      <w:proofErr w:type="spellStart"/>
      <w:r w:rsidR="000C7284" w:rsidRPr="00CA5CFE">
        <w:rPr>
          <w:sz w:val="20"/>
          <w:szCs w:val="20"/>
        </w:rPr>
        <w:t>Kadınlar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kız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çocukları</w:t>
      </w:r>
      <w:proofErr w:type="spellEnd"/>
      <w:r w:rsidR="000C7284" w:rsidRPr="00CA5CFE">
        <w:rPr>
          <w:sz w:val="20"/>
          <w:szCs w:val="20"/>
        </w:rPr>
        <w:t xml:space="preserve">, HIV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nadir </w:t>
      </w:r>
      <w:proofErr w:type="spellStart"/>
      <w:r w:rsidR="000C7284" w:rsidRPr="00CA5CFE">
        <w:rPr>
          <w:sz w:val="20"/>
          <w:szCs w:val="20"/>
        </w:rPr>
        <w:t>hastalıklar</w:t>
      </w:r>
      <w:proofErr w:type="spellEnd"/>
      <w:r w:rsidR="000C7284" w:rsidRPr="00CA5CFE">
        <w:rPr>
          <w:sz w:val="20"/>
          <w:szCs w:val="20"/>
        </w:rPr>
        <w:t xml:space="preserve"> da </w:t>
      </w:r>
      <w:proofErr w:type="spellStart"/>
      <w:r w:rsidR="000C7284" w:rsidRPr="00CA5CFE">
        <w:rPr>
          <w:sz w:val="20"/>
          <w:szCs w:val="20"/>
        </w:rPr>
        <w:t>dahil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olmak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üzere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hastalık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sağlık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sorunları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olan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kişilerin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bakıcıları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olarak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daha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fazla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damgalanma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0C7284" w:rsidRPr="00CA5CFE">
        <w:rPr>
          <w:sz w:val="20"/>
          <w:szCs w:val="20"/>
        </w:rPr>
        <w:t>ayrımcılık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ve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sosyal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dışlanma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ile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karşı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karşıya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kalırken</w:t>
      </w:r>
      <w:proofErr w:type="spellEnd"/>
      <w:r w:rsidR="000C7284" w:rsidRPr="00CA5CFE">
        <w:rPr>
          <w:sz w:val="20"/>
          <w:szCs w:val="20"/>
        </w:rPr>
        <w:t xml:space="preserve">, </w:t>
      </w:r>
      <w:proofErr w:type="spellStart"/>
      <w:r w:rsidR="000C7284" w:rsidRPr="00CA5CFE">
        <w:rPr>
          <w:sz w:val="20"/>
          <w:szCs w:val="20"/>
        </w:rPr>
        <w:t>kendileri</w:t>
      </w:r>
      <w:proofErr w:type="spellEnd"/>
      <w:r w:rsidR="000C7284" w:rsidRPr="00CA5CFE">
        <w:rPr>
          <w:sz w:val="20"/>
          <w:szCs w:val="20"/>
        </w:rPr>
        <w:t xml:space="preserve"> de </w:t>
      </w:r>
      <w:proofErr w:type="spellStart"/>
      <w:r w:rsidR="000C7284" w:rsidRPr="00CA5CFE">
        <w:rPr>
          <w:sz w:val="20"/>
          <w:szCs w:val="20"/>
        </w:rPr>
        <w:t>bu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tür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hastalıklarla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yaşıyor</w:t>
      </w:r>
      <w:proofErr w:type="spellEnd"/>
      <w:r w:rsidR="000C7284" w:rsidRPr="00CA5CFE">
        <w:rPr>
          <w:sz w:val="20"/>
          <w:szCs w:val="20"/>
        </w:rPr>
        <w:t xml:space="preserve"> </w:t>
      </w:r>
      <w:proofErr w:type="spellStart"/>
      <w:r w:rsidR="000C7284" w:rsidRPr="00CA5CFE">
        <w:rPr>
          <w:sz w:val="20"/>
          <w:szCs w:val="20"/>
        </w:rPr>
        <w:t>olabilirler</w:t>
      </w:r>
      <w:proofErr w:type="spellEnd"/>
      <w:r w:rsidR="000C7284" w:rsidRPr="00CA5CFE">
        <w:rPr>
          <w:sz w:val="20"/>
          <w:szCs w:val="20"/>
        </w:rPr>
        <w:t>.</w:t>
      </w:r>
      <w:r w:rsidR="00CA5CFE" w:rsidRPr="00CA5CFE">
        <w:rPr>
          <w:sz w:val="20"/>
          <w:szCs w:val="20"/>
        </w:rPr>
        <w:t xml:space="preserve"> </w:t>
      </w:r>
      <w:r w:rsidR="000C7284" w:rsidRPr="00CA5CFE">
        <w:rPr>
          <w:sz w:val="20"/>
          <w:szCs w:val="20"/>
        </w:rPr>
        <w:t xml:space="preserve">(54) </w:t>
      </w:r>
    </w:p>
    <w:p w14:paraId="684D07D3" w14:textId="77777777" w:rsidR="001C1414" w:rsidRDefault="001C1414" w:rsidP="001C1414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6A41DCD9" w14:textId="37A5044B" w:rsidR="00CA5CFE" w:rsidRPr="00475D7C" w:rsidRDefault="00CA5CFE" w:rsidP="00B674F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1C1414">
        <w:rPr>
          <w:sz w:val="16"/>
          <w:szCs w:val="16"/>
        </w:rPr>
        <w:t xml:space="preserve">45  </w:t>
      </w:r>
      <w:r w:rsidR="00A45BB2" w:rsidRPr="00A45BB2">
        <w:rPr>
          <w:rFonts w:ascii="Cambria" w:hAnsi="Cambria" w:cs="Times New Roman"/>
          <w:color w:val="000000"/>
          <w:sz w:val="16"/>
          <w:szCs w:val="16"/>
        </w:rPr>
        <w:t>American Association of University Women, The not so simple truth about the gender pay gap, 2025</w:t>
      </w:r>
      <w:r w:rsidR="00A45BB2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A45BB2" w:rsidRPr="00A45BB2">
        <w:rPr>
          <w:rFonts w:ascii="Cambria" w:hAnsi="Cambria" w:cs="Times New Roman"/>
          <w:color w:val="000000"/>
          <w:sz w:val="16"/>
          <w:szCs w:val="16"/>
        </w:rPr>
        <w:t>update.</w:t>
      </w:r>
      <w:r w:rsidRPr="001C1414">
        <w:rPr>
          <w:sz w:val="16"/>
          <w:szCs w:val="16"/>
        </w:rPr>
        <w:br/>
        <w:t xml:space="preserve">46  Dünya </w:t>
      </w:r>
      <w:proofErr w:type="spellStart"/>
      <w:r w:rsidRPr="001C1414">
        <w:rPr>
          <w:sz w:val="16"/>
          <w:szCs w:val="16"/>
        </w:rPr>
        <w:t>Ekonomik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Forumu</w:t>
      </w:r>
      <w:proofErr w:type="spellEnd"/>
      <w:r w:rsidRPr="001C1414">
        <w:rPr>
          <w:sz w:val="16"/>
          <w:szCs w:val="16"/>
        </w:rPr>
        <w:t xml:space="preserve">, </w:t>
      </w:r>
      <w:r w:rsidR="00A45BB2" w:rsidRPr="00A45BB2">
        <w:rPr>
          <w:rFonts w:ascii="Cambria" w:hAnsi="Cambria" w:cs="Times New Roman"/>
          <w:i/>
          <w:iCs/>
          <w:color w:val="000000"/>
          <w:sz w:val="16"/>
          <w:szCs w:val="16"/>
        </w:rPr>
        <w:t>Global Gender Gap Report 2024</w:t>
      </w:r>
      <w:r w:rsidR="00A45BB2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1C1414">
        <w:rPr>
          <w:sz w:val="16"/>
          <w:szCs w:val="16"/>
        </w:rPr>
        <w:t>(</w:t>
      </w:r>
      <w:proofErr w:type="spellStart"/>
      <w:r w:rsidRPr="001C1414">
        <w:rPr>
          <w:sz w:val="16"/>
          <w:szCs w:val="16"/>
        </w:rPr>
        <w:t>Cenevre</w:t>
      </w:r>
      <w:proofErr w:type="spellEnd"/>
      <w:r w:rsidRPr="001C1414">
        <w:rPr>
          <w:sz w:val="16"/>
          <w:szCs w:val="16"/>
        </w:rPr>
        <w:t>, 2024).</w:t>
      </w:r>
      <w:r w:rsidRPr="001C1414">
        <w:rPr>
          <w:sz w:val="16"/>
          <w:szCs w:val="16"/>
        </w:rPr>
        <w:br/>
        <w:t xml:space="preserve">47 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 xml:space="preserve">. </w:t>
      </w:r>
      <w:hyperlink r:id="rId39" w:history="1">
        <w:r w:rsidRPr="00475D7C">
          <w:rPr>
            <w:rStyle w:val="Hyperlink"/>
            <w:sz w:val="16"/>
            <w:szCs w:val="16"/>
          </w:rPr>
          <w:t>A/HRC/53/39</w:t>
        </w:r>
      </w:hyperlink>
      <w:r w:rsidRPr="001C1414">
        <w:rPr>
          <w:sz w:val="16"/>
          <w:szCs w:val="16"/>
        </w:rPr>
        <w:t>.</w:t>
      </w:r>
      <w:r w:rsidRPr="001C1414">
        <w:rPr>
          <w:sz w:val="16"/>
          <w:szCs w:val="16"/>
        </w:rPr>
        <w:br/>
        <w:t xml:space="preserve">48  </w:t>
      </w:r>
      <w:proofErr w:type="spellStart"/>
      <w:r w:rsidRPr="001C1414">
        <w:rPr>
          <w:sz w:val="16"/>
          <w:szCs w:val="16"/>
        </w:rPr>
        <w:t>YoonKyung</w:t>
      </w:r>
      <w:proofErr w:type="spellEnd"/>
      <w:r w:rsidRPr="001C1414">
        <w:rPr>
          <w:sz w:val="16"/>
          <w:szCs w:val="16"/>
        </w:rPr>
        <w:t xml:space="preserve"> Chung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diğerleri</w:t>
      </w:r>
      <w:proofErr w:type="spellEnd"/>
      <w:r w:rsidRPr="001C1414">
        <w:rPr>
          <w:sz w:val="16"/>
          <w:szCs w:val="16"/>
        </w:rPr>
        <w:t xml:space="preserve">, </w:t>
      </w:r>
      <w:r w:rsidR="00475D7C" w:rsidRPr="00475D7C">
        <w:rPr>
          <w:rFonts w:ascii="Cambria" w:hAnsi="Cambria" w:cs="Times New Roman"/>
          <w:color w:val="000000"/>
          <w:sz w:val="16"/>
          <w:szCs w:val="16"/>
        </w:rPr>
        <w:t>The parental gender earnings gap in the United States (United States</w:t>
      </w:r>
      <w:r w:rsidR="00475D7C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475D7C" w:rsidRPr="00475D7C">
        <w:rPr>
          <w:rFonts w:ascii="Cambria" w:hAnsi="Cambria" w:cs="Times New Roman"/>
          <w:color w:val="000000"/>
          <w:sz w:val="16"/>
          <w:szCs w:val="16"/>
        </w:rPr>
        <w:t xml:space="preserve">Census Bureau, November 2017); </w:t>
      </w:r>
      <w:proofErr w:type="spellStart"/>
      <w:r w:rsidR="00475D7C">
        <w:rPr>
          <w:rFonts w:ascii="Cambria" w:hAnsi="Cambria" w:cs="Times New Roman"/>
          <w:color w:val="000000"/>
          <w:sz w:val="16"/>
          <w:szCs w:val="16"/>
        </w:rPr>
        <w:t>ve</w:t>
      </w:r>
      <w:proofErr w:type="spellEnd"/>
      <w:r w:rsidR="00475D7C" w:rsidRPr="00475D7C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475D7C" w:rsidRPr="00475D7C">
        <w:rPr>
          <w:rFonts w:ascii="Cambria" w:hAnsi="Cambria" w:cs="Times New Roman"/>
          <w:color w:val="0000FF"/>
          <w:sz w:val="16"/>
          <w:szCs w:val="16"/>
        </w:rPr>
        <w:t>A/HRC/44/51</w:t>
      </w:r>
      <w:r w:rsidR="00475D7C" w:rsidRPr="00475D7C">
        <w:rPr>
          <w:rFonts w:ascii="Cambria" w:hAnsi="Cambria" w:cs="Times New Roman"/>
          <w:color w:val="000000"/>
          <w:sz w:val="16"/>
          <w:szCs w:val="16"/>
        </w:rPr>
        <w:t>.</w:t>
      </w:r>
      <w:r w:rsidR="00475D7C" w:rsidRPr="001C1414">
        <w:rPr>
          <w:sz w:val="16"/>
          <w:szCs w:val="16"/>
        </w:rPr>
        <w:t xml:space="preserve"> </w:t>
      </w:r>
      <w:r w:rsidRPr="001C1414">
        <w:rPr>
          <w:sz w:val="16"/>
          <w:szCs w:val="16"/>
        </w:rPr>
        <w:br/>
        <w:t xml:space="preserve">49  </w:t>
      </w:r>
      <w:r w:rsidRPr="00475D7C">
        <w:rPr>
          <w:rFonts w:ascii="Cambria" w:hAnsi="Cambria"/>
          <w:sz w:val="16"/>
          <w:szCs w:val="16"/>
        </w:rPr>
        <w:t xml:space="preserve">BM </w:t>
      </w:r>
      <w:proofErr w:type="spellStart"/>
      <w:r w:rsidRPr="00475D7C">
        <w:rPr>
          <w:rFonts w:ascii="Cambria" w:hAnsi="Cambria"/>
          <w:sz w:val="16"/>
          <w:szCs w:val="16"/>
        </w:rPr>
        <w:t>Kadın</w:t>
      </w:r>
      <w:proofErr w:type="spellEnd"/>
      <w:r w:rsidRPr="00475D7C">
        <w:rPr>
          <w:rFonts w:ascii="Cambria" w:hAnsi="Cambria"/>
          <w:sz w:val="16"/>
          <w:szCs w:val="16"/>
        </w:rPr>
        <w:t xml:space="preserve"> </w:t>
      </w:r>
      <w:proofErr w:type="spellStart"/>
      <w:r w:rsidRPr="00475D7C">
        <w:rPr>
          <w:rFonts w:ascii="Cambria" w:hAnsi="Cambria"/>
          <w:sz w:val="16"/>
          <w:szCs w:val="16"/>
        </w:rPr>
        <w:t>Birimi</w:t>
      </w:r>
      <w:proofErr w:type="spellEnd"/>
      <w:r w:rsidRPr="00475D7C">
        <w:rPr>
          <w:rFonts w:ascii="Cambria" w:hAnsi="Cambria"/>
          <w:sz w:val="16"/>
          <w:szCs w:val="16"/>
        </w:rPr>
        <w:t xml:space="preserve">, </w:t>
      </w:r>
      <w:r w:rsidR="00475D7C" w:rsidRPr="00475D7C">
        <w:rPr>
          <w:rFonts w:ascii="Cambria" w:hAnsi="Cambria" w:cs="Times New Roman"/>
          <w:i/>
          <w:iCs/>
          <w:color w:val="000000"/>
          <w:sz w:val="16"/>
          <w:szCs w:val="16"/>
        </w:rPr>
        <w:t>Progress of the World’s Women 2019–2020: Families in a Changing World</w:t>
      </w:r>
      <w:r w:rsidR="00475D7C" w:rsidRPr="00475D7C">
        <w:rPr>
          <w:rFonts w:ascii="Cambria" w:hAnsi="Cambria" w:cs="Times New Roman"/>
          <w:color w:val="000000"/>
          <w:sz w:val="16"/>
          <w:szCs w:val="16"/>
        </w:rPr>
        <w:t xml:space="preserve"> </w:t>
      </w:r>
      <w:proofErr w:type="spellStart"/>
      <w:r w:rsidR="00475D7C" w:rsidRPr="00475D7C">
        <w:rPr>
          <w:rFonts w:ascii="Cambria" w:hAnsi="Cambria" w:cs="Times New Roman"/>
          <w:color w:val="000000"/>
          <w:sz w:val="16"/>
          <w:szCs w:val="16"/>
        </w:rPr>
        <w:t>içinde</w:t>
      </w:r>
      <w:proofErr w:type="spellEnd"/>
      <w:r w:rsidR="00475D7C" w:rsidRPr="00475D7C">
        <w:rPr>
          <w:rFonts w:ascii="Cambria" w:hAnsi="Cambria" w:cs="Times New Roman"/>
          <w:color w:val="000000"/>
          <w:sz w:val="16"/>
          <w:szCs w:val="16"/>
        </w:rPr>
        <w:t xml:space="preserve"> “Caring families, caring societies”</w:t>
      </w:r>
      <w:r w:rsidRPr="00475D7C">
        <w:rPr>
          <w:rFonts w:ascii="Cambria" w:hAnsi="Cambria"/>
          <w:sz w:val="16"/>
          <w:szCs w:val="16"/>
        </w:rPr>
        <w:t>, s. 140–173.</w:t>
      </w:r>
      <w:r w:rsidRPr="001C1414">
        <w:rPr>
          <w:sz w:val="16"/>
          <w:szCs w:val="16"/>
        </w:rPr>
        <w:br/>
        <w:t xml:space="preserve">50  </w:t>
      </w:r>
      <w:r w:rsidRPr="00475D7C">
        <w:rPr>
          <w:rFonts w:ascii="Cambria" w:hAnsi="Cambria"/>
          <w:sz w:val="16"/>
          <w:szCs w:val="16"/>
        </w:rPr>
        <w:t xml:space="preserve">A. </w:t>
      </w:r>
      <w:proofErr w:type="spellStart"/>
      <w:r w:rsidRPr="00475D7C">
        <w:rPr>
          <w:rFonts w:ascii="Cambria" w:hAnsi="Cambria"/>
          <w:sz w:val="16"/>
          <w:szCs w:val="16"/>
        </w:rPr>
        <w:t>Sjörs</w:t>
      </w:r>
      <w:proofErr w:type="spellEnd"/>
      <w:r w:rsidRPr="00475D7C">
        <w:rPr>
          <w:rFonts w:ascii="Cambria" w:hAnsi="Cambria"/>
          <w:sz w:val="16"/>
          <w:szCs w:val="16"/>
        </w:rPr>
        <w:t xml:space="preserve">, T. Ljung </w:t>
      </w:r>
      <w:proofErr w:type="spellStart"/>
      <w:r w:rsidRPr="00475D7C">
        <w:rPr>
          <w:rFonts w:ascii="Cambria" w:hAnsi="Cambria"/>
          <w:sz w:val="16"/>
          <w:szCs w:val="16"/>
        </w:rPr>
        <w:t>ve</w:t>
      </w:r>
      <w:proofErr w:type="spellEnd"/>
      <w:r w:rsidRPr="00475D7C">
        <w:rPr>
          <w:rFonts w:ascii="Cambria" w:hAnsi="Cambria"/>
          <w:sz w:val="16"/>
          <w:szCs w:val="16"/>
        </w:rPr>
        <w:t xml:space="preserve"> I.H. Jonsdottir, Soraya Seedat </w:t>
      </w:r>
      <w:proofErr w:type="spellStart"/>
      <w:r w:rsidRPr="00475D7C">
        <w:rPr>
          <w:rFonts w:ascii="Cambria" w:hAnsi="Cambria"/>
          <w:sz w:val="16"/>
          <w:szCs w:val="16"/>
        </w:rPr>
        <w:t>ve</w:t>
      </w:r>
      <w:proofErr w:type="spellEnd"/>
      <w:r w:rsidRPr="00475D7C">
        <w:rPr>
          <w:rFonts w:ascii="Cambria" w:hAnsi="Cambria"/>
          <w:sz w:val="16"/>
          <w:szCs w:val="16"/>
        </w:rPr>
        <w:t xml:space="preserve"> Marta Rondon, </w:t>
      </w:r>
      <w:r w:rsidR="00475D7C" w:rsidRPr="00475D7C">
        <w:rPr>
          <w:rFonts w:ascii="Cambria" w:hAnsi="Cambria" w:cs="Times New Roman"/>
          <w:color w:val="000000"/>
          <w:sz w:val="16"/>
          <w:szCs w:val="16"/>
        </w:rPr>
        <w:t>“Women’s well-being and the burden of unpaid work”</w:t>
      </w:r>
      <w:r w:rsidRPr="00475D7C">
        <w:rPr>
          <w:rFonts w:ascii="Cambria" w:hAnsi="Cambria"/>
          <w:sz w:val="16"/>
          <w:szCs w:val="16"/>
        </w:rPr>
        <w:t xml:space="preserve">, BMJ, </w:t>
      </w:r>
      <w:proofErr w:type="spellStart"/>
      <w:r w:rsidRPr="00475D7C">
        <w:rPr>
          <w:rFonts w:ascii="Cambria" w:hAnsi="Cambria"/>
          <w:sz w:val="16"/>
          <w:szCs w:val="16"/>
        </w:rPr>
        <w:t>cilt</w:t>
      </w:r>
      <w:proofErr w:type="spellEnd"/>
      <w:r w:rsidRPr="00475D7C">
        <w:rPr>
          <w:rFonts w:ascii="Cambria" w:hAnsi="Cambria"/>
          <w:sz w:val="16"/>
          <w:szCs w:val="16"/>
        </w:rPr>
        <w:t xml:space="preserve"> 374, No. 1972 (</w:t>
      </w:r>
      <w:proofErr w:type="spellStart"/>
      <w:r w:rsidRPr="00475D7C">
        <w:rPr>
          <w:rFonts w:ascii="Cambria" w:hAnsi="Cambria"/>
          <w:sz w:val="16"/>
          <w:szCs w:val="16"/>
        </w:rPr>
        <w:t>Ağustos</w:t>
      </w:r>
      <w:proofErr w:type="spellEnd"/>
      <w:r w:rsidRPr="00475D7C">
        <w:rPr>
          <w:rFonts w:ascii="Cambria" w:hAnsi="Cambria"/>
          <w:sz w:val="16"/>
          <w:szCs w:val="16"/>
        </w:rPr>
        <w:t xml:space="preserve"> 2021)</w:t>
      </w:r>
      <w:r w:rsidR="00475D7C" w:rsidRPr="00475D7C">
        <w:rPr>
          <w:rFonts w:ascii="Cambria" w:hAnsi="Cambria"/>
          <w:sz w:val="16"/>
          <w:szCs w:val="16"/>
        </w:rPr>
        <w:t xml:space="preserve"> </w:t>
      </w:r>
      <w:proofErr w:type="spellStart"/>
      <w:r w:rsidR="00475D7C" w:rsidRPr="00475D7C">
        <w:rPr>
          <w:rFonts w:ascii="Cambria" w:hAnsi="Cambria"/>
          <w:sz w:val="16"/>
          <w:szCs w:val="16"/>
        </w:rPr>
        <w:t>içinde</w:t>
      </w:r>
      <w:proofErr w:type="spellEnd"/>
      <w:r w:rsidR="00475D7C" w:rsidRPr="00475D7C">
        <w:rPr>
          <w:rFonts w:ascii="Cambria" w:hAnsi="Cambria"/>
          <w:sz w:val="16"/>
          <w:szCs w:val="16"/>
        </w:rPr>
        <w:t xml:space="preserve"> </w:t>
      </w:r>
      <w:proofErr w:type="spellStart"/>
      <w:r w:rsidR="00475D7C" w:rsidRPr="00475D7C">
        <w:rPr>
          <w:rFonts w:ascii="Cambria" w:hAnsi="Cambria"/>
          <w:sz w:val="16"/>
          <w:szCs w:val="16"/>
        </w:rPr>
        <w:t>alıntılanmıştır</w:t>
      </w:r>
      <w:proofErr w:type="spellEnd"/>
      <w:r w:rsidR="00475D7C" w:rsidRPr="00475D7C">
        <w:rPr>
          <w:rFonts w:ascii="Cambria" w:hAnsi="Cambria"/>
          <w:sz w:val="16"/>
          <w:szCs w:val="16"/>
        </w:rPr>
        <w:t xml:space="preserve">. </w:t>
      </w:r>
      <w:r w:rsidRPr="001C1414">
        <w:rPr>
          <w:sz w:val="16"/>
          <w:szCs w:val="16"/>
        </w:rPr>
        <w:br/>
        <w:t>51  Bruce S. McEwen</w:t>
      </w:r>
      <w:r w:rsidR="00B674F7">
        <w:rPr>
          <w:sz w:val="16"/>
          <w:szCs w:val="16"/>
        </w:rPr>
        <w:t xml:space="preserve"> 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>“Central effects of stress hormones in health and disease: understanding the protective and damaging effects of stress and stress mediators”</w:t>
      </w:r>
      <w:r w:rsidRPr="00B674F7">
        <w:rPr>
          <w:rFonts w:ascii="Cambria" w:hAnsi="Cambria"/>
          <w:sz w:val="16"/>
          <w:szCs w:val="16"/>
        </w:rPr>
        <w:t xml:space="preserve">, </w:t>
      </w:r>
      <w:r w:rsidR="00B674F7" w:rsidRPr="00B674F7">
        <w:rPr>
          <w:rFonts w:ascii="Cambria" w:hAnsi="Cambria" w:cs="Times New Roman"/>
          <w:i/>
          <w:iCs/>
          <w:color w:val="000000"/>
          <w:sz w:val="16"/>
          <w:szCs w:val="16"/>
        </w:rPr>
        <w:t>European Journal of Pharmacology</w:t>
      </w:r>
      <w:r w:rsidRPr="00B674F7">
        <w:rPr>
          <w:rFonts w:ascii="Cambria" w:hAnsi="Cambria"/>
          <w:sz w:val="16"/>
          <w:szCs w:val="16"/>
        </w:rPr>
        <w:t xml:space="preserve">, </w:t>
      </w:r>
      <w:proofErr w:type="spellStart"/>
      <w:r w:rsidRPr="00B674F7">
        <w:rPr>
          <w:rFonts w:ascii="Cambria" w:hAnsi="Cambria"/>
          <w:sz w:val="16"/>
          <w:szCs w:val="16"/>
        </w:rPr>
        <w:t>cilt</w:t>
      </w:r>
      <w:proofErr w:type="spellEnd"/>
      <w:r w:rsidRPr="00B674F7">
        <w:rPr>
          <w:rFonts w:ascii="Cambria" w:hAnsi="Cambria"/>
          <w:sz w:val="16"/>
          <w:szCs w:val="16"/>
        </w:rPr>
        <w:t xml:space="preserve"> 583 (Nisan 2008), Soraya Seedat </w:t>
      </w:r>
      <w:proofErr w:type="spellStart"/>
      <w:r w:rsidRPr="00B674F7">
        <w:rPr>
          <w:rFonts w:ascii="Cambria" w:hAnsi="Cambria"/>
          <w:sz w:val="16"/>
          <w:szCs w:val="16"/>
        </w:rPr>
        <w:t>ve</w:t>
      </w:r>
      <w:proofErr w:type="spellEnd"/>
      <w:r w:rsidRPr="00B674F7">
        <w:rPr>
          <w:rFonts w:ascii="Cambria" w:hAnsi="Cambria"/>
          <w:sz w:val="16"/>
          <w:szCs w:val="16"/>
        </w:rPr>
        <w:t xml:space="preserve"> Marta Rondon,</w:t>
      </w:r>
      <w:r w:rsidRPr="001C1414">
        <w:rPr>
          <w:sz w:val="16"/>
          <w:szCs w:val="16"/>
        </w:rPr>
        <w:t xml:space="preserve"> “</w:t>
      </w:r>
      <w:r w:rsidR="00AB3D25" w:rsidRPr="00475D7C">
        <w:rPr>
          <w:rFonts w:ascii="Cambria" w:hAnsi="Cambria" w:cs="Times New Roman"/>
          <w:color w:val="000000"/>
          <w:sz w:val="16"/>
          <w:szCs w:val="16"/>
        </w:rPr>
        <w:t>Women’s well-being and the burden of unpaid work”</w:t>
      </w:r>
      <w:r w:rsidR="00AB3D25">
        <w:rPr>
          <w:rFonts w:ascii="Cambria" w:hAnsi="Cambria" w:cs="Times New Roman"/>
          <w:color w:val="000000"/>
          <w:sz w:val="16"/>
          <w:szCs w:val="16"/>
        </w:rPr>
        <w:t xml:space="preserve"> </w:t>
      </w:r>
      <w:proofErr w:type="spellStart"/>
      <w:r w:rsidR="00AB3D25">
        <w:rPr>
          <w:sz w:val="16"/>
          <w:szCs w:val="16"/>
        </w:rPr>
        <w:t>t</w:t>
      </w:r>
      <w:r w:rsidRPr="001C1414">
        <w:rPr>
          <w:sz w:val="16"/>
          <w:szCs w:val="16"/>
        </w:rPr>
        <w:t>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alıntılanmıştır</w:t>
      </w:r>
      <w:proofErr w:type="spellEnd"/>
      <w:r w:rsidRPr="001C1414">
        <w:rPr>
          <w:sz w:val="16"/>
          <w:szCs w:val="16"/>
        </w:rPr>
        <w:t xml:space="preserve">. </w:t>
      </w:r>
    </w:p>
    <w:p w14:paraId="6B4B06C9" w14:textId="002086AD" w:rsidR="00CA5CFE" w:rsidRPr="00B674F7" w:rsidRDefault="00CA5CFE" w:rsidP="00B674F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1C1414">
        <w:rPr>
          <w:sz w:val="16"/>
          <w:szCs w:val="16"/>
        </w:rPr>
        <w:t xml:space="preserve">52  </w:t>
      </w:r>
      <w:proofErr w:type="spellStart"/>
      <w:r w:rsidRPr="001C1414">
        <w:rPr>
          <w:sz w:val="16"/>
          <w:szCs w:val="16"/>
        </w:rPr>
        <w:t>Bölgesel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istişareler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sırasında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ifade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edilen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görüşler</w:t>
      </w:r>
      <w:proofErr w:type="spellEnd"/>
      <w:r w:rsidRPr="001C1414">
        <w:rPr>
          <w:sz w:val="16"/>
          <w:szCs w:val="16"/>
        </w:rPr>
        <w:t xml:space="preserve">. </w:t>
      </w:r>
      <w:proofErr w:type="spellStart"/>
      <w:r w:rsidRPr="001C1414">
        <w:rPr>
          <w:sz w:val="16"/>
          <w:szCs w:val="16"/>
        </w:rPr>
        <w:t>Bkz</w:t>
      </w:r>
      <w:proofErr w:type="spellEnd"/>
      <w:r w:rsidRPr="001C1414">
        <w:rPr>
          <w:sz w:val="16"/>
          <w:szCs w:val="16"/>
        </w:rPr>
        <w:t xml:space="preserve">. Elia </w:t>
      </w:r>
      <w:proofErr w:type="spellStart"/>
      <w:r w:rsidRPr="001C1414">
        <w:rPr>
          <w:sz w:val="16"/>
          <w:szCs w:val="16"/>
        </w:rPr>
        <w:t>Psouni</w:t>
      </w:r>
      <w:proofErr w:type="spellEnd"/>
      <w:r w:rsidRPr="001C1414">
        <w:rPr>
          <w:sz w:val="16"/>
          <w:szCs w:val="16"/>
        </w:rPr>
        <w:t xml:space="preserve">, Julia Berg </w:t>
      </w:r>
      <w:proofErr w:type="spellStart"/>
      <w:r w:rsidRPr="001C1414">
        <w:rPr>
          <w:sz w:val="16"/>
          <w:szCs w:val="16"/>
        </w:rPr>
        <w:t>ve</w:t>
      </w:r>
      <w:proofErr w:type="spellEnd"/>
      <w:r w:rsidRPr="001C1414">
        <w:rPr>
          <w:sz w:val="16"/>
          <w:szCs w:val="16"/>
        </w:rPr>
        <w:t xml:space="preserve"> Hanna Persson,</w:t>
      </w:r>
      <w:r w:rsidRPr="00B674F7">
        <w:rPr>
          <w:rFonts w:ascii="Cambria" w:hAnsi="Cambria"/>
          <w:sz w:val="16"/>
          <w:szCs w:val="16"/>
        </w:rPr>
        <w:t xml:space="preserve"> 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>“Solo</w:t>
      </w:r>
      <w:r w:rsidR="00B674F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>mothers’ by choice experiences during pregnancy and early parenthood: thoughts and feelings related</w:t>
      </w:r>
      <w:r w:rsidR="00B674F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>to maternal health services”</w:t>
      </w:r>
      <w:r w:rsidR="0061462C">
        <w:rPr>
          <w:rFonts w:ascii="Cambria" w:hAnsi="Cambria" w:cs="Times New Roman"/>
          <w:color w:val="000000"/>
          <w:sz w:val="16"/>
          <w:szCs w:val="16"/>
        </w:rPr>
        <w:t>,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B674F7" w:rsidRPr="0061462C">
        <w:rPr>
          <w:i/>
          <w:iCs/>
          <w:sz w:val="16"/>
          <w:szCs w:val="16"/>
        </w:rPr>
        <w:t>Sexual and Reproductive Healthcare</w:t>
      </w:r>
      <w:r w:rsidRPr="001C1414">
        <w:rPr>
          <w:sz w:val="16"/>
          <w:szCs w:val="16"/>
        </w:rPr>
        <w:t xml:space="preserve">, </w:t>
      </w:r>
      <w:proofErr w:type="spellStart"/>
      <w:r w:rsidRPr="001C1414">
        <w:rPr>
          <w:sz w:val="16"/>
          <w:szCs w:val="16"/>
        </w:rPr>
        <w:t>cilt</w:t>
      </w:r>
      <w:proofErr w:type="spellEnd"/>
      <w:r w:rsidRPr="001C1414">
        <w:rPr>
          <w:sz w:val="16"/>
          <w:szCs w:val="16"/>
        </w:rPr>
        <w:t xml:space="preserve"> 33 (Eylül 2022).</w:t>
      </w:r>
      <w:r w:rsidRPr="001C1414">
        <w:rPr>
          <w:sz w:val="16"/>
          <w:szCs w:val="16"/>
        </w:rPr>
        <w:br/>
        <w:t xml:space="preserve">53  BM </w:t>
      </w:r>
      <w:proofErr w:type="spellStart"/>
      <w:r w:rsidRPr="001C1414">
        <w:rPr>
          <w:sz w:val="16"/>
          <w:szCs w:val="16"/>
        </w:rPr>
        <w:t>Kadın</w:t>
      </w:r>
      <w:proofErr w:type="spellEnd"/>
      <w:r w:rsidRPr="001C1414">
        <w:rPr>
          <w:sz w:val="16"/>
          <w:szCs w:val="16"/>
        </w:rPr>
        <w:t xml:space="preserve"> </w:t>
      </w:r>
      <w:proofErr w:type="spellStart"/>
      <w:r w:rsidRPr="001C1414">
        <w:rPr>
          <w:sz w:val="16"/>
          <w:szCs w:val="16"/>
        </w:rPr>
        <w:t>Birimi</w:t>
      </w:r>
      <w:proofErr w:type="spellEnd"/>
      <w:r w:rsidRPr="001C1414">
        <w:rPr>
          <w:sz w:val="16"/>
          <w:szCs w:val="16"/>
        </w:rPr>
        <w:t xml:space="preserve">, </w:t>
      </w:r>
      <w:r w:rsidR="00B674F7" w:rsidRPr="00B674F7">
        <w:rPr>
          <w:rFonts w:ascii="Cambria" w:hAnsi="Cambria" w:cs="Times New Roman"/>
          <w:i/>
          <w:iCs/>
          <w:color w:val="000000"/>
          <w:sz w:val="16"/>
          <w:szCs w:val="16"/>
        </w:rPr>
        <w:t>Measuring the Shadow Pandemic: Violence against Women During COVID-19</w:t>
      </w:r>
      <w:r w:rsidR="00B674F7" w:rsidRPr="00B674F7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B674F7">
        <w:rPr>
          <w:rFonts w:ascii="Cambria" w:hAnsi="Cambria"/>
          <w:sz w:val="16"/>
          <w:szCs w:val="16"/>
        </w:rPr>
        <w:t>(2021).</w:t>
      </w:r>
      <w:r w:rsidRPr="001C1414">
        <w:rPr>
          <w:sz w:val="16"/>
          <w:szCs w:val="16"/>
        </w:rPr>
        <w:br/>
      </w:r>
      <w:r w:rsidRPr="001C1414">
        <w:rPr>
          <w:sz w:val="16"/>
          <w:szCs w:val="16"/>
          <w:lang w:val="de-DE"/>
        </w:rPr>
        <w:t xml:space="preserve">54 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hyperlink r:id="rId40" w:history="1">
        <w:r w:rsidR="00B674F7" w:rsidRPr="00053A21">
          <w:rPr>
            <w:rStyle w:val="Hyperlink"/>
            <w:sz w:val="16"/>
            <w:szCs w:val="16"/>
            <w:lang w:val="de-DE"/>
          </w:rPr>
          <w:t>https://www.unwomen.org/en/what-we-do/hiv-and-aids</w:t>
        </w:r>
      </w:hyperlink>
      <w:r w:rsidRPr="001C1414">
        <w:rPr>
          <w:sz w:val="16"/>
          <w:szCs w:val="16"/>
          <w:lang w:val="de-DE"/>
        </w:rPr>
        <w:t>.</w:t>
      </w:r>
      <w:r w:rsidR="00B674F7">
        <w:rPr>
          <w:sz w:val="16"/>
          <w:szCs w:val="16"/>
          <w:lang w:val="de-DE"/>
        </w:rPr>
        <w:t xml:space="preserve"> </w:t>
      </w:r>
      <w:r w:rsidRPr="00CA5CFE">
        <w:rPr>
          <w:sz w:val="16"/>
          <w:szCs w:val="16"/>
          <w:highlight w:val="cyan"/>
          <w:lang w:val="de-DE"/>
        </w:rPr>
        <w:br/>
      </w:r>
    </w:p>
    <w:p w14:paraId="5E195B07" w14:textId="77777777" w:rsidR="00B674F7" w:rsidRDefault="00B674F7" w:rsidP="006E736E">
      <w:pPr>
        <w:jc w:val="both"/>
        <w:rPr>
          <w:sz w:val="20"/>
          <w:szCs w:val="20"/>
        </w:rPr>
      </w:pPr>
    </w:p>
    <w:p w14:paraId="7EB11EC7" w14:textId="77777777" w:rsidR="00B674F7" w:rsidRDefault="00B674F7" w:rsidP="006E736E">
      <w:pPr>
        <w:jc w:val="both"/>
        <w:rPr>
          <w:sz w:val="20"/>
          <w:szCs w:val="20"/>
        </w:rPr>
      </w:pPr>
    </w:p>
    <w:p w14:paraId="752708DB" w14:textId="0DC5F769" w:rsidR="00CA5CFE" w:rsidRDefault="00CA5CFE" w:rsidP="006E736E">
      <w:pPr>
        <w:jc w:val="both"/>
        <w:rPr>
          <w:b/>
          <w:bCs/>
        </w:rPr>
      </w:pPr>
      <w:r w:rsidRPr="00CA5CFE">
        <w:rPr>
          <w:sz w:val="20"/>
          <w:szCs w:val="20"/>
        </w:rPr>
        <w:lastRenderedPageBreak/>
        <w:t xml:space="preserve">Bu </w:t>
      </w:r>
      <w:proofErr w:type="spellStart"/>
      <w:r w:rsidRPr="00CA5CFE">
        <w:rPr>
          <w:sz w:val="20"/>
          <w:szCs w:val="20"/>
        </w:rPr>
        <w:t>tür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damgalanma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ve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ayrımcılık</w:t>
      </w:r>
      <w:proofErr w:type="spellEnd"/>
      <w:r w:rsidRPr="00CA5CFE">
        <w:rPr>
          <w:sz w:val="20"/>
          <w:szCs w:val="20"/>
        </w:rPr>
        <w:t xml:space="preserve">, </w:t>
      </w:r>
      <w:proofErr w:type="spellStart"/>
      <w:r w:rsidRPr="00CA5CFE">
        <w:rPr>
          <w:sz w:val="20"/>
          <w:szCs w:val="20"/>
        </w:rPr>
        <w:t>sağlık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hizmetlerine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erişimlerini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zayıflatmaktadır</w:t>
      </w:r>
      <w:proofErr w:type="spellEnd"/>
      <w:r w:rsidRPr="00CA5CFE">
        <w:rPr>
          <w:sz w:val="20"/>
          <w:szCs w:val="20"/>
        </w:rPr>
        <w:t xml:space="preserve">. </w:t>
      </w:r>
      <w:proofErr w:type="spellStart"/>
      <w:r w:rsidRPr="00CA5CFE">
        <w:rPr>
          <w:sz w:val="20"/>
          <w:szCs w:val="20"/>
        </w:rPr>
        <w:t>Madencilik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endüstrilerinin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neden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olduğu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çevresel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bozulma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nedeniyle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su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kaynakları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tükenip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kirlendiğinde</w:t>
      </w:r>
      <w:proofErr w:type="spellEnd"/>
      <w:r w:rsidRPr="00CA5CFE">
        <w:rPr>
          <w:sz w:val="20"/>
          <w:szCs w:val="20"/>
        </w:rPr>
        <w:t xml:space="preserve">, </w:t>
      </w:r>
      <w:proofErr w:type="spellStart"/>
      <w:r w:rsidRPr="00CA5CFE">
        <w:rPr>
          <w:sz w:val="20"/>
          <w:szCs w:val="20"/>
        </w:rPr>
        <w:t>genellikle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su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toplama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görevini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üstlenen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kadınlar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ve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kız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çocukları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daha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uzun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mesafeler</w:t>
      </w:r>
      <w:proofErr w:type="spellEnd"/>
      <w:r w:rsidRPr="00CA5CFE">
        <w:rPr>
          <w:sz w:val="20"/>
          <w:szCs w:val="20"/>
        </w:rPr>
        <w:t xml:space="preserve"> kat </w:t>
      </w:r>
      <w:proofErr w:type="spellStart"/>
      <w:r w:rsidRPr="00CA5CFE">
        <w:rPr>
          <w:sz w:val="20"/>
          <w:szCs w:val="20"/>
        </w:rPr>
        <w:t>etmek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zorunda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kalmaktadır</w:t>
      </w:r>
      <w:proofErr w:type="spellEnd"/>
      <w:r w:rsidRPr="00CA5CFE">
        <w:rPr>
          <w:sz w:val="20"/>
          <w:szCs w:val="20"/>
        </w:rPr>
        <w:t xml:space="preserve">. </w:t>
      </w:r>
      <w:proofErr w:type="spellStart"/>
      <w:r w:rsidRPr="00CA5CFE">
        <w:rPr>
          <w:sz w:val="20"/>
          <w:szCs w:val="20"/>
        </w:rPr>
        <w:t>Kirlenmiş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su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kaynakları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ayrıca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aile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üyeleri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arasında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hastalıklara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yol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açarak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bakım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işlerini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daha</w:t>
      </w:r>
      <w:proofErr w:type="spellEnd"/>
      <w:r w:rsidRPr="00CA5CFE">
        <w:rPr>
          <w:sz w:val="20"/>
          <w:szCs w:val="20"/>
        </w:rPr>
        <w:t xml:space="preserve"> da </w:t>
      </w:r>
      <w:proofErr w:type="spellStart"/>
      <w:r w:rsidRPr="00CA5CFE">
        <w:rPr>
          <w:sz w:val="20"/>
          <w:szCs w:val="20"/>
        </w:rPr>
        <w:t>artırabilmektedir</w:t>
      </w:r>
      <w:proofErr w:type="spellEnd"/>
      <w:r w:rsidRPr="00CA5CFE">
        <w:rPr>
          <w:sz w:val="20"/>
          <w:szCs w:val="20"/>
        </w:rPr>
        <w:t xml:space="preserve">. (55) </w:t>
      </w:r>
      <w:proofErr w:type="spellStart"/>
      <w:r w:rsidRPr="00CA5CFE">
        <w:rPr>
          <w:sz w:val="20"/>
          <w:szCs w:val="20"/>
        </w:rPr>
        <w:t>Ücretsiz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bakım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işlerinin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bu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şekilde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artması</w:t>
      </w:r>
      <w:proofErr w:type="spellEnd"/>
      <w:r w:rsidRPr="00CA5CFE">
        <w:rPr>
          <w:sz w:val="20"/>
          <w:szCs w:val="20"/>
        </w:rPr>
        <w:t xml:space="preserve">, </w:t>
      </w:r>
      <w:proofErr w:type="spellStart"/>
      <w:r w:rsidRPr="00CA5CFE">
        <w:rPr>
          <w:sz w:val="20"/>
          <w:szCs w:val="20"/>
        </w:rPr>
        <w:t>kadınların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ve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kız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çocuklarının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fiziksel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ve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zihinsel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yorgunluğunu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ve</w:t>
      </w:r>
      <w:proofErr w:type="spellEnd"/>
      <w:r w:rsidRPr="00CA5CFE">
        <w:rPr>
          <w:sz w:val="20"/>
          <w:szCs w:val="20"/>
        </w:rPr>
        <w:t xml:space="preserve"> zaman </w:t>
      </w:r>
      <w:proofErr w:type="spellStart"/>
      <w:r w:rsidRPr="00CA5CFE">
        <w:rPr>
          <w:sz w:val="20"/>
          <w:szCs w:val="20"/>
        </w:rPr>
        <w:t>yoksulluğunu</w:t>
      </w:r>
      <w:proofErr w:type="spellEnd"/>
      <w:r w:rsidRPr="00CA5CFE">
        <w:rPr>
          <w:sz w:val="20"/>
          <w:szCs w:val="20"/>
        </w:rPr>
        <w:t xml:space="preserve"> </w:t>
      </w:r>
      <w:proofErr w:type="spellStart"/>
      <w:r w:rsidRPr="00CA5CFE">
        <w:rPr>
          <w:sz w:val="20"/>
          <w:szCs w:val="20"/>
        </w:rPr>
        <w:t>daha</w:t>
      </w:r>
      <w:proofErr w:type="spellEnd"/>
      <w:r w:rsidRPr="00CA5CFE">
        <w:rPr>
          <w:sz w:val="20"/>
          <w:szCs w:val="20"/>
        </w:rPr>
        <w:t xml:space="preserve"> da </w:t>
      </w:r>
      <w:proofErr w:type="spellStart"/>
      <w:r w:rsidRPr="00CA5CFE">
        <w:rPr>
          <w:sz w:val="20"/>
          <w:szCs w:val="20"/>
        </w:rPr>
        <w:t>şiddetlendirebilir</w:t>
      </w:r>
      <w:proofErr w:type="spellEnd"/>
      <w:r w:rsidRPr="00CA5CFE">
        <w:rPr>
          <w:sz w:val="20"/>
          <w:szCs w:val="20"/>
        </w:rPr>
        <w:t>.</w:t>
      </w:r>
    </w:p>
    <w:p w14:paraId="52AA6C34" w14:textId="77777777" w:rsidR="00D13109" w:rsidRDefault="000C7284" w:rsidP="006E736E">
      <w:pPr>
        <w:spacing w:after="0"/>
        <w:jc w:val="both"/>
        <w:rPr>
          <w:b/>
          <w:bCs/>
          <w:sz w:val="20"/>
          <w:szCs w:val="20"/>
        </w:rPr>
      </w:pPr>
      <w:r w:rsidRPr="00D13109">
        <w:rPr>
          <w:b/>
          <w:bCs/>
          <w:sz w:val="20"/>
          <w:szCs w:val="20"/>
        </w:rPr>
        <w:t>E.</w:t>
      </w:r>
      <w:r w:rsidR="003B2022"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Sosyal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güvenlik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hakkı</w:t>
      </w:r>
      <w:proofErr w:type="spellEnd"/>
    </w:p>
    <w:p w14:paraId="6D66FC50" w14:textId="06F6A43A" w:rsidR="004410D0" w:rsidRPr="00D13109" w:rsidRDefault="000C7284" w:rsidP="006E736E">
      <w:pPr>
        <w:spacing w:after="0"/>
        <w:jc w:val="both"/>
        <w:rPr>
          <w:sz w:val="20"/>
          <w:szCs w:val="20"/>
        </w:rPr>
      </w:pPr>
      <w:r w:rsidRPr="00D13109">
        <w:rPr>
          <w:b/>
          <w:bCs/>
          <w:sz w:val="20"/>
          <w:szCs w:val="20"/>
        </w:rPr>
        <w:br/>
      </w:r>
      <w:r w:rsidRPr="00D13109">
        <w:rPr>
          <w:sz w:val="20"/>
          <w:szCs w:val="20"/>
        </w:rPr>
        <w:t xml:space="preserve">18. </w:t>
      </w:r>
      <w:proofErr w:type="spellStart"/>
      <w:r w:rsidRPr="00D13109">
        <w:rPr>
          <w:sz w:val="20"/>
          <w:szCs w:val="20"/>
        </w:rPr>
        <w:t>Sosyal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güvenlik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destek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sistemleri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için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vazgeçilmez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olan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yüksek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kaliteli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kamu</w:t>
      </w:r>
      <w:proofErr w:type="spellEnd"/>
      <w:r w:rsidRPr="00D13109">
        <w:rPr>
          <w:sz w:val="20"/>
          <w:szCs w:val="20"/>
        </w:rPr>
        <w:t xml:space="preserve"> </w:t>
      </w:r>
      <w:r w:rsidRPr="00D13109">
        <w:rPr>
          <w:sz w:val="20"/>
          <w:szCs w:val="20"/>
        </w:rPr>
        <w:br/>
      </w:r>
      <w:proofErr w:type="spellStart"/>
      <w:r w:rsidRPr="00D13109">
        <w:rPr>
          <w:sz w:val="20"/>
          <w:szCs w:val="20"/>
        </w:rPr>
        <w:t>hizmetlerini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gerektirir</w:t>
      </w:r>
      <w:proofErr w:type="spellEnd"/>
      <w:r w:rsidRPr="00D13109">
        <w:rPr>
          <w:sz w:val="20"/>
          <w:szCs w:val="20"/>
        </w:rPr>
        <w:t>.</w:t>
      </w:r>
      <w:r w:rsidR="00D13109">
        <w:rPr>
          <w:sz w:val="20"/>
          <w:szCs w:val="20"/>
        </w:rPr>
        <w:t xml:space="preserve"> </w:t>
      </w:r>
      <w:r w:rsidR="001C1414">
        <w:rPr>
          <w:sz w:val="20"/>
          <w:szCs w:val="20"/>
        </w:rPr>
        <w:t>(</w:t>
      </w:r>
      <w:r w:rsidRPr="00D13109">
        <w:rPr>
          <w:sz w:val="20"/>
          <w:szCs w:val="20"/>
        </w:rPr>
        <w:t>56</w:t>
      </w:r>
      <w:r w:rsidR="008B4F3C" w:rsidRPr="00D13109">
        <w:rPr>
          <w:sz w:val="20"/>
          <w:szCs w:val="20"/>
        </w:rPr>
        <w:t>)</w:t>
      </w:r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Ücretsiz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destek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işlerinin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eşit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paylaşımını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cinsiyet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eşitliğini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sağlamak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için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annelik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babalık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ebeveynlik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aile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yardımlarını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kaliteli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çocuk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r w:rsidRPr="00D13109">
        <w:rPr>
          <w:sz w:val="20"/>
          <w:szCs w:val="20"/>
        </w:rPr>
        <w:br/>
      </w:r>
      <w:proofErr w:type="spellStart"/>
      <w:r w:rsidRPr="00D13109">
        <w:rPr>
          <w:sz w:val="20"/>
          <w:szCs w:val="20"/>
        </w:rPr>
        <w:t>hizmetlerine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erişimle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birleştirmek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gerekir</w:t>
      </w:r>
      <w:proofErr w:type="spellEnd"/>
      <w:r w:rsidRPr="00D13109">
        <w:rPr>
          <w:sz w:val="20"/>
          <w:szCs w:val="20"/>
        </w:rPr>
        <w:t xml:space="preserve">. </w:t>
      </w:r>
      <w:proofErr w:type="spellStart"/>
      <w:r w:rsidRPr="00D13109">
        <w:rPr>
          <w:sz w:val="20"/>
          <w:szCs w:val="20"/>
        </w:rPr>
        <w:t>Norveç'in</w:t>
      </w:r>
      <w:proofErr w:type="spellEnd"/>
      <w:r w:rsidRPr="00D13109">
        <w:rPr>
          <w:sz w:val="20"/>
          <w:szCs w:val="20"/>
        </w:rPr>
        <w:t xml:space="preserve">, hem </w:t>
      </w:r>
      <w:proofErr w:type="spellStart"/>
      <w:r w:rsidRPr="00D13109">
        <w:rPr>
          <w:sz w:val="20"/>
          <w:szCs w:val="20"/>
        </w:rPr>
        <w:t>babaların</w:t>
      </w:r>
      <w:proofErr w:type="spellEnd"/>
      <w:r w:rsidRPr="00D13109">
        <w:rPr>
          <w:sz w:val="20"/>
          <w:szCs w:val="20"/>
        </w:rPr>
        <w:t xml:space="preserve"> hem de </w:t>
      </w:r>
      <w:proofErr w:type="spellStart"/>
      <w:r w:rsidRPr="00D13109">
        <w:rPr>
          <w:sz w:val="20"/>
          <w:szCs w:val="20"/>
        </w:rPr>
        <w:t>annelerin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babalık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izni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alması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için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özel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teşvikler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sunan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hiçbir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hanenin</w:t>
      </w:r>
      <w:proofErr w:type="spellEnd"/>
      <w:r w:rsidRPr="00D13109">
        <w:rPr>
          <w:sz w:val="20"/>
          <w:szCs w:val="20"/>
        </w:rPr>
        <w:t xml:space="preserve"> "</w:t>
      </w:r>
      <w:proofErr w:type="spellStart"/>
      <w:r w:rsidRPr="00D13109">
        <w:rPr>
          <w:sz w:val="20"/>
          <w:szCs w:val="20"/>
        </w:rPr>
        <w:t>anaokulunda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yer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için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toplam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vergiye</w:t>
      </w:r>
      <w:proofErr w:type="spellEnd"/>
      <w:r w:rsidRPr="00D13109">
        <w:rPr>
          <w:sz w:val="20"/>
          <w:szCs w:val="20"/>
        </w:rPr>
        <w:t xml:space="preserve"> tabi </w:t>
      </w:r>
      <w:proofErr w:type="spellStart"/>
      <w:r w:rsidRPr="00D13109">
        <w:rPr>
          <w:sz w:val="20"/>
          <w:szCs w:val="20"/>
        </w:rPr>
        <w:t>gelirinin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yüzde</w:t>
      </w:r>
      <w:proofErr w:type="spellEnd"/>
      <w:r w:rsidRPr="00D13109">
        <w:rPr>
          <w:sz w:val="20"/>
          <w:szCs w:val="20"/>
        </w:rPr>
        <w:t xml:space="preserve"> 6'sından </w:t>
      </w:r>
      <w:proofErr w:type="spellStart"/>
      <w:r w:rsidRPr="00D13109">
        <w:rPr>
          <w:sz w:val="20"/>
          <w:szCs w:val="20"/>
        </w:rPr>
        <w:t>fazlasını</w:t>
      </w:r>
      <w:proofErr w:type="spellEnd"/>
      <w:r w:rsidRPr="00D13109">
        <w:rPr>
          <w:sz w:val="20"/>
          <w:szCs w:val="20"/>
        </w:rPr>
        <w:t xml:space="preserve">" </w:t>
      </w:r>
      <w:proofErr w:type="spellStart"/>
      <w:r w:rsidRPr="00D13109">
        <w:rPr>
          <w:sz w:val="20"/>
          <w:szCs w:val="20"/>
        </w:rPr>
        <w:t>ödememesini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sağlayan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politikaları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kurumsal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değişimin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işlerinin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daha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eşitlikçi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bir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şekilde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dağıtılmasına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nasıl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yol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açabileceğini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göstermektedir</w:t>
      </w:r>
      <w:proofErr w:type="spellEnd"/>
      <w:r w:rsidRPr="00D13109">
        <w:rPr>
          <w:sz w:val="20"/>
          <w:szCs w:val="20"/>
        </w:rPr>
        <w:t>.</w:t>
      </w:r>
      <w:r w:rsidR="00D911D6" w:rsidRPr="00D13109">
        <w:rPr>
          <w:sz w:val="20"/>
          <w:szCs w:val="20"/>
        </w:rPr>
        <w:t xml:space="preserve"> </w:t>
      </w:r>
      <w:r w:rsidR="00D911D6" w:rsidRPr="0051412F">
        <w:rPr>
          <w:sz w:val="20"/>
          <w:szCs w:val="20"/>
        </w:rPr>
        <w:t>(</w:t>
      </w:r>
      <w:r w:rsidRPr="0051412F">
        <w:rPr>
          <w:sz w:val="20"/>
          <w:szCs w:val="20"/>
        </w:rPr>
        <w:t>57</w:t>
      </w:r>
      <w:r w:rsidR="00D911D6" w:rsidRPr="0051412F">
        <w:rPr>
          <w:sz w:val="20"/>
          <w:szCs w:val="20"/>
        </w:rPr>
        <w:t>)</w:t>
      </w:r>
      <w:r w:rsidRPr="00D13109">
        <w:rPr>
          <w:sz w:val="20"/>
          <w:szCs w:val="20"/>
        </w:rPr>
        <w:t xml:space="preserve"> Benzer </w:t>
      </w:r>
      <w:proofErr w:type="spellStart"/>
      <w:r w:rsidRPr="00D13109">
        <w:rPr>
          <w:sz w:val="20"/>
          <w:szCs w:val="20"/>
        </w:rPr>
        <w:t>şekilde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hak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temelli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rehabilitasyon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uzun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süreli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destek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hizmetleri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yardımcı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cihazlar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erişilebilir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konut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altyapının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mevcudiyeti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engelli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yaşlı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kişilerin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özerkliğini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bağımsız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yaşamlarını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teşvik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etmek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="00A553AA" w:rsidRPr="00D13109">
        <w:rPr>
          <w:sz w:val="20"/>
          <w:szCs w:val="20"/>
        </w:rPr>
        <w:t>üzere</w:t>
      </w:r>
      <w:proofErr w:type="spellEnd"/>
      <w:r w:rsidR="00535222"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engellilik</w:t>
      </w:r>
      <w:proofErr w:type="spellEnd"/>
      <w:r w:rsidR="00C85568"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yardımları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yaşlılık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maaşları</w:t>
      </w:r>
      <w:r w:rsidR="003F0859" w:rsidRPr="00D13109">
        <w:rPr>
          <w:sz w:val="20"/>
          <w:szCs w:val="20"/>
        </w:rPr>
        <w:t>n</w:t>
      </w:r>
      <w:r w:rsidR="008371BD" w:rsidRPr="00D13109">
        <w:rPr>
          <w:sz w:val="20"/>
          <w:szCs w:val="20"/>
        </w:rPr>
        <w:t>ın</w:t>
      </w:r>
      <w:proofErr w:type="spellEnd"/>
      <w:r w:rsidR="008371BD" w:rsidRPr="00D13109">
        <w:rPr>
          <w:sz w:val="20"/>
          <w:szCs w:val="20"/>
        </w:rPr>
        <w:t xml:space="preserve"> </w:t>
      </w:r>
      <w:proofErr w:type="spellStart"/>
      <w:r w:rsidR="008371BD" w:rsidRPr="00D13109">
        <w:rPr>
          <w:sz w:val="20"/>
          <w:szCs w:val="20"/>
        </w:rPr>
        <w:t>yan</w:t>
      </w:r>
      <w:r w:rsidR="003F0859" w:rsidRPr="00D13109">
        <w:rPr>
          <w:sz w:val="20"/>
          <w:szCs w:val="20"/>
        </w:rPr>
        <w:t>ında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önemli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birer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tamamlayıcıdır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ve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böylece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bakım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verenlerin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ücretsiz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bakım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ve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773CAE" w:rsidRPr="00D13109">
        <w:rPr>
          <w:sz w:val="20"/>
          <w:szCs w:val="20"/>
        </w:rPr>
        <w:t>destek</w:t>
      </w:r>
      <w:proofErr w:type="spellEnd"/>
      <w:r w:rsidR="00773CAE" w:rsidRPr="00D13109">
        <w:rPr>
          <w:sz w:val="20"/>
          <w:szCs w:val="20"/>
        </w:rPr>
        <w:t xml:space="preserve"> </w:t>
      </w:r>
      <w:proofErr w:type="spellStart"/>
      <w:r w:rsidR="00536CBF" w:rsidRPr="00D13109">
        <w:rPr>
          <w:sz w:val="20"/>
          <w:szCs w:val="20"/>
        </w:rPr>
        <w:t>işlerini</w:t>
      </w:r>
      <w:proofErr w:type="spellEnd"/>
      <w:r w:rsidR="00536CBF" w:rsidRPr="00D13109">
        <w:rPr>
          <w:sz w:val="20"/>
          <w:szCs w:val="20"/>
        </w:rPr>
        <w:t xml:space="preserve"> </w:t>
      </w:r>
      <w:proofErr w:type="spellStart"/>
      <w:r w:rsidR="00536CBF" w:rsidRPr="00D13109">
        <w:rPr>
          <w:sz w:val="20"/>
          <w:szCs w:val="20"/>
        </w:rPr>
        <w:t>hafifletmek</w:t>
      </w:r>
      <w:r w:rsidR="00563377" w:rsidRPr="00D13109">
        <w:rPr>
          <w:sz w:val="20"/>
          <w:szCs w:val="20"/>
        </w:rPr>
        <w:t>tedir</w:t>
      </w:r>
      <w:proofErr w:type="spellEnd"/>
      <w:r w:rsidR="00563377" w:rsidRPr="00D13109">
        <w:rPr>
          <w:sz w:val="20"/>
          <w:szCs w:val="20"/>
        </w:rPr>
        <w:t>.</w:t>
      </w:r>
    </w:p>
    <w:p w14:paraId="4E351DE2" w14:textId="77777777" w:rsidR="00D13109" w:rsidRDefault="000C7284" w:rsidP="006E736E">
      <w:pPr>
        <w:spacing w:after="0"/>
        <w:jc w:val="both"/>
        <w:rPr>
          <w:b/>
          <w:bCs/>
          <w:sz w:val="20"/>
          <w:szCs w:val="20"/>
        </w:rPr>
      </w:pPr>
      <w:r w:rsidRPr="00D13109">
        <w:rPr>
          <w:sz w:val="20"/>
          <w:szCs w:val="20"/>
        </w:rPr>
        <w:br/>
      </w:r>
      <w:r w:rsidRPr="00D13109">
        <w:rPr>
          <w:b/>
          <w:bCs/>
          <w:sz w:val="20"/>
          <w:szCs w:val="20"/>
        </w:rPr>
        <w:t>F.</w:t>
      </w:r>
      <w:r w:rsidR="00D911D6"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Siyasi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ve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kamusal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hayata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katılma</w:t>
      </w:r>
      <w:proofErr w:type="spellEnd"/>
      <w:r w:rsidRPr="00D13109">
        <w:rPr>
          <w:b/>
          <w:bCs/>
          <w:sz w:val="20"/>
          <w:szCs w:val="20"/>
        </w:rPr>
        <w:t xml:space="preserve"> </w:t>
      </w:r>
      <w:proofErr w:type="spellStart"/>
      <w:r w:rsidRPr="00D13109">
        <w:rPr>
          <w:b/>
          <w:bCs/>
          <w:sz w:val="20"/>
          <w:szCs w:val="20"/>
        </w:rPr>
        <w:t>hakkı</w:t>
      </w:r>
      <w:proofErr w:type="spellEnd"/>
    </w:p>
    <w:p w14:paraId="535049A5" w14:textId="50404F75" w:rsidR="004410D0" w:rsidRDefault="000C7284" w:rsidP="006E736E">
      <w:pPr>
        <w:jc w:val="both"/>
        <w:rPr>
          <w:sz w:val="20"/>
          <w:szCs w:val="20"/>
        </w:rPr>
      </w:pPr>
      <w:r w:rsidRPr="00D13109">
        <w:rPr>
          <w:sz w:val="20"/>
          <w:szCs w:val="20"/>
        </w:rPr>
        <w:br/>
        <w:t xml:space="preserve">19. </w:t>
      </w:r>
      <w:proofErr w:type="spellStart"/>
      <w:r w:rsidRPr="00D13109">
        <w:rPr>
          <w:sz w:val="20"/>
          <w:szCs w:val="20"/>
        </w:rPr>
        <w:t>Kadınların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işleri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siyasette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yeterince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temsil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edilememelerine</w:t>
      </w:r>
      <w:proofErr w:type="spellEnd"/>
      <w:r w:rsidRPr="00D13109">
        <w:rPr>
          <w:sz w:val="20"/>
          <w:szCs w:val="20"/>
        </w:rPr>
        <w:t xml:space="preserve"> de </w:t>
      </w:r>
      <w:proofErr w:type="spellStart"/>
      <w:r w:rsidRPr="00D13109">
        <w:rPr>
          <w:sz w:val="20"/>
          <w:szCs w:val="20"/>
        </w:rPr>
        <w:t>etki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etmektedir</w:t>
      </w:r>
      <w:proofErr w:type="spellEnd"/>
      <w:r w:rsidRPr="00D13109">
        <w:rPr>
          <w:sz w:val="20"/>
          <w:szCs w:val="20"/>
        </w:rPr>
        <w:t xml:space="preserve">. </w:t>
      </w:r>
      <w:r w:rsidRPr="00D13109">
        <w:rPr>
          <w:sz w:val="20"/>
          <w:szCs w:val="20"/>
        </w:rPr>
        <w:br/>
        <w:t xml:space="preserve">2024 </w:t>
      </w:r>
      <w:proofErr w:type="spellStart"/>
      <w:r w:rsidRPr="00D13109">
        <w:rPr>
          <w:sz w:val="20"/>
          <w:szCs w:val="20"/>
        </w:rPr>
        <w:t>yılında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dünya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genelinde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kadınlar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ulusal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parlamentolardaki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koltukların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yalnızca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yüzde</w:t>
      </w:r>
      <w:proofErr w:type="spellEnd"/>
      <w:r w:rsidRPr="00D13109">
        <w:rPr>
          <w:sz w:val="20"/>
          <w:szCs w:val="20"/>
        </w:rPr>
        <w:t xml:space="preserve"> </w:t>
      </w:r>
      <w:r w:rsidRPr="00D13109">
        <w:rPr>
          <w:sz w:val="20"/>
          <w:szCs w:val="20"/>
        </w:rPr>
        <w:br/>
        <w:t xml:space="preserve">27'sini </w:t>
      </w:r>
      <w:proofErr w:type="spellStart"/>
      <w:r w:rsidRPr="00D13109">
        <w:rPr>
          <w:sz w:val="20"/>
          <w:szCs w:val="20"/>
        </w:rPr>
        <w:t>veyerel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yönetimlerdeki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koltukların</w:t>
      </w:r>
      <w:proofErr w:type="spellEnd"/>
      <w:r w:rsidRPr="00D13109">
        <w:rPr>
          <w:sz w:val="20"/>
          <w:szCs w:val="20"/>
        </w:rPr>
        <w:t xml:space="preserve"> %35,5'ini </w:t>
      </w:r>
      <w:proofErr w:type="spellStart"/>
      <w:r w:rsidRPr="00D13109">
        <w:rPr>
          <w:sz w:val="20"/>
          <w:szCs w:val="20"/>
        </w:rPr>
        <w:t>elinde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tutuyordu</w:t>
      </w:r>
      <w:proofErr w:type="spellEnd"/>
      <w:r w:rsidRPr="00D13109">
        <w:rPr>
          <w:sz w:val="20"/>
          <w:szCs w:val="20"/>
        </w:rPr>
        <w:t xml:space="preserve">. </w:t>
      </w:r>
      <w:proofErr w:type="spellStart"/>
      <w:r w:rsidRPr="00D13109">
        <w:rPr>
          <w:sz w:val="20"/>
          <w:szCs w:val="20"/>
        </w:rPr>
        <w:t>Toplam</w:t>
      </w:r>
      <w:proofErr w:type="spellEnd"/>
      <w:r w:rsidRPr="00D13109">
        <w:rPr>
          <w:sz w:val="20"/>
          <w:szCs w:val="20"/>
        </w:rPr>
        <w:t xml:space="preserve"> 107 </w:t>
      </w:r>
      <w:proofErr w:type="spellStart"/>
      <w:r w:rsidRPr="00D13109">
        <w:rPr>
          <w:sz w:val="20"/>
          <w:szCs w:val="20"/>
        </w:rPr>
        <w:t>ülkede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hiç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kadın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devlet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başkanı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olmamıştır</w:t>
      </w:r>
      <w:proofErr w:type="spellEnd"/>
      <w:r w:rsidRPr="0051412F">
        <w:rPr>
          <w:sz w:val="20"/>
          <w:szCs w:val="20"/>
        </w:rPr>
        <w:t>.</w:t>
      </w:r>
      <w:r w:rsidR="00D911D6" w:rsidRPr="0051412F">
        <w:rPr>
          <w:sz w:val="20"/>
          <w:szCs w:val="20"/>
        </w:rPr>
        <w:t xml:space="preserve"> </w:t>
      </w:r>
      <w:r w:rsidRPr="0051412F">
        <w:rPr>
          <w:sz w:val="20"/>
          <w:szCs w:val="20"/>
        </w:rPr>
        <w:t xml:space="preserve">(58) </w:t>
      </w:r>
      <w:proofErr w:type="spellStart"/>
      <w:r w:rsidRPr="0051412F">
        <w:rPr>
          <w:sz w:val="20"/>
          <w:szCs w:val="20"/>
        </w:rPr>
        <w:t>Ücretsiz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işleri</w:t>
      </w:r>
      <w:proofErr w:type="spellEnd"/>
      <w:r w:rsidRPr="00D13109">
        <w:rPr>
          <w:sz w:val="20"/>
          <w:szCs w:val="20"/>
        </w:rPr>
        <w:t xml:space="preserve"> zaman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enerji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tüketerek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kadınların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kamusal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hayata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katılmalarını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engellemektedir</w:t>
      </w:r>
      <w:proofErr w:type="spellEnd"/>
      <w:r w:rsidRPr="00D13109">
        <w:rPr>
          <w:sz w:val="20"/>
          <w:szCs w:val="20"/>
        </w:rPr>
        <w:t xml:space="preserve">. Buna </w:t>
      </w:r>
      <w:proofErr w:type="spellStart"/>
      <w:r w:rsidRPr="00D13109">
        <w:rPr>
          <w:sz w:val="20"/>
          <w:szCs w:val="20"/>
        </w:rPr>
        <w:t>karşılık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kadınların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yeterince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temsil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edilmemesi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onları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doğrudan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etkileyen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konulara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yeterince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ilgi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gösterilmemesine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bu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konulara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yeterince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kaynak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ayrılmamasına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yol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açmaktadır</w:t>
      </w:r>
      <w:proofErr w:type="spellEnd"/>
      <w:r w:rsidRPr="00D13109">
        <w:rPr>
          <w:sz w:val="20"/>
          <w:szCs w:val="20"/>
        </w:rPr>
        <w:t xml:space="preserve">: </w:t>
      </w:r>
      <w:proofErr w:type="spellStart"/>
      <w:r w:rsidRPr="00D13109">
        <w:rPr>
          <w:sz w:val="20"/>
          <w:szCs w:val="20"/>
        </w:rPr>
        <w:t>bu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konular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arasında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yüksek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kaliteli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çocuk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uzun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süreli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bakım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destek</w:t>
      </w:r>
      <w:proofErr w:type="spellEnd"/>
      <w:r w:rsidRPr="00D13109">
        <w:rPr>
          <w:sz w:val="20"/>
          <w:szCs w:val="20"/>
        </w:rPr>
        <w:t xml:space="preserve">, </w:t>
      </w:r>
      <w:proofErr w:type="spellStart"/>
      <w:r w:rsidRPr="00D13109">
        <w:rPr>
          <w:sz w:val="20"/>
          <w:szCs w:val="20"/>
        </w:rPr>
        <w:t>cinsel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sağlık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üreme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sağlığı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cinsiyete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dayalı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şiddet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ve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göçmen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işçi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politikaları</w:t>
      </w:r>
      <w:proofErr w:type="spellEnd"/>
      <w:r w:rsidRPr="00D13109">
        <w:rPr>
          <w:sz w:val="20"/>
          <w:szCs w:val="20"/>
        </w:rPr>
        <w:t xml:space="preserve"> </w:t>
      </w:r>
      <w:proofErr w:type="spellStart"/>
      <w:r w:rsidRPr="00D13109">
        <w:rPr>
          <w:sz w:val="20"/>
          <w:szCs w:val="20"/>
        </w:rPr>
        <w:t>sayılabilir</w:t>
      </w:r>
      <w:proofErr w:type="spellEnd"/>
      <w:r w:rsidRPr="00D13109">
        <w:rPr>
          <w:sz w:val="20"/>
          <w:szCs w:val="20"/>
        </w:rPr>
        <w:t>.</w:t>
      </w:r>
    </w:p>
    <w:p w14:paraId="5CC936A1" w14:textId="77777777" w:rsidR="00D13109" w:rsidRDefault="00D13109" w:rsidP="006E736E">
      <w:pPr>
        <w:spacing w:after="0"/>
        <w:jc w:val="both"/>
        <w:rPr>
          <w:b/>
          <w:bCs/>
          <w:lang w:val="de-DE"/>
        </w:rPr>
      </w:pPr>
      <w:r w:rsidRPr="003B2022">
        <w:rPr>
          <w:b/>
          <w:bCs/>
          <w:lang w:val="de-DE"/>
        </w:rPr>
        <w:t>IV.</w:t>
      </w:r>
      <w:r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Ücretli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bakım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ve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destek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hizmetlerinde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cinsiyet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eşitsizlikleri</w:t>
      </w:r>
      <w:proofErr w:type="spellEnd"/>
    </w:p>
    <w:p w14:paraId="037FE98B" w14:textId="32DF9F48" w:rsidR="0051412F" w:rsidRDefault="00D13109" w:rsidP="006E736E">
      <w:pPr>
        <w:spacing w:after="0"/>
        <w:jc w:val="both"/>
        <w:rPr>
          <w:sz w:val="20"/>
          <w:szCs w:val="20"/>
          <w:lang w:val="de-DE"/>
        </w:rPr>
      </w:pPr>
      <w:r w:rsidRPr="00D13109">
        <w:rPr>
          <w:b/>
          <w:bCs/>
          <w:sz w:val="20"/>
          <w:szCs w:val="20"/>
          <w:lang w:val="de-DE"/>
        </w:rPr>
        <w:br/>
      </w:r>
      <w:r w:rsidRPr="00D13109">
        <w:rPr>
          <w:sz w:val="20"/>
          <w:szCs w:val="20"/>
          <w:lang w:val="de-DE"/>
        </w:rPr>
        <w:t>20.</w:t>
      </w:r>
      <w:r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Büyük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ölçüde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toplumsal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cinsiyet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stereotiplerinden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dolayı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kadınlar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sektöründe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="00836406">
        <w:rPr>
          <w:sz w:val="20"/>
          <w:szCs w:val="20"/>
          <w:lang w:val="de-DE"/>
        </w:rPr>
        <w:t>a</w:t>
      </w:r>
      <w:r w:rsidR="00836406" w:rsidRPr="00D13109">
        <w:rPr>
          <w:sz w:val="20"/>
          <w:szCs w:val="20"/>
          <w:lang w:val="de-DE"/>
        </w:rPr>
        <w:t>şı</w:t>
      </w:r>
      <w:r w:rsidR="00836406">
        <w:rPr>
          <w:sz w:val="20"/>
          <w:szCs w:val="20"/>
          <w:lang w:val="de-DE"/>
        </w:rPr>
        <w:t>r</w:t>
      </w:r>
      <w:r w:rsidR="00836406" w:rsidRPr="00D13109">
        <w:rPr>
          <w:sz w:val="20"/>
          <w:szCs w:val="20"/>
          <w:lang w:val="de-DE"/>
        </w:rPr>
        <w:t>ı</w:t>
      </w:r>
      <w:proofErr w:type="spellEnd"/>
      <w:r w:rsidR="00836406">
        <w:rPr>
          <w:sz w:val="20"/>
          <w:szCs w:val="20"/>
          <w:lang w:val="de-DE"/>
        </w:rPr>
        <w:t xml:space="preserve"> </w:t>
      </w:r>
      <w:proofErr w:type="spellStart"/>
      <w:r w:rsidR="00836406">
        <w:rPr>
          <w:sz w:val="20"/>
          <w:szCs w:val="20"/>
          <w:lang w:val="de-DE"/>
        </w:rPr>
        <w:t>oranda</w:t>
      </w:r>
      <w:proofErr w:type="spellEnd"/>
      <w:r w:rsidR="00836406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temsil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edilmektedir</w:t>
      </w:r>
      <w:proofErr w:type="spellEnd"/>
      <w:r w:rsidRPr="00D13109">
        <w:rPr>
          <w:sz w:val="20"/>
          <w:szCs w:val="20"/>
          <w:lang w:val="de-DE"/>
        </w:rPr>
        <w:t xml:space="preserve">. </w:t>
      </w:r>
      <w:proofErr w:type="spellStart"/>
      <w:r w:rsidRPr="00D13109">
        <w:rPr>
          <w:sz w:val="20"/>
          <w:szCs w:val="20"/>
          <w:lang w:val="de-DE"/>
        </w:rPr>
        <w:t>Bu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sektör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genellikle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kadınların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ücretsiz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işlerinin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doğal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bir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uzantısı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görülmekte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bu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nedenle</w:t>
      </w:r>
      <w:proofErr w:type="spellEnd"/>
      <w:r w:rsidRPr="00D13109">
        <w:rPr>
          <w:sz w:val="20"/>
          <w:szCs w:val="20"/>
          <w:lang w:val="de-DE"/>
        </w:rPr>
        <w:t xml:space="preserve"> de </w:t>
      </w:r>
      <w:proofErr w:type="spellStart"/>
      <w:r w:rsidRPr="00D13109">
        <w:rPr>
          <w:sz w:val="20"/>
          <w:szCs w:val="20"/>
          <w:lang w:val="de-DE"/>
        </w:rPr>
        <w:t>değeri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bilinmemektedir</w:t>
      </w:r>
      <w:proofErr w:type="spellEnd"/>
      <w:r w:rsidRPr="00D13109">
        <w:rPr>
          <w:sz w:val="20"/>
          <w:szCs w:val="20"/>
          <w:lang w:val="de-DE"/>
        </w:rPr>
        <w:t xml:space="preserve">. (59) </w:t>
      </w:r>
      <w:proofErr w:type="spellStart"/>
      <w:r w:rsidR="0051412F" w:rsidRPr="00D13109">
        <w:rPr>
          <w:sz w:val="20"/>
          <w:szCs w:val="20"/>
          <w:lang w:val="de-DE"/>
        </w:rPr>
        <w:t>Bu</w:t>
      </w:r>
      <w:proofErr w:type="spellEnd"/>
      <w:r w:rsidR="0051412F" w:rsidRPr="00D13109">
        <w:rPr>
          <w:sz w:val="20"/>
          <w:szCs w:val="20"/>
          <w:lang w:val="de-DE"/>
        </w:rPr>
        <w:t xml:space="preserve"> durum, </w:t>
      </w:r>
      <w:proofErr w:type="spellStart"/>
      <w:r w:rsidR="0051412F" w:rsidRPr="00D13109">
        <w:rPr>
          <w:sz w:val="20"/>
          <w:szCs w:val="20"/>
          <w:lang w:val="de-DE"/>
        </w:rPr>
        <w:t>ücretler</w:t>
      </w:r>
      <w:proofErr w:type="spellEnd"/>
      <w:r w:rsidR="0051412F" w:rsidRPr="00D13109">
        <w:rPr>
          <w:sz w:val="20"/>
          <w:szCs w:val="20"/>
          <w:lang w:val="de-DE"/>
        </w:rPr>
        <w:t xml:space="preserve">, </w:t>
      </w:r>
      <w:proofErr w:type="spellStart"/>
      <w:r w:rsidR="0051412F" w:rsidRPr="00D13109">
        <w:rPr>
          <w:sz w:val="20"/>
          <w:szCs w:val="20"/>
          <w:lang w:val="de-DE"/>
        </w:rPr>
        <w:t>iş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kalitesi</w:t>
      </w:r>
      <w:proofErr w:type="spellEnd"/>
      <w:r w:rsidR="0051412F" w:rsidRPr="00D13109">
        <w:rPr>
          <w:sz w:val="20"/>
          <w:szCs w:val="20"/>
          <w:lang w:val="de-DE"/>
        </w:rPr>
        <w:t xml:space="preserve">, </w:t>
      </w:r>
      <w:proofErr w:type="spellStart"/>
      <w:r w:rsidR="0051412F" w:rsidRPr="00D13109">
        <w:rPr>
          <w:sz w:val="20"/>
          <w:szCs w:val="20"/>
          <w:lang w:val="de-DE"/>
        </w:rPr>
        <w:t>kariyer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gelişimi</w:t>
      </w:r>
      <w:proofErr w:type="spellEnd"/>
      <w:r w:rsidR="0051412F" w:rsidRPr="00D13109">
        <w:rPr>
          <w:sz w:val="20"/>
          <w:szCs w:val="20"/>
          <w:lang w:val="de-DE"/>
        </w:rPr>
        <w:t xml:space="preserve">, </w:t>
      </w:r>
      <w:proofErr w:type="spellStart"/>
      <w:r w:rsidR="0051412F" w:rsidRPr="00D13109">
        <w:rPr>
          <w:sz w:val="20"/>
          <w:szCs w:val="20"/>
          <w:lang w:val="de-DE"/>
        </w:rPr>
        <w:t>emekli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maaşları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ve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emeklilik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birikimleri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üzerinde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etkilere</w:t>
      </w:r>
      <w:proofErr w:type="spellEnd"/>
      <w:r w:rsidR="0051412F" w:rsidRPr="00D13109">
        <w:rPr>
          <w:sz w:val="20"/>
          <w:szCs w:val="20"/>
          <w:lang w:val="de-DE"/>
        </w:rPr>
        <w:t xml:space="preserve"> </w:t>
      </w:r>
      <w:proofErr w:type="spellStart"/>
      <w:r w:rsidR="0051412F" w:rsidRPr="00D13109">
        <w:rPr>
          <w:sz w:val="20"/>
          <w:szCs w:val="20"/>
          <w:lang w:val="de-DE"/>
        </w:rPr>
        <w:t>sahiptir</w:t>
      </w:r>
      <w:proofErr w:type="spellEnd"/>
      <w:r w:rsidR="0051412F" w:rsidRPr="00D13109">
        <w:rPr>
          <w:sz w:val="20"/>
          <w:szCs w:val="20"/>
          <w:lang w:val="de-DE"/>
        </w:rPr>
        <w:t xml:space="preserve">. </w:t>
      </w:r>
      <w:r w:rsidR="0051412F">
        <w:rPr>
          <w:sz w:val="20"/>
          <w:szCs w:val="20"/>
          <w:lang w:val="de-DE"/>
        </w:rPr>
        <w:t>(60)</w:t>
      </w:r>
    </w:p>
    <w:p w14:paraId="2BDAFF41" w14:textId="0A0E5B34" w:rsidR="005347F2" w:rsidRPr="001C1414" w:rsidRDefault="001C1414" w:rsidP="0051412F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  <w:r w:rsidR="000C7284">
        <w:br/>
      </w:r>
      <w:r w:rsidR="00CA5CFE" w:rsidRPr="001C1414">
        <w:rPr>
          <w:sz w:val="16"/>
          <w:szCs w:val="16"/>
          <w:lang w:val="de-DE"/>
        </w:rPr>
        <w:t xml:space="preserve">55  </w:t>
      </w:r>
      <w:proofErr w:type="spellStart"/>
      <w:r w:rsidR="00CA5CFE" w:rsidRPr="001C1414">
        <w:rPr>
          <w:sz w:val="16"/>
          <w:szCs w:val="16"/>
          <w:lang w:val="de-DE"/>
        </w:rPr>
        <w:t>A.g.e</w:t>
      </w:r>
      <w:proofErr w:type="spellEnd"/>
      <w:r w:rsidR="00CA5CFE" w:rsidRPr="001C1414">
        <w:rPr>
          <w:sz w:val="16"/>
          <w:szCs w:val="16"/>
          <w:lang w:val="de-DE"/>
        </w:rPr>
        <w:t>.</w:t>
      </w:r>
      <w:r w:rsidR="000C7284" w:rsidRPr="001C1414">
        <w:rPr>
          <w:sz w:val="16"/>
          <w:szCs w:val="16"/>
          <w:lang w:val="de-DE"/>
        </w:rPr>
        <w:br/>
        <w:t xml:space="preserve">56  </w:t>
      </w:r>
      <w:hyperlink r:id="rId41" w:history="1">
        <w:r w:rsidR="000C7284" w:rsidRPr="00B674F7">
          <w:rPr>
            <w:rStyle w:val="Hyperlink"/>
            <w:sz w:val="16"/>
            <w:szCs w:val="16"/>
            <w:lang w:val="de-DE"/>
          </w:rPr>
          <w:t>A/HRC/53/39</w:t>
        </w:r>
      </w:hyperlink>
      <w:r w:rsidR="000C7284" w:rsidRPr="001C1414">
        <w:rPr>
          <w:sz w:val="16"/>
          <w:szCs w:val="16"/>
          <w:lang w:val="de-DE"/>
        </w:rPr>
        <w:t xml:space="preserve">, </w:t>
      </w:r>
      <w:proofErr w:type="spellStart"/>
      <w:r w:rsidR="000C7284" w:rsidRPr="001C1414">
        <w:rPr>
          <w:sz w:val="16"/>
          <w:szCs w:val="16"/>
          <w:lang w:val="de-DE"/>
        </w:rPr>
        <w:t>paragraf</w:t>
      </w:r>
      <w:proofErr w:type="spellEnd"/>
      <w:r w:rsidR="000C7284" w:rsidRPr="001C1414">
        <w:rPr>
          <w:sz w:val="16"/>
          <w:szCs w:val="16"/>
          <w:lang w:val="de-DE"/>
        </w:rPr>
        <w:t xml:space="preserve"> 44–47. </w:t>
      </w:r>
      <w:proofErr w:type="spellStart"/>
      <w:r w:rsidR="000C7284" w:rsidRPr="001C1414">
        <w:rPr>
          <w:sz w:val="16"/>
          <w:szCs w:val="16"/>
          <w:lang w:val="de-DE"/>
        </w:rPr>
        <w:t>Ayrıca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bkz</w:t>
      </w:r>
      <w:proofErr w:type="spellEnd"/>
      <w:r w:rsidR="000C7284" w:rsidRPr="001C1414">
        <w:rPr>
          <w:sz w:val="16"/>
          <w:szCs w:val="16"/>
          <w:lang w:val="de-DE"/>
        </w:rPr>
        <w:t xml:space="preserve">. </w:t>
      </w:r>
      <w:proofErr w:type="spellStart"/>
      <w:r w:rsidR="000C7284" w:rsidRPr="001C1414">
        <w:rPr>
          <w:sz w:val="16"/>
          <w:szCs w:val="16"/>
          <w:lang w:val="de-DE"/>
        </w:rPr>
        <w:t>Sürdürülebilir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Kalkınma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Hedefleri</w:t>
      </w:r>
      <w:proofErr w:type="spellEnd"/>
      <w:r w:rsidR="000C7284" w:rsidRPr="001C1414">
        <w:rPr>
          <w:sz w:val="16"/>
          <w:szCs w:val="16"/>
          <w:lang w:val="de-DE"/>
        </w:rPr>
        <w:t xml:space="preserve">, </w:t>
      </w:r>
      <w:proofErr w:type="spellStart"/>
      <w:r w:rsidR="000C7284" w:rsidRPr="001C1414">
        <w:rPr>
          <w:sz w:val="16"/>
          <w:szCs w:val="16"/>
          <w:lang w:val="de-DE"/>
        </w:rPr>
        <w:t>hedef</w:t>
      </w:r>
      <w:proofErr w:type="spellEnd"/>
      <w:r w:rsidR="000C7284" w:rsidRPr="001C1414">
        <w:rPr>
          <w:sz w:val="16"/>
          <w:szCs w:val="16"/>
          <w:lang w:val="de-DE"/>
        </w:rPr>
        <w:t xml:space="preserve"> 5.4.</w:t>
      </w:r>
      <w:r w:rsidR="000C7284" w:rsidRPr="001C1414">
        <w:rPr>
          <w:sz w:val="16"/>
          <w:szCs w:val="16"/>
          <w:lang w:val="de-DE"/>
        </w:rPr>
        <w:br/>
        <w:t xml:space="preserve">57  </w:t>
      </w:r>
      <w:proofErr w:type="spellStart"/>
      <w:r w:rsidR="000C7284" w:rsidRPr="001C1414">
        <w:rPr>
          <w:sz w:val="16"/>
          <w:szCs w:val="16"/>
          <w:lang w:val="de-DE"/>
        </w:rPr>
        <w:t>Norveç'ten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yazılı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katkı</w:t>
      </w:r>
      <w:proofErr w:type="spellEnd"/>
      <w:r w:rsidR="000C7284" w:rsidRPr="001C1414">
        <w:rPr>
          <w:sz w:val="16"/>
          <w:szCs w:val="16"/>
          <w:lang w:val="de-DE"/>
        </w:rPr>
        <w:t>.</w:t>
      </w:r>
      <w:r w:rsidR="000C7284" w:rsidRPr="001C1414">
        <w:rPr>
          <w:sz w:val="16"/>
          <w:szCs w:val="16"/>
          <w:lang w:val="de-DE"/>
        </w:rPr>
        <w:br/>
        <w:t xml:space="preserve">58  </w:t>
      </w:r>
      <w:proofErr w:type="spellStart"/>
      <w:r w:rsidR="000C7284" w:rsidRPr="001C1414">
        <w:rPr>
          <w:sz w:val="16"/>
          <w:szCs w:val="16"/>
          <w:lang w:val="de-DE"/>
        </w:rPr>
        <w:t>Bkz</w:t>
      </w:r>
      <w:proofErr w:type="spellEnd"/>
      <w:r w:rsidR="000C7284" w:rsidRPr="001C1414">
        <w:rPr>
          <w:sz w:val="16"/>
          <w:szCs w:val="16"/>
          <w:lang w:val="de-DE"/>
        </w:rPr>
        <w:t>.</w:t>
      </w:r>
      <w:r w:rsidR="00B674F7">
        <w:rPr>
          <w:sz w:val="16"/>
          <w:szCs w:val="16"/>
          <w:lang w:val="de-DE"/>
        </w:rPr>
        <w:t xml:space="preserve"> </w:t>
      </w:r>
      <w:hyperlink r:id="rId42" w:history="1">
        <w:r w:rsidR="00B674F7" w:rsidRPr="00053A21">
          <w:rPr>
            <w:rStyle w:val="Hyperlink"/>
            <w:sz w:val="16"/>
            <w:szCs w:val="16"/>
            <w:lang w:val="de-DE"/>
          </w:rPr>
          <w:t>https://www.unwomen.org/en/news-stories/explainer/2024/09/five-actions-to-boost-womens-political-participation</w:t>
        </w:r>
      </w:hyperlink>
      <w:r w:rsidR="000C7284" w:rsidRPr="001C1414">
        <w:rPr>
          <w:sz w:val="16"/>
          <w:szCs w:val="16"/>
          <w:lang w:val="de-DE"/>
        </w:rPr>
        <w:t>.</w:t>
      </w:r>
      <w:r w:rsidR="00B674F7">
        <w:rPr>
          <w:sz w:val="16"/>
          <w:szCs w:val="16"/>
          <w:lang w:val="de-DE"/>
        </w:rPr>
        <w:t xml:space="preserve"> </w:t>
      </w:r>
    </w:p>
    <w:p w14:paraId="781155B6" w14:textId="77777777" w:rsidR="0051412F" w:rsidRPr="001C1414" w:rsidRDefault="0051412F" w:rsidP="0051412F">
      <w:pPr>
        <w:spacing w:after="0"/>
        <w:rPr>
          <w:sz w:val="16"/>
          <w:szCs w:val="16"/>
          <w:lang w:val="de-DE"/>
        </w:rPr>
      </w:pPr>
      <w:r w:rsidRPr="001C1414">
        <w:rPr>
          <w:sz w:val="16"/>
          <w:szCs w:val="16"/>
          <w:lang w:val="de-DE"/>
        </w:rPr>
        <w:t xml:space="preserve">59  </w:t>
      </w:r>
      <w:proofErr w:type="spellStart"/>
      <w:r w:rsidRPr="001C1414">
        <w:rPr>
          <w:sz w:val="16"/>
          <w:szCs w:val="16"/>
          <w:lang w:val="de-DE"/>
        </w:rPr>
        <w:t>Bölgesel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istişarelerde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katılımcılar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tarafından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belirtilen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mevcut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enflasyon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gıda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fiyatlarındaki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artış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bağlamında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kadınların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daha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düşük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gelirleri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ciddi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sorunlar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yaratmaktadır</w:t>
      </w:r>
      <w:proofErr w:type="spellEnd"/>
      <w:r w:rsidRPr="001C1414">
        <w:rPr>
          <w:sz w:val="16"/>
          <w:szCs w:val="16"/>
          <w:lang w:val="de-DE"/>
        </w:rPr>
        <w:t>.</w:t>
      </w:r>
    </w:p>
    <w:p w14:paraId="061894CE" w14:textId="3F2D8BB9" w:rsidR="0051412F" w:rsidRPr="0051412F" w:rsidRDefault="0051412F" w:rsidP="0051412F">
      <w:pPr>
        <w:rPr>
          <w:b/>
          <w:bCs/>
          <w:lang w:val="de-DE"/>
        </w:rPr>
      </w:pPr>
      <w:r w:rsidRPr="001C1414">
        <w:rPr>
          <w:sz w:val="16"/>
          <w:szCs w:val="16"/>
          <w:lang w:val="de-DE"/>
        </w:rPr>
        <w:t xml:space="preserve">60  </w:t>
      </w:r>
      <w:hyperlink r:id="rId43" w:history="1">
        <w:r w:rsidRPr="00B674F7">
          <w:rPr>
            <w:rStyle w:val="Hyperlink"/>
            <w:sz w:val="16"/>
            <w:szCs w:val="16"/>
            <w:lang w:val="de-DE"/>
          </w:rPr>
          <w:t>A/HRC/44/51</w:t>
        </w:r>
      </w:hyperlink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paragraf</w:t>
      </w:r>
      <w:proofErr w:type="spellEnd"/>
      <w:r w:rsidRPr="001C1414">
        <w:rPr>
          <w:sz w:val="16"/>
          <w:szCs w:val="16"/>
          <w:lang w:val="de-DE"/>
        </w:rPr>
        <w:t xml:space="preserve"> 14.</w:t>
      </w:r>
    </w:p>
    <w:p w14:paraId="7838B553" w14:textId="2AFD6A48" w:rsidR="00D13109" w:rsidRDefault="00D13109" w:rsidP="006E736E">
      <w:pPr>
        <w:spacing w:after="0"/>
        <w:jc w:val="both"/>
        <w:rPr>
          <w:b/>
          <w:bCs/>
          <w:lang w:val="de-DE"/>
        </w:rPr>
      </w:pPr>
      <w:proofErr w:type="spellStart"/>
      <w:r w:rsidRPr="00D13109">
        <w:rPr>
          <w:sz w:val="20"/>
          <w:szCs w:val="20"/>
          <w:lang w:val="de-DE"/>
        </w:rPr>
        <w:lastRenderedPageBreak/>
        <w:t>Kadınlar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sağlık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hizmetleri</w:t>
      </w:r>
      <w:proofErr w:type="spellEnd"/>
      <w:r w:rsidRPr="00D13109">
        <w:rPr>
          <w:sz w:val="20"/>
          <w:szCs w:val="20"/>
          <w:lang w:val="de-DE"/>
        </w:rPr>
        <w:t xml:space="preserve"> (</w:t>
      </w:r>
      <w:proofErr w:type="spellStart"/>
      <w:r w:rsidRPr="00D13109">
        <w:rPr>
          <w:sz w:val="20"/>
          <w:szCs w:val="20"/>
          <w:lang w:val="de-DE"/>
        </w:rPr>
        <w:t>hemşire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hemşire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yardımcısı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evde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sağlık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yardımcısı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), </w:t>
      </w:r>
      <w:proofErr w:type="spellStart"/>
      <w:r w:rsidRPr="00D13109">
        <w:rPr>
          <w:sz w:val="20"/>
          <w:szCs w:val="20"/>
          <w:lang w:val="de-DE"/>
        </w:rPr>
        <w:t>çocuk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bakımı</w:t>
      </w:r>
      <w:proofErr w:type="spellEnd"/>
      <w:r w:rsidRPr="00D13109">
        <w:rPr>
          <w:sz w:val="20"/>
          <w:szCs w:val="20"/>
          <w:lang w:val="de-DE"/>
        </w:rPr>
        <w:t xml:space="preserve"> (</w:t>
      </w:r>
      <w:proofErr w:type="spellStart"/>
      <w:r w:rsidRPr="00D13109">
        <w:rPr>
          <w:sz w:val="20"/>
          <w:szCs w:val="20"/>
          <w:lang w:val="de-DE"/>
        </w:rPr>
        <w:t>okulöncesi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öğretmen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öğretmen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yardımcısı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kreş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çalışanı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), </w:t>
      </w:r>
      <w:proofErr w:type="spellStart"/>
      <w:r w:rsidRPr="00D13109">
        <w:rPr>
          <w:sz w:val="20"/>
          <w:szCs w:val="20"/>
          <w:lang w:val="de-DE"/>
        </w:rPr>
        <w:t>yaşlı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bakımı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engelli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desteği</w:t>
      </w:r>
      <w:proofErr w:type="spellEnd"/>
      <w:r w:rsidRPr="00D13109">
        <w:rPr>
          <w:sz w:val="20"/>
          <w:szCs w:val="20"/>
          <w:lang w:val="de-DE"/>
        </w:rPr>
        <w:t xml:space="preserve"> (</w:t>
      </w:r>
      <w:proofErr w:type="spellStart"/>
      <w:r w:rsidRPr="00D13109">
        <w:rPr>
          <w:sz w:val="20"/>
          <w:szCs w:val="20"/>
          <w:lang w:val="de-DE"/>
        </w:rPr>
        <w:t>yardımlı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yaşam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tesisi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personeli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evde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sağlayıcıları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profesyonel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kişisel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asistanlar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), </w:t>
      </w:r>
      <w:proofErr w:type="spellStart"/>
      <w:r w:rsidRPr="00D13109">
        <w:rPr>
          <w:sz w:val="20"/>
          <w:szCs w:val="20"/>
          <w:lang w:val="de-DE"/>
        </w:rPr>
        <w:t>sosyal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hizmet</w:t>
      </w:r>
      <w:proofErr w:type="spellEnd"/>
      <w:r w:rsidRPr="00D13109">
        <w:rPr>
          <w:sz w:val="20"/>
          <w:szCs w:val="20"/>
          <w:lang w:val="de-DE"/>
        </w:rPr>
        <w:t xml:space="preserve"> (</w:t>
      </w:r>
      <w:proofErr w:type="spellStart"/>
      <w:r w:rsidRPr="00D13109">
        <w:rPr>
          <w:sz w:val="20"/>
          <w:szCs w:val="20"/>
          <w:lang w:val="de-DE"/>
        </w:rPr>
        <w:t>sosyal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hizmet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uzmanı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danışman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vaka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yöneticisi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)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ev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işleri</w:t>
      </w:r>
      <w:proofErr w:type="spellEnd"/>
      <w:r w:rsidRPr="00D13109">
        <w:rPr>
          <w:sz w:val="20"/>
          <w:szCs w:val="20"/>
          <w:lang w:val="de-DE"/>
        </w:rPr>
        <w:t xml:space="preserve"> (</w:t>
      </w:r>
      <w:proofErr w:type="spellStart"/>
      <w:r w:rsidRPr="00D13109">
        <w:rPr>
          <w:sz w:val="20"/>
          <w:szCs w:val="20"/>
          <w:lang w:val="de-DE"/>
        </w:rPr>
        <w:t>dadı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aşçı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temizlikçi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olarak</w:t>
      </w:r>
      <w:proofErr w:type="spellEnd"/>
      <w:r w:rsidRPr="00D13109">
        <w:rPr>
          <w:sz w:val="20"/>
          <w:szCs w:val="20"/>
          <w:lang w:val="de-DE"/>
        </w:rPr>
        <w:t xml:space="preserve">) </w:t>
      </w:r>
      <w:proofErr w:type="spellStart"/>
      <w:r w:rsidRPr="00D13109">
        <w:rPr>
          <w:sz w:val="20"/>
          <w:szCs w:val="20"/>
          <w:lang w:val="de-DE"/>
        </w:rPr>
        <w:t>dahil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olmak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üzere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ücretli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destek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çalışanları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arasında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aşırı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oranda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temsil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edilmektedir</w:t>
      </w:r>
      <w:proofErr w:type="spellEnd"/>
      <w:r w:rsidRPr="00D13109">
        <w:rPr>
          <w:sz w:val="20"/>
          <w:szCs w:val="20"/>
          <w:lang w:val="de-DE"/>
        </w:rPr>
        <w:t xml:space="preserve">. </w:t>
      </w:r>
      <w:proofErr w:type="spellStart"/>
      <w:r w:rsidRPr="00D13109">
        <w:rPr>
          <w:sz w:val="20"/>
          <w:szCs w:val="20"/>
          <w:lang w:val="de-DE"/>
        </w:rPr>
        <w:t>Ücretli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bakım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hizmetlerinde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çalışan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kadınların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özellikle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sağlık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çalışanları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ev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işçileri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göçmen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kadınlar</w:t>
      </w:r>
      <w:proofErr w:type="spellEnd"/>
      <w:r w:rsidRPr="00D13109">
        <w:rPr>
          <w:sz w:val="20"/>
          <w:szCs w:val="20"/>
          <w:lang w:val="de-DE"/>
        </w:rPr>
        <w:t xml:space="preserve"> da </w:t>
      </w:r>
      <w:proofErr w:type="spellStart"/>
      <w:r w:rsidRPr="00D13109">
        <w:rPr>
          <w:sz w:val="20"/>
          <w:szCs w:val="20"/>
          <w:lang w:val="de-DE"/>
        </w:rPr>
        <w:t>dahil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olmak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üzere</w:t>
      </w:r>
      <w:proofErr w:type="spellEnd"/>
      <w:r w:rsidRPr="00D13109">
        <w:rPr>
          <w:sz w:val="20"/>
          <w:szCs w:val="20"/>
          <w:lang w:val="de-DE"/>
        </w:rPr>
        <w:t xml:space="preserve">, </w:t>
      </w:r>
      <w:proofErr w:type="spellStart"/>
      <w:r w:rsidRPr="00D13109">
        <w:rPr>
          <w:sz w:val="20"/>
          <w:szCs w:val="20"/>
          <w:lang w:val="de-DE"/>
        </w:rPr>
        <w:t>işyerlerinde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cinsiyete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dayalı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ayrımcılık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ve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şiddete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maruz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kalma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riski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daha</w:t>
      </w:r>
      <w:proofErr w:type="spellEnd"/>
      <w:r w:rsidRPr="00D13109">
        <w:rPr>
          <w:sz w:val="20"/>
          <w:szCs w:val="20"/>
          <w:lang w:val="de-DE"/>
        </w:rPr>
        <w:t xml:space="preserve"> </w:t>
      </w:r>
      <w:proofErr w:type="spellStart"/>
      <w:r w:rsidRPr="00D13109">
        <w:rPr>
          <w:sz w:val="20"/>
          <w:szCs w:val="20"/>
          <w:lang w:val="de-DE"/>
        </w:rPr>
        <w:t>yüksektir</w:t>
      </w:r>
      <w:proofErr w:type="spellEnd"/>
      <w:r w:rsidRPr="00D13109">
        <w:rPr>
          <w:sz w:val="20"/>
          <w:szCs w:val="20"/>
          <w:lang w:val="de-DE"/>
        </w:rPr>
        <w:t>. (61)</w:t>
      </w:r>
    </w:p>
    <w:p w14:paraId="4F2177A5" w14:textId="77777777" w:rsidR="00D13109" w:rsidRPr="0051412F" w:rsidRDefault="000C7284" w:rsidP="006E736E">
      <w:pPr>
        <w:spacing w:after="0"/>
        <w:jc w:val="both"/>
        <w:rPr>
          <w:b/>
          <w:bCs/>
          <w:sz w:val="20"/>
          <w:szCs w:val="20"/>
          <w:lang w:val="de-DE"/>
        </w:rPr>
      </w:pPr>
      <w:r w:rsidRPr="0051412F">
        <w:rPr>
          <w:sz w:val="20"/>
          <w:szCs w:val="20"/>
          <w:lang w:val="de-DE"/>
        </w:rPr>
        <w:br/>
      </w:r>
      <w:r w:rsidRPr="0051412F">
        <w:rPr>
          <w:b/>
          <w:bCs/>
          <w:sz w:val="20"/>
          <w:szCs w:val="20"/>
          <w:lang w:val="de-DE"/>
        </w:rPr>
        <w:t>A.</w:t>
      </w:r>
      <w:r w:rsidR="00D911D6" w:rsidRPr="0051412F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51412F">
        <w:rPr>
          <w:b/>
          <w:bCs/>
          <w:sz w:val="20"/>
          <w:szCs w:val="20"/>
          <w:lang w:val="de-DE"/>
        </w:rPr>
        <w:t>Sağlık</w:t>
      </w:r>
      <w:proofErr w:type="spellEnd"/>
      <w:r w:rsidRPr="0051412F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51412F">
        <w:rPr>
          <w:b/>
          <w:bCs/>
          <w:sz w:val="20"/>
          <w:szCs w:val="20"/>
          <w:lang w:val="de-DE"/>
        </w:rPr>
        <w:t>hizmetleri</w:t>
      </w:r>
      <w:proofErr w:type="spellEnd"/>
    </w:p>
    <w:p w14:paraId="3FA20A47" w14:textId="3D0BC9D7" w:rsidR="000211F9" w:rsidRPr="0051412F" w:rsidRDefault="000C7284" w:rsidP="006E736E">
      <w:pPr>
        <w:spacing w:after="0"/>
        <w:jc w:val="both"/>
        <w:rPr>
          <w:b/>
          <w:bCs/>
          <w:sz w:val="20"/>
          <w:szCs w:val="20"/>
          <w:lang w:val="de-DE"/>
        </w:rPr>
      </w:pPr>
      <w:r w:rsidRPr="003B2022">
        <w:rPr>
          <w:lang w:val="de-DE"/>
        </w:rPr>
        <w:br/>
      </w:r>
      <w:r w:rsidRPr="0051412F">
        <w:rPr>
          <w:sz w:val="20"/>
          <w:szCs w:val="20"/>
          <w:lang w:val="de-DE"/>
        </w:rPr>
        <w:t>21.</w:t>
      </w:r>
      <w:r w:rsidR="0051412F"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Dünya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çapında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bakım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sektöründe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çalışanların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yüzde</w:t>
      </w:r>
      <w:proofErr w:type="spellEnd"/>
      <w:r w:rsidRPr="0051412F">
        <w:rPr>
          <w:sz w:val="20"/>
          <w:szCs w:val="20"/>
          <w:lang w:val="de-DE"/>
        </w:rPr>
        <w:t xml:space="preserve"> 67'si </w:t>
      </w:r>
      <w:proofErr w:type="spellStart"/>
      <w:r w:rsidRPr="0051412F">
        <w:rPr>
          <w:sz w:val="20"/>
          <w:szCs w:val="20"/>
          <w:lang w:val="de-DE"/>
        </w:rPr>
        <w:t>kadındır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proofErr w:type="spellStart"/>
      <w:r w:rsidRPr="0051412F">
        <w:rPr>
          <w:sz w:val="20"/>
          <w:szCs w:val="20"/>
          <w:lang w:val="de-DE"/>
        </w:rPr>
        <w:t>Bu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r w:rsidRPr="0051412F">
        <w:rPr>
          <w:sz w:val="20"/>
          <w:szCs w:val="20"/>
          <w:lang w:val="de-DE"/>
        </w:rPr>
        <w:br/>
      </w:r>
      <w:proofErr w:type="spellStart"/>
      <w:r w:rsidRPr="0051412F">
        <w:rPr>
          <w:sz w:val="20"/>
          <w:szCs w:val="20"/>
          <w:lang w:val="de-DE"/>
        </w:rPr>
        <w:t>sektördeki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ortalama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kazançlar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diğer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sektörlere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göre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daha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düşüktür</w:t>
      </w:r>
      <w:proofErr w:type="spellEnd"/>
      <w:r w:rsidRPr="0051412F">
        <w:rPr>
          <w:sz w:val="20"/>
          <w:szCs w:val="20"/>
          <w:lang w:val="de-DE"/>
        </w:rPr>
        <w:t xml:space="preserve">. (62) </w:t>
      </w:r>
      <w:proofErr w:type="spellStart"/>
      <w:r w:rsidRPr="0051412F">
        <w:rPr>
          <w:sz w:val="20"/>
          <w:szCs w:val="20"/>
          <w:lang w:val="de-DE"/>
        </w:rPr>
        <w:t>Kadınlar</w:t>
      </w:r>
      <w:proofErr w:type="spellEnd"/>
      <w:r w:rsidRPr="0051412F">
        <w:rPr>
          <w:sz w:val="20"/>
          <w:szCs w:val="20"/>
          <w:lang w:val="de-DE"/>
        </w:rPr>
        <w:t>,</w:t>
      </w:r>
      <w:r w:rsidR="001424FA"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küresel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işgücünün</w:t>
      </w:r>
      <w:proofErr w:type="spellEnd"/>
      <w:r w:rsidRPr="0051412F">
        <w:rPr>
          <w:sz w:val="20"/>
          <w:szCs w:val="20"/>
          <w:lang w:val="de-DE"/>
        </w:rPr>
        <w:t xml:space="preserve"> %70'ini </w:t>
      </w:r>
      <w:proofErr w:type="spellStart"/>
      <w:r w:rsidRPr="0051412F">
        <w:rPr>
          <w:sz w:val="20"/>
          <w:szCs w:val="20"/>
          <w:lang w:val="de-DE"/>
        </w:rPr>
        <w:t>oluşturmasına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rağmen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hizmetlerinde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üst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düzey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pozisyonların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sadece</w:t>
      </w:r>
      <w:proofErr w:type="spellEnd"/>
      <w:r w:rsidRPr="0051412F">
        <w:rPr>
          <w:sz w:val="20"/>
          <w:szCs w:val="20"/>
          <w:lang w:val="de-DE"/>
        </w:rPr>
        <w:t xml:space="preserve"> %25'ini </w:t>
      </w:r>
      <w:proofErr w:type="spellStart"/>
      <w:r w:rsidRPr="0051412F">
        <w:rPr>
          <w:sz w:val="20"/>
          <w:szCs w:val="20"/>
          <w:lang w:val="de-DE"/>
        </w:rPr>
        <w:t>işgal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etmektedir</w:t>
      </w:r>
      <w:proofErr w:type="spellEnd"/>
      <w:r w:rsidRPr="0051412F">
        <w:rPr>
          <w:sz w:val="20"/>
          <w:szCs w:val="20"/>
          <w:lang w:val="de-DE"/>
        </w:rPr>
        <w:t xml:space="preserve">. (63) </w:t>
      </w:r>
      <w:proofErr w:type="spellStart"/>
      <w:r w:rsidRPr="0051412F">
        <w:rPr>
          <w:sz w:val="20"/>
          <w:szCs w:val="20"/>
          <w:lang w:val="de-DE"/>
        </w:rPr>
        <w:t>Kadın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çalışanları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daha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düşük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statü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daha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düşük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ücretli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pozisyonlarda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yoğunlaşmaktadır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bazı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işlerin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kadınlara</w:t>
      </w:r>
      <w:proofErr w:type="spellEnd"/>
      <w:r w:rsidRPr="0051412F">
        <w:rPr>
          <w:sz w:val="20"/>
          <w:szCs w:val="20"/>
          <w:lang w:val="de-DE"/>
        </w:rPr>
        <w:t xml:space="preserve"> (</w:t>
      </w:r>
      <w:proofErr w:type="spellStart"/>
      <w:r w:rsidRPr="0051412F">
        <w:rPr>
          <w:sz w:val="20"/>
          <w:szCs w:val="20"/>
          <w:lang w:val="de-DE"/>
        </w:rPr>
        <w:t>örneğin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hemşirelik</w:t>
      </w:r>
      <w:proofErr w:type="spellEnd"/>
      <w:r w:rsidRPr="0051412F">
        <w:rPr>
          <w:sz w:val="20"/>
          <w:szCs w:val="20"/>
          <w:lang w:val="de-DE"/>
        </w:rPr>
        <w:t xml:space="preserve">) </w:t>
      </w:r>
      <w:proofErr w:type="spellStart"/>
      <w:r w:rsidRPr="0051412F">
        <w:rPr>
          <w:sz w:val="20"/>
          <w:szCs w:val="20"/>
          <w:lang w:val="de-DE"/>
        </w:rPr>
        <w:t>veya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erkeklere</w:t>
      </w:r>
      <w:proofErr w:type="spellEnd"/>
      <w:r w:rsidRPr="0051412F">
        <w:rPr>
          <w:sz w:val="20"/>
          <w:szCs w:val="20"/>
          <w:lang w:val="de-DE"/>
        </w:rPr>
        <w:t xml:space="preserve"> (</w:t>
      </w:r>
      <w:proofErr w:type="spellStart"/>
      <w:r w:rsidRPr="0051412F">
        <w:rPr>
          <w:sz w:val="20"/>
          <w:szCs w:val="20"/>
          <w:lang w:val="de-DE"/>
        </w:rPr>
        <w:t>örneğin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cerrahi</w:t>
      </w:r>
      <w:proofErr w:type="spellEnd"/>
      <w:r w:rsidRPr="0051412F">
        <w:rPr>
          <w:sz w:val="20"/>
          <w:szCs w:val="20"/>
          <w:lang w:val="de-DE"/>
        </w:rPr>
        <w:t xml:space="preserve">) </w:t>
      </w:r>
      <w:proofErr w:type="spellStart"/>
      <w:r w:rsidRPr="0051412F">
        <w:rPr>
          <w:sz w:val="20"/>
          <w:szCs w:val="20"/>
          <w:lang w:val="de-DE"/>
        </w:rPr>
        <w:t>uygun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olduğu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yönündeki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="00F351D8" w:rsidRPr="0051412F">
        <w:rPr>
          <w:sz w:val="20"/>
          <w:szCs w:val="20"/>
          <w:lang w:val="de-DE"/>
        </w:rPr>
        <w:t>toplumsal</w:t>
      </w:r>
      <w:proofErr w:type="spellEnd"/>
      <w:r w:rsidR="00F351D8"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cinsiyet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="00F351D8" w:rsidRPr="0051412F">
        <w:rPr>
          <w:sz w:val="20"/>
          <w:szCs w:val="20"/>
          <w:lang w:val="de-DE"/>
        </w:rPr>
        <w:t>kalıp</w:t>
      </w:r>
      <w:proofErr w:type="spellEnd"/>
      <w:r w:rsidR="00F351D8" w:rsidRPr="0051412F">
        <w:rPr>
          <w:sz w:val="20"/>
          <w:szCs w:val="20"/>
          <w:lang w:val="de-DE"/>
        </w:rPr>
        <w:t xml:space="preserve"> </w:t>
      </w:r>
      <w:proofErr w:type="spellStart"/>
      <w:r w:rsidR="00F351D8" w:rsidRPr="0051412F">
        <w:rPr>
          <w:sz w:val="20"/>
          <w:szCs w:val="20"/>
          <w:lang w:val="de-DE"/>
        </w:rPr>
        <w:t>yargılarının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yol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açtığı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yatay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mesleki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ayrımcılık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nedeniyle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daha</w:t>
      </w:r>
      <w:proofErr w:type="spellEnd"/>
      <w:r w:rsidRPr="0051412F">
        <w:rPr>
          <w:sz w:val="20"/>
          <w:szCs w:val="20"/>
          <w:lang w:val="de-DE"/>
        </w:rPr>
        <w:t xml:space="preserve"> da </w:t>
      </w:r>
      <w:proofErr w:type="spellStart"/>
      <w:r w:rsidRPr="0051412F">
        <w:rPr>
          <w:sz w:val="20"/>
          <w:szCs w:val="20"/>
          <w:lang w:val="de-DE"/>
        </w:rPr>
        <w:t>dezavantajlı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durumdadır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proofErr w:type="spellStart"/>
      <w:r w:rsidRPr="0051412F">
        <w:rPr>
          <w:sz w:val="20"/>
          <w:szCs w:val="20"/>
          <w:lang w:val="de-DE"/>
        </w:rPr>
        <w:t>Dikey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yatay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mesleki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ayrımcılık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kadınların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sektöründe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düşük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ücretli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pozisyonlarda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yoğunlaşması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sektördeki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cinsiyetler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arası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ücret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farkının</w:t>
      </w:r>
      <w:proofErr w:type="spellEnd"/>
      <w:r w:rsidRPr="0051412F">
        <w:rPr>
          <w:sz w:val="20"/>
          <w:szCs w:val="20"/>
          <w:lang w:val="de-DE"/>
        </w:rPr>
        <w:t xml:space="preserve"> (</w:t>
      </w:r>
      <w:proofErr w:type="spellStart"/>
      <w:r w:rsidRPr="0051412F">
        <w:rPr>
          <w:sz w:val="20"/>
          <w:szCs w:val="20"/>
          <w:lang w:val="de-DE"/>
        </w:rPr>
        <w:t>yüzde</w:t>
      </w:r>
      <w:proofErr w:type="spellEnd"/>
      <w:r w:rsidRPr="0051412F">
        <w:rPr>
          <w:sz w:val="20"/>
          <w:szCs w:val="20"/>
          <w:lang w:val="de-DE"/>
        </w:rPr>
        <w:t xml:space="preserve"> 25 </w:t>
      </w:r>
      <w:proofErr w:type="spellStart"/>
      <w:r w:rsidRPr="0051412F">
        <w:rPr>
          <w:sz w:val="20"/>
          <w:szCs w:val="20"/>
          <w:lang w:val="de-DE"/>
        </w:rPr>
        <w:t>ila</w:t>
      </w:r>
      <w:proofErr w:type="spellEnd"/>
      <w:r w:rsidRPr="0051412F">
        <w:rPr>
          <w:sz w:val="20"/>
          <w:szCs w:val="20"/>
          <w:lang w:val="de-DE"/>
        </w:rPr>
        <w:t xml:space="preserve"> 26) </w:t>
      </w:r>
      <w:proofErr w:type="spellStart"/>
      <w:r w:rsidRPr="0051412F">
        <w:rPr>
          <w:sz w:val="20"/>
          <w:szCs w:val="20"/>
          <w:lang w:val="de-DE"/>
        </w:rPr>
        <w:t>büyük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bir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kısmını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açıklamaktadır</w:t>
      </w:r>
      <w:proofErr w:type="spellEnd"/>
      <w:r w:rsidRPr="0051412F">
        <w:rPr>
          <w:sz w:val="20"/>
          <w:szCs w:val="20"/>
          <w:lang w:val="de-DE"/>
        </w:rPr>
        <w:t xml:space="preserve">. (64)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hemşirelik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mesleklerinde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farklı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unvanlar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türler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bazılarına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sosyal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koruma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sağlarken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diğerlerine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sağlamayarak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örneğin</w:t>
      </w:r>
      <w:proofErr w:type="spellEnd"/>
      <w:r w:rsidRPr="0051412F">
        <w:rPr>
          <w:sz w:val="20"/>
          <w:szCs w:val="20"/>
          <w:lang w:val="de-DE"/>
        </w:rPr>
        <w:t xml:space="preserve"> "</w:t>
      </w:r>
      <w:proofErr w:type="spellStart"/>
      <w:r w:rsidRPr="0051412F">
        <w:rPr>
          <w:sz w:val="20"/>
          <w:szCs w:val="20"/>
          <w:lang w:val="de-DE"/>
        </w:rPr>
        <w:t>teknik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olarak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hemşire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olmayan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hemşireler</w:t>
      </w:r>
      <w:proofErr w:type="spellEnd"/>
      <w:r w:rsidRPr="0051412F">
        <w:rPr>
          <w:sz w:val="20"/>
          <w:szCs w:val="20"/>
          <w:lang w:val="de-DE"/>
        </w:rPr>
        <w:t xml:space="preserve">" </w:t>
      </w:r>
      <w:proofErr w:type="spellStart"/>
      <w:r w:rsidRPr="0051412F">
        <w:rPr>
          <w:sz w:val="20"/>
          <w:szCs w:val="20"/>
          <w:lang w:val="de-DE"/>
        </w:rPr>
        <w:t>durumunda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olduğu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gibi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istikrarsızlık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yaratmaktadır</w:t>
      </w:r>
      <w:proofErr w:type="spellEnd"/>
      <w:r w:rsidRPr="0051412F">
        <w:rPr>
          <w:sz w:val="20"/>
          <w:szCs w:val="20"/>
          <w:lang w:val="de-DE"/>
        </w:rPr>
        <w:t>.</w:t>
      </w:r>
      <w:r w:rsidR="001424FA" w:rsidRPr="0051412F">
        <w:rPr>
          <w:sz w:val="20"/>
          <w:szCs w:val="20"/>
          <w:lang w:val="de-DE"/>
        </w:rPr>
        <w:t xml:space="preserve"> </w:t>
      </w:r>
      <w:r w:rsidR="00755B32" w:rsidRPr="0051412F">
        <w:rPr>
          <w:sz w:val="20"/>
          <w:szCs w:val="20"/>
          <w:lang w:val="de-DE"/>
        </w:rPr>
        <w:t>(</w:t>
      </w:r>
      <w:r w:rsidRPr="0051412F">
        <w:rPr>
          <w:sz w:val="20"/>
          <w:szCs w:val="20"/>
          <w:lang w:val="de-DE"/>
        </w:rPr>
        <w:t>65</w:t>
      </w:r>
      <w:r w:rsidR="00755B32" w:rsidRPr="0051412F">
        <w:rPr>
          <w:sz w:val="20"/>
          <w:szCs w:val="20"/>
          <w:lang w:val="de-DE"/>
        </w:rPr>
        <w:t>)</w:t>
      </w:r>
      <w:r w:rsidRPr="0051412F">
        <w:rPr>
          <w:sz w:val="20"/>
          <w:szCs w:val="20"/>
          <w:lang w:val="de-DE"/>
        </w:rPr>
        <w:t xml:space="preserve"> Asya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Güney </w:t>
      </w:r>
      <w:proofErr w:type="spellStart"/>
      <w:r w:rsidRPr="0051412F">
        <w:rPr>
          <w:sz w:val="20"/>
          <w:szCs w:val="20"/>
          <w:lang w:val="de-DE"/>
        </w:rPr>
        <w:t>Afrika'da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toplum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sağlığı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çalışanlarının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çoğunluğunu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oluşturan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kadınlar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muazzam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kaynak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kısıtlamaları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altında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temel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hizmetleri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sunmaktadır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ancak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ücret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almamaktadır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proofErr w:type="spellStart"/>
      <w:r w:rsidRPr="0051412F">
        <w:rPr>
          <w:sz w:val="20"/>
          <w:szCs w:val="20"/>
          <w:lang w:val="de-DE"/>
        </w:rPr>
        <w:t>Ücret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alanlar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bile</w:t>
      </w:r>
      <w:proofErr w:type="spellEnd"/>
      <w:r w:rsidRPr="0051412F">
        <w:rPr>
          <w:sz w:val="20"/>
          <w:szCs w:val="20"/>
          <w:lang w:val="de-DE"/>
        </w:rPr>
        <w:t xml:space="preserve"> (</w:t>
      </w:r>
      <w:proofErr w:type="spellStart"/>
      <w:r w:rsidRPr="0051412F">
        <w:rPr>
          <w:sz w:val="20"/>
          <w:szCs w:val="20"/>
          <w:lang w:val="de-DE"/>
        </w:rPr>
        <w:t>örneğin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Hindistan'da</w:t>
      </w:r>
      <w:proofErr w:type="spellEnd"/>
      <w:r w:rsidRPr="0051412F">
        <w:rPr>
          <w:sz w:val="20"/>
          <w:szCs w:val="20"/>
          <w:lang w:val="de-DE"/>
        </w:rPr>
        <w:t xml:space="preserve">) </w:t>
      </w:r>
      <w:proofErr w:type="spellStart"/>
      <w:r w:rsidRPr="0051412F">
        <w:rPr>
          <w:sz w:val="20"/>
          <w:szCs w:val="20"/>
          <w:lang w:val="de-DE"/>
        </w:rPr>
        <w:t>genellikle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sosyal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güvenlik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yardımlarından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yararlanamamaktadır</w:t>
      </w:r>
      <w:proofErr w:type="spellEnd"/>
      <w:r w:rsidRPr="0051412F">
        <w:rPr>
          <w:sz w:val="20"/>
          <w:szCs w:val="20"/>
          <w:lang w:val="de-DE"/>
        </w:rPr>
        <w:t>.</w:t>
      </w:r>
      <w:r w:rsidR="001424FA" w:rsidRPr="0051412F">
        <w:rPr>
          <w:sz w:val="20"/>
          <w:szCs w:val="20"/>
          <w:lang w:val="de-DE"/>
        </w:rPr>
        <w:t xml:space="preserve"> (</w:t>
      </w:r>
      <w:r w:rsidRPr="0051412F">
        <w:rPr>
          <w:sz w:val="20"/>
          <w:szCs w:val="20"/>
          <w:lang w:val="de-DE"/>
        </w:rPr>
        <w:t>66</w:t>
      </w:r>
      <w:r w:rsidR="001424FA" w:rsidRPr="0051412F">
        <w:rPr>
          <w:sz w:val="20"/>
          <w:szCs w:val="20"/>
          <w:lang w:val="de-DE"/>
        </w:rPr>
        <w:t>)</w:t>
      </w:r>
    </w:p>
    <w:p w14:paraId="41942C6B" w14:textId="397C4BCE" w:rsidR="0051412F" w:rsidRPr="0051412F" w:rsidRDefault="000C7284" w:rsidP="006E736E">
      <w:pPr>
        <w:spacing w:after="0"/>
        <w:jc w:val="both"/>
        <w:rPr>
          <w:sz w:val="16"/>
          <w:szCs w:val="16"/>
          <w:lang w:val="de-DE"/>
        </w:rPr>
      </w:pPr>
      <w:r w:rsidRPr="0051412F">
        <w:rPr>
          <w:sz w:val="20"/>
          <w:szCs w:val="20"/>
          <w:lang w:val="de-DE"/>
        </w:rPr>
        <w:br/>
        <w:t>22.</w:t>
      </w:r>
      <w:r w:rsidR="0051412F"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Kadınlar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genellikle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hastanelerde</w:t>
      </w:r>
      <w:proofErr w:type="spellEnd"/>
      <w:r w:rsidRPr="0051412F">
        <w:rPr>
          <w:sz w:val="20"/>
          <w:szCs w:val="20"/>
          <w:lang w:val="de-DE"/>
        </w:rPr>
        <w:t xml:space="preserve"> "</w:t>
      </w:r>
      <w:proofErr w:type="spellStart"/>
      <w:r w:rsidRPr="0051412F">
        <w:rPr>
          <w:sz w:val="20"/>
          <w:szCs w:val="20"/>
          <w:lang w:val="de-DE"/>
        </w:rPr>
        <w:t>ön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saflarda</w:t>
      </w:r>
      <w:proofErr w:type="spellEnd"/>
      <w:r w:rsidRPr="0051412F">
        <w:rPr>
          <w:sz w:val="20"/>
          <w:szCs w:val="20"/>
          <w:lang w:val="de-DE"/>
        </w:rPr>
        <w:t xml:space="preserve">" </w:t>
      </w:r>
      <w:proofErr w:type="spellStart"/>
      <w:r w:rsidRPr="0051412F">
        <w:rPr>
          <w:sz w:val="20"/>
          <w:szCs w:val="20"/>
          <w:lang w:val="de-DE"/>
        </w:rPr>
        <w:t>yer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alırlar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burada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taciz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şiddete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r w:rsidRPr="0051412F">
        <w:rPr>
          <w:sz w:val="20"/>
          <w:szCs w:val="20"/>
          <w:lang w:val="de-DE"/>
        </w:rPr>
        <w:br/>
      </w:r>
      <w:proofErr w:type="spellStart"/>
      <w:r w:rsidRPr="0051412F">
        <w:rPr>
          <w:sz w:val="20"/>
          <w:szCs w:val="20"/>
          <w:lang w:val="de-DE"/>
        </w:rPr>
        <w:t>maruz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kalırlar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r w:rsidR="008831BC" w:rsidRPr="0051412F">
        <w:rPr>
          <w:sz w:val="20"/>
          <w:szCs w:val="20"/>
          <w:lang w:val="de-DE"/>
        </w:rPr>
        <w:t>(</w:t>
      </w:r>
      <w:r w:rsidRPr="0051412F">
        <w:rPr>
          <w:sz w:val="20"/>
          <w:szCs w:val="20"/>
          <w:lang w:val="de-DE"/>
        </w:rPr>
        <w:t>67</w:t>
      </w:r>
      <w:r w:rsidR="008831BC" w:rsidRPr="0051412F">
        <w:rPr>
          <w:sz w:val="20"/>
          <w:szCs w:val="20"/>
          <w:lang w:val="de-DE"/>
        </w:rPr>
        <w:t>)</w:t>
      </w:r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Farklı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ülkelerde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yapılan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araştırmalar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kadın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sağlık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çalışanı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olmanın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işyerinde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şiddet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riskinin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artmasıyla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ilişkili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olduğunu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genç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kadınların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daha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yüksek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risk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altında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olduğunu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göstermektedir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proofErr w:type="spellStart"/>
      <w:r w:rsidRPr="0051412F">
        <w:rPr>
          <w:sz w:val="20"/>
          <w:szCs w:val="20"/>
          <w:lang w:val="de-DE"/>
        </w:rPr>
        <w:t>Hastalar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hastaların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yakınları</w:t>
      </w:r>
      <w:proofErr w:type="spellEnd"/>
      <w:r w:rsidRPr="0051412F">
        <w:rPr>
          <w:sz w:val="20"/>
          <w:szCs w:val="20"/>
          <w:lang w:val="de-DE"/>
        </w:rPr>
        <w:t xml:space="preserve">, </w:t>
      </w:r>
      <w:proofErr w:type="spellStart"/>
      <w:r w:rsidRPr="0051412F">
        <w:rPr>
          <w:sz w:val="20"/>
          <w:szCs w:val="20"/>
          <w:lang w:val="de-DE"/>
        </w:rPr>
        <w:t>meslektaşlar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ve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amirler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işyerinde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şiddetin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başlıca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failleri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olsa</w:t>
      </w:r>
      <w:proofErr w:type="spellEnd"/>
      <w:r w:rsidRPr="0051412F">
        <w:rPr>
          <w:sz w:val="20"/>
          <w:szCs w:val="20"/>
          <w:lang w:val="de-DE"/>
        </w:rPr>
        <w:t xml:space="preserve"> da, </w:t>
      </w:r>
      <w:proofErr w:type="spellStart"/>
      <w:r w:rsidRPr="0051412F">
        <w:rPr>
          <w:sz w:val="20"/>
          <w:szCs w:val="20"/>
          <w:lang w:val="de-DE"/>
        </w:rPr>
        <w:t>hemşirelere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yönelik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cinsel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taciz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genellikle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doktorlar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tarafından</w:t>
      </w:r>
      <w:proofErr w:type="spellEnd"/>
      <w:r w:rsidRPr="0051412F">
        <w:rPr>
          <w:sz w:val="20"/>
          <w:szCs w:val="20"/>
          <w:lang w:val="de-DE"/>
        </w:rPr>
        <w:t xml:space="preserve"> </w:t>
      </w:r>
      <w:proofErr w:type="spellStart"/>
      <w:r w:rsidRPr="0051412F">
        <w:rPr>
          <w:sz w:val="20"/>
          <w:szCs w:val="20"/>
          <w:lang w:val="de-DE"/>
        </w:rPr>
        <w:t>gerçekleştirilmektedir</w:t>
      </w:r>
      <w:proofErr w:type="spellEnd"/>
      <w:r w:rsidRPr="0051412F">
        <w:rPr>
          <w:sz w:val="20"/>
          <w:szCs w:val="20"/>
          <w:lang w:val="de-DE"/>
        </w:rPr>
        <w:t xml:space="preserve">. </w:t>
      </w:r>
      <w:r w:rsidR="0045460C" w:rsidRPr="0051412F">
        <w:rPr>
          <w:sz w:val="20"/>
          <w:szCs w:val="20"/>
          <w:lang w:val="de-DE"/>
        </w:rPr>
        <w:t>(</w:t>
      </w:r>
      <w:r w:rsidRPr="0051412F">
        <w:rPr>
          <w:sz w:val="20"/>
          <w:szCs w:val="20"/>
          <w:lang w:val="de-DE"/>
        </w:rPr>
        <w:t>68</w:t>
      </w:r>
      <w:r w:rsidR="00611D3F" w:rsidRPr="0051412F">
        <w:rPr>
          <w:sz w:val="20"/>
          <w:szCs w:val="20"/>
          <w:lang w:val="de-DE"/>
        </w:rPr>
        <w:t>)</w:t>
      </w:r>
    </w:p>
    <w:p w14:paraId="2E75C09B" w14:textId="2F984875" w:rsidR="000211F9" w:rsidRPr="004C45FE" w:rsidRDefault="001C1414" w:rsidP="004C45F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i/>
          <w:iCs/>
          <w:color w:val="000000"/>
          <w:sz w:val="16"/>
          <w:szCs w:val="16"/>
        </w:rPr>
      </w:pPr>
      <w:r>
        <w:rPr>
          <w:sz w:val="20"/>
          <w:szCs w:val="20"/>
        </w:rPr>
        <w:t>_______________</w:t>
      </w:r>
      <w:r w:rsidR="000C7284" w:rsidRPr="0051412F">
        <w:rPr>
          <w:sz w:val="16"/>
          <w:szCs w:val="16"/>
          <w:highlight w:val="cyan"/>
          <w:lang w:val="de-DE"/>
        </w:rPr>
        <w:br/>
      </w:r>
      <w:r w:rsidR="000C7284" w:rsidRPr="001C1414">
        <w:rPr>
          <w:sz w:val="16"/>
          <w:szCs w:val="16"/>
          <w:lang w:val="de-DE"/>
        </w:rPr>
        <w:t xml:space="preserve">61  BM </w:t>
      </w:r>
      <w:proofErr w:type="spellStart"/>
      <w:r w:rsidR="000C7284" w:rsidRPr="001C1414">
        <w:rPr>
          <w:sz w:val="16"/>
          <w:szCs w:val="16"/>
          <w:lang w:val="de-DE"/>
        </w:rPr>
        <w:t>Kadın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Birimi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r w:rsidR="0061462C">
        <w:rPr>
          <w:sz w:val="16"/>
          <w:szCs w:val="16"/>
          <w:lang w:val="de-DE"/>
        </w:rPr>
        <w:t>P</w:t>
      </w:r>
      <w:r w:rsidR="000C7284" w:rsidRPr="001C1414">
        <w:rPr>
          <w:sz w:val="16"/>
          <w:szCs w:val="16"/>
          <w:lang w:val="de-DE"/>
        </w:rPr>
        <w:t xml:space="preserve">olitika </w:t>
      </w:r>
      <w:proofErr w:type="spellStart"/>
      <w:r w:rsidR="0061462C">
        <w:rPr>
          <w:sz w:val="16"/>
          <w:szCs w:val="16"/>
          <w:lang w:val="de-DE"/>
        </w:rPr>
        <w:t>Ö</w:t>
      </w:r>
      <w:r w:rsidR="000C7284" w:rsidRPr="001C1414">
        <w:rPr>
          <w:sz w:val="16"/>
          <w:szCs w:val="16"/>
          <w:lang w:val="de-DE"/>
        </w:rPr>
        <w:t>zeti</w:t>
      </w:r>
      <w:proofErr w:type="spellEnd"/>
      <w:r w:rsidR="000C7284" w:rsidRPr="001C1414">
        <w:rPr>
          <w:sz w:val="16"/>
          <w:szCs w:val="16"/>
          <w:lang w:val="de-DE"/>
        </w:rPr>
        <w:t xml:space="preserve">, </w:t>
      </w:r>
      <w:r w:rsidR="0079110F" w:rsidRPr="0079110F">
        <w:rPr>
          <w:rFonts w:ascii="Cambria" w:hAnsi="Cambria" w:cs="Times New Roman"/>
          <w:color w:val="0000FF"/>
          <w:sz w:val="16"/>
          <w:szCs w:val="16"/>
        </w:rPr>
        <w:t>From evidence to action: tackling gender-based violence against migrant</w:t>
      </w:r>
      <w:r w:rsidR="0079110F">
        <w:rPr>
          <w:rFonts w:ascii="Cambria" w:hAnsi="Cambria" w:cs="Times New Roman"/>
          <w:color w:val="0000FF"/>
          <w:sz w:val="16"/>
          <w:szCs w:val="16"/>
        </w:rPr>
        <w:t xml:space="preserve"> </w:t>
      </w:r>
      <w:r w:rsidR="0079110F" w:rsidRPr="0079110F">
        <w:rPr>
          <w:rFonts w:ascii="Cambria" w:hAnsi="Cambria" w:cs="Times New Roman"/>
          <w:color w:val="0000FF"/>
          <w:sz w:val="16"/>
          <w:szCs w:val="16"/>
        </w:rPr>
        <w:t>women and girls</w:t>
      </w:r>
      <w:r w:rsidR="0079110F" w:rsidRPr="0079110F">
        <w:rPr>
          <w:rFonts w:ascii="Cambria" w:hAnsi="Cambria" w:cs="Times New Roman"/>
          <w:color w:val="000000"/>
          <w:sz w:val="16"/>
          <w:szCs w:val="16"/>
        </w:rPr>
        <w:t xml:space="preserve"> (2021); and May-Elizabeth Pere-ere </w:t>
      </w:r>
      <w:proofErr w:type="spellStart"/>
      <w:r w:rsidR="0079110F" w:rsidRPr="0079110F">
        <w:rPr>
          <w:rFonts w:ascii="Cambria" w:hAnsi="Cambria" w:cs="Times New Roman"/>
          <w:color w:val="000000"/>
          <w:sz w:val="16"/>
          <w:szCs w:val="16"/>
        </w:rPr>
        <w:t>Ajuwa</w:t>
      </w:r>
      <w:proofErr w:type="spellEnd"/>
      <w:r w:rsidR="0079110F" w:rsidRPr="0079110F">
        <w:rPr>
          <w:rFonts w:ascii="Cambria" w:hAnsi="Cambria" w:cs="Times New Roman"/>
          <w:color w:val="000000"/>
          <w:sz w:val="16"/>
          <w:szCs w:val="16"/>
        </w:rPr>
        <w:t xml:space="preserve"> et al., “Workplace violence against</w:t>
      </w:r>
      <w:r w:rsidR="0079110F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79110F" w:rsidRPr="0079110F">
        <w:rPr>
          <w:rFonts w:ascii="Cambria" w:hAnsi="Cambria" w:cs="Times New Roman"/>
          <w:color w:val="000000"/>
          <w:sz w:val="16"/>
          <w:szCs w:val="16"/>
        </w:rPr>
        <w:t>female healthcare workers: a systematic review and meta-analysis”,</w:t>
      </w:r>
      <w:r w:rsidR="000C7284" w:rsidRPr="001C1414">
        <w:rPr>
          <w:sz w:val="16"/>
          <w:szCs w:val="16"/>
          <w:lang w:val="de-DE"/>
        </w:rPr>
        <w:t xml:space="preserve"> </w:t>
      </w:r>
      <w:r w:rsidR="000C7284" w:rsidRPr="0061462C">
        <w:rPr>
          <w:i/>
          <w:iCs/>
          <w:sz w:val="16"/>
          <w:szCs w:val="16"/>
          <w:lang w:val="de-DE"/>
        </w:rPr>
        <w:t>BMJ Open</w:t>
      </w:r>
      <w:r w:rsidR="000C7284" w:rsidRPr="001C1414">
        <w:rPr>
          <w:sz w:val="16"/>
          <w:szCs w:val="16"/>
          <w:lang w:val="de-DE"/>
        </w:rPr>
        <w:t xml:space="preserve">, </w:t>
      </w:r>
      <w:proofErr w:type="spellStart"/>
      <w:r w:rsidR="000C7284" w:rsidRPr="001C1414">
        <w:rPr>
          <w:sz w:val="16"/>
          <w:szCs w:val="16"/>
          <w:lang w:val="de-DE"/>
        </w:rPr>
        <w:t>cilt</w:t>
      </w:r>
      <w:proofErr w:type="spellEnd"/>
      <w:r w:rsidR="000C7284" w:rsidRPr="001C1414">
        <w:rPr>
          <w:sz w:val="16"/>
          <w:szCs w:val="16"/>
          <w:lang w:val="de-DE"/>
        </w:rPr>
        <w:t xml:space="preserve"> 14, </w:t>
      </w:r>
      <w:proofErr w:type="spellStart"/>
      <w:r w:rsidR="000C7284" w:rsidRPr="001C1414">
        <w:rPr>
          <w:sz w:val="16"/>
          <w:szCs w:val="16"/>
          <w:lang w:val="de-DE"/>
        </w:rPr>
        <w:t>No</w:t>
      </w:r>
      <w:proofErr w:type="spellEnd"/>
      <w:r w:rsidR="000C7284" w:rsidRPr="001C1414">
        <w:rPr>
          <w:sz w:val="16"/>
          <w:szCs w:val="16"/>
          <w:lang w:val="de-DE"/>
        </w:rPr>
        <w:t>. 8 (</w:t>
      </w:r>
      <w:proofErr w:type="spellStart"/>
      <w:r w:rsidR="000C7284" w:rsidRPr="001C1414">
        <w:rPr>
          <w:sz w:val="16"/>
          <w:szCs w:val="16"/>
          <w:lang w:val="de-DE"/>
        </w:rPr>
        <w:t>Ağustos</w:t>
      </w:r>
      <w:proofErr w:type="spellEnd"/>
      <w:r w:rsidR="000C7284" w:rsidRPr="001C1414">
        <w:rPr>
          <w:sz w:val="16"/>
          <w:szCs w:val="16"/>
          <w:lang w:val="de-DE"/>
        </w:rPr>
        <w:t xml:space="preserve"> 2024).</w:t>
      </w:r>
      <w:r w:rsidR="000C7284" w:rsidRPr="001C1414">
        <w:rPr>
          <w:sz w:val="16"/>
          <w:szCs w:val="16"/>
          <w:lang w:val="de-DE"/>
        </w:rPr>
        <w:br/>
        <w:t xml:space="preserve">62  ILO </w:t>
      </w:r>
      <w:proofErr w:type="spellStart"/>
      <w:r w:rsidR="000C7284" w:rsidRPr="001C1414">
        <w:rPr>
          <w:sz w:val="16"/>
          <w:szCs w:val="16"/>
          <w:lang w:val="de-DE"/>
        </w:rPr>
        <w:t>ve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Dünya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Sağlık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Örgütü</w:t>
      </w:r>
      <w:proofErr w:type="spellEnd"/>
      <w:r w:rsidR="004C45FE">
        <w:rPr>
          <w:sz w:val="16"/>
          <w:szCs w:val="16"/>
          <w:lang w:val="de-DE"/>
        </w:rPr>
        <w:t xml:space="preserve"> (DSÖ)</w:t>
      </w:r>
      <w:r w:rsidR="000C7284" w:rsidRPr="001C1414">
        <w:rPr>
          <w:sz w:val="16"/>
          <w:szCs w:val="16"/>
          <w:lang w:val="de-DE"/>
        </w:rPr>
        <w:t xml:space="preserve">, </w:t>
      </w:r>
      <w:r w:rsidR="004C45FE" w:rsidRPr="004C45FE">
        <w:rPr>
          <w:rFonts w:ascii="Cambria" w:hAnsi="Cambria" w:cs="Times New Roman"/>
          <w:i/>
          <w:iCs/>
          <w:color w:val="000000"/>
          <w:sz w:val="16"/>
          <w:szCs w:val="16"/>
        </w:rPr>
        <w:t>The Gender Pay Gap in the Health and Care Sector: A Global</w:t>
      </w:r>
      <w:r w:rsidR="004C45FE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</w:t>
      </w:r>
      <w:r w:rsidR="004C45FE" w:rsidRPr="004C45FE">
        <w:rPr>
          <w:rFonts w:ascii="Cambria" w:hAnsi="Cambria" w:cs="Times New Roman"/>
          <w:i/>
          <w:iCs/>
          <w:color w:val="000000"/>
          <w:sz w:val="16"/>
          <w:szCs w:val="16"/>
        </w:rPr>
        <w:t>Analysis in the Time of COVID-19</w:t>
      </w:r>
      <w:r w:rsidR="000C7284" w:rsidRPr="001C1414">
        <w:rPr>
          <w:sz w:val="16"/>
          <w:szCs w:val="16"/>
          <w:lang w:val="de-DE"/>
        </w:rPr>
        <w:t xml:space="preserve"> (2022).</w:t>
      </w:r>
      <w:r w:rsidR="000C7284" w:rsidRPr="001C1414">
        <w:rPr>
          <w:sz w:val="16"/>
          <w:szCs w:val="16"/>
          <w:lang w:val="de-DE"/>
        </w:rPr>
        <w:br/>
        <w:t xml:space="preserve">63  DSÖ, </w:t>
      </w:r>
      <w:r w:rsidR="004C45FE" w:rsidRPr="004C45FE">
        <w:rPr>
          <w:rFonts w:ascii="Cambria" w:hAnsi="Cambria" w:cs="Times New Roman"/>
          <w:i/>
          <w:iCs/>
          <w:color w:val="000000"/>
          <w:sz w:val="16"/>
          <w:szCs w:val="16"/>
        </w:rPr>
        <w:t>Delivered by Women, Led by Men: A Gender and Equity Analysis of the Global Health and</w:t>
      </w:r>
      <w:r w:rsidR="004C45FE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</w:t>
      </w:r>
      <w:r w:rsidR="004C45FE" w:rsidRPr="004C45FE">
        <w:rPr>
          <w:rFonts w:ascii="Cambria" w:hAnsi="Cambria" w:cs="Times New Roman"/>
          <w:i/>
          <w:iCs/>
          <w:color w:val="000000"/>
          <w:sz w:val="16"/>
          <w:szCs w:val="16"/>
        </w:rPr>
        <w:t>Social Workforce</w:t>
      </w:r>
      <w:r w:rsidR="004C45FE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0C7284" w:rsidRPr="001C1414">
        <w:rPr>
          <w:sz w:val="16"/>
          <w:szCs w:val="16"/>
          <w:lang w:val="de-DE"/>
        </w:rPr>
        <w:t>(2019).</w:t>
      </w:r>
      <w:r w:rsidR="000C7284" w:rsidRPr="001C1414">
        <w:rPr>
          <w:sz w:val="16"/>
          <w:szCs w:val="16"/>
          <w:lang w:val="de-DE"/>
        </w:rPr>
        <w:br/>
        <w:t xml:space="preserve">64  </w:t>
      </w:r>
      <w:proofErr w:type="spellStart"/>
      <w:r w:rsidR="000C7284" w:rsidRPr="001C1414">
        <w:rPr>
          <w:sz w:val="16"/>
          <w:szCs w:val="16"/>
          <w:lang w:val="de-DE"/>
        </w:rPr>
        <w:t>A.g.e</w:t>
      </w:r>
      <w:proofErr w:type="spellEnd"/>
      <w:r w:rsidR="000C7284" w:rsidRPr="001C1414">
        <w:rPr>
          <w:sz w:val="16"/>
          <w:szCs w:val="16"/>
          <w:lang w:val="de-DE"/>
        </w:rPr>
        <w:t>.</w:t>
      </w:r>
    </w:p>
    <w:p w14:paraId="5E9CDF0E" w14:textId="236622AC" w:rsidR="004C45FE" w:rsidRPr="004C45FE" w:rsidRDefault="000C7284" w:rsidP="006146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1C1414">
        <w:rPr>
          <w:sz w:val="16"/>
          <w:szCs w:val="16"/>
          <w:lang w:val="de-DE"/>
        </w:rPr>
        <w:t xml:space="preserve">65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Grubu'nun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istişareleri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sırasında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ifade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edilen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görüşler</w:t>
      </w:r>
      <w:proofErr w:type="spellEnd"/>
      <w:r w:rsidRPr="001C1414">
        <w:rPr>
          <w:sz w:val="16"/>
          <w:szCs w:val="16"/>
          <w:lang w:val="de-DE"/>
        </w:rPr>
        <w:t>.</w:t>
      </w:r>
      <w:r w:rsidRPr="001C1414">
        <w:rPr>
          <w:sz w:val="16"/>
          <w:szCs w:val="16"/>
          <w:lang w:val="de-DE"/>
        </w:rPr>
        <w:br/>
        <w:t xml:space="preserve">66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Grubunun</w:t>
      </w:r>
      <w:proofErr w:type="spellEnd"/>
      <w:r w:rsidRPr="001C1414">
        <w:rPr>
          <w:sz w:val="16"/>
          <w:szCs w:val="16"/>
          <w:lang w:val="de-DE"/>
        </w:rPr>
        <w:t xml:space="preserve"> Asya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Pasifik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ile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Afrika'da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yaptığı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istişareler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Ayrıca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Madeleine Ballard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diğerleri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4C45FE" w:rsidRPr="004C45FE">
        <w:rPr>
          <w:rFonts w:ascii="Cambria" w:hAnsi="Cambria" w:cs="Times New Roman"/>
          <w:color w:val="000000"/>
          <w:sz w:val="16"/>
          <w:szCs w:val="16"/>
        </w:rPr>
        <w:t>“Payment of community health workers”,</w:t>
      </w:r>
      <w:r w:rsidR="004C45FE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ED3B72">
        <w:rPr>
          <w:i/>
          <w:iCs/>
          <w:sz w:val="16"/>
          <w:szCs w:val="16"/>
          <w:lang w:val="de-DE"/>
        </w:rPr>
        <w:t>The Lancet Global Health</w:t>
      </w:r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cilt</w:t>
      </w:r>
      <w:proofErr w:type="spellEnd"/>
      <w:r w:rsidRPr="001C1414">
        <w:rPr>
          <w:sz w:val="16"/>
          <w:szCs w:val="16"/>
          <w:lang w:val="de-DE"/>
        </w:rPr>
        <w:t xml:space="preserve"> 10, </w:t>
      </w:r>
      <w:proofErr w:type="spellStart"/>
      <w:r w:rsidRPr="001C1414">
        <w:rPr>
          <w:sz w:val="16"/>
          <w:szCs w:val="16"/>
          <w:lang w:val="de-DE"/>
        </w:rPr>
        <w:t>sayı</w:t>
      </w:r>
      <w:proofErr w:type="spellEnd"/>
      <w:r w:rsidRPr="001C1414">
        <w:rPr>
          <w:sz w:val="16"/>
          <w:szCs w:val="16"/>
          <w:lang w:val="de-DE"/>
        </w:rPr>
        <w:t xml:space="preserve"> 9 (</w:t>
      </w:r>
      <w:proofErr w:type="spellStart"/>
      <w:r w:rsidRPr="001C1414">
        <w:rPr>
          <w:sz w:val="16"/>
          <w:szCs w:val="16"/>
          <w:lang w:val="de-DE"/>
        </w:rPr>
        <w:t>Eylül</w:t>
      </w:r>
      <w:proofErr w:type="spellEnd"/>
      <w:r w:rsidRPr="001C1414">
        <w:rPr>
          <w:sz w:val="16"/>
          <w:szCs w:val="16"/>
          <w:lang w:val="de-DE"/>
        </w:rPr>
        <w:t xml:space="preserve"> 2022).</w:t>
      </w:r>
      <w:r w:rsidRPr="001C1414">
        <w:rPr>
          <w:sz w:val="16"/>
          <w:szCs w:val="16"/>
          <w:lang w:val="de-DE"/>
        </w:rPr>
        <w:br/>
        <w:t>67</w:t>
      </w:r>
      <w:r w:rsidR="004C45FE">
        <w:rPr>
          <w:sz w:val="16"/>
          <w:szCs w:val="16"/>
          <w:lang w:val="de-DE"/>
        </w:rPr>
        <w:t xml:space="preserve">  </w:t>
      </w:r>
      <w:r w:rsidRPr="001C1414">
        <w:rPr>
          <w:sz w:val="16"/>
          <w:szCs w:val="16"/>
          <w:lang w:val="de-DE"/>
        </w:rPr>
        <w:t>May-Elizabeth Pere-</w:t>
      </w:r>
      <w:proofErr w:type="spellStart"/>
      <w:r w:rsidRPr="001C1414">
        <w:rPr>
          <w:sz w:val="16"/>
          <w:szCs w:val="16"/>
          <w:lang w:val="de-DE"/>
        </w:rPr>
        <w:t>ere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Ajuwa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diğerleri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4C45FE" w:rsidRPr="004C45FE">
        <w:rPr>
          <w:rFonts w:ascii="Cambria" w:hAnsi="Cambria" w:cs="Times New Roman"/>
          <w:color w:val="000000"/>
          <w:sz w:val="16"/>
          <w:szCs w:val="16"/>
        </w:rPr>
        <w:t>“Workplace violence against female healthcare workers: a</w:t>
      </w:r>
      <w:r w:rsidR="0061462C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4C45FE" w:rsidRPr="004C45FE">
        <w:rPr>
          <w:rFonts w:ascii="Cambria" w:hAnsi="Cambria" w:cs="Times New Roman"/>
          <w:color w:val="000000"/>
          <w:sz w:val="16"/>
          <w:szCs w:val="16"/>
        </w:rPr>
        <w:t>systematic review and meta-analysis”.</w:t>
      </w:r>
    </w:p>
    <w:p w14:paraId="0B7F1883" w14:textId="26DBF042" w:rsidR="005347F2" w:rsidRPr="001C1414" w:rsidRDefault="000C7284" w:rsidP="004C45FE">
      <w:pPr>
        <w:rPr>
          <w:sz w:val="16"/>
          <w:szCs w:val="16"/>
          <w:lang w:val="de-DE"/>
        </w:rPr>
      </w:pPr>
      <w:r w:rsidRPr="001C1414">
        <w:rPr>
          <w:sz w:val="16"/>
          <w:szCs w:val="16"/>
          <w:lang w:val="de-DE"/>
        </w:rPr>
        <w:t xml:space="preserve">68  </w:t>
      </w:r>
      <w:proofErr w:type="spellStart"/>
      <w:r w:rsidRPr="001C1414">
        <w:rPr>
          <w:sz w:val="16"/>
          <w:szCs w:val="16"/>
          <w:lang w:val="de-DE"/>
        </w:rPr>
        <w:t>A.g.e</w:t>
      </w:r>
      <w:proofErr w:type="spellEnd"/>
      <w:r w:rsidRPr="001C1414">
        <w:rPr>
          <w:sz w:val="16"/>
          <w:szCs w:val="16"/>
          <w:lang w:val="de-DE"/>
        </w:rPr>
        <w:t>., s. 5–7.</w:t>
      </w:r>
    </w:p>
    <w:p w14:paraId="511DC73A" w14:textId="77777777" w:rsidR="00867E9E" w:rsidRDefault="00867E9E">
      <w:pPr>
        <w:rPr>
          <w:lang w:val="sv-SE"/>
        </w:rPr>
      </w:pPr>
    </w:p>
    <w:p w14:paraId="03EDE8C4" w14:textId="77777777" w:rsidR="006B3A5A" w:rsidRDefault="006B3A5A">
      <w:pPr>
        <w:rPr>
          <w:lang w:val="sv-SE"/>
        </w:rPr>
      </w:pPr>
    </w:p>
    <w:p w14:paraId="4BF3047C" w14:textId="77777777" w:rsidR="00867E9E" w:rsidRDefault="000C7284" w:rsidP="002D6851">
      <w:pPr>
        <w:spacing w:after="0"/>
        <w:jc w:val="both"/>
        <w:rPr>
          <w:b/>
          <w:bCs/>
          <w:sz w:val="20"/>
          <w:szCs w:val="20"/>
          <w:lang w:val="sv-SE"/>
        </w:rPr>
      </w:pPr>
      <w:r w:rsidRPr="00867E9E">
        <w:rPr>
          <w:b/>
          <w:bCs/>
          <w:sz w:val="20"/>
          <w:szCs w:val="20"/>
          <w:lang w:val="sv-SE"/>
        </w:rPr>
        <w:lastRenderedPageBreak/>
        <w:t>B.</w:t>
      </w:r>
      <w:r w:rsidR="001424FA" w:rsidRPr="00867E9E">
        <w:rPr>
          <w:b/>
          <w:bCs/>
          <w:sz w:val="20"/>
          <w:szCs w:val="20"/>
          <w:lang w:val="sv-SE"/>
        </w:rPr>
        <w:t xml:space="preserve"> </w:t>
      </w:r>
      <w:proofErr w:type="spellStart"/>
      <w:r w:rsidRPr="00867E9E">
        <w:rPr>
          <w:b/>
          <w:bCs/>
          <w:sz w:val="20"/>
          <w:szCs w:val="20"/>
          <w:lang w:val="sv-SE"/>
        </w:rPr>
        <w:t>Ev</w:t>
      </w:r>
      <w:proofErr w:type="spellEnd"/>
      <w:r w:rsidRPr="00867E9E">
        <w:rPr>
          <w:b/>
          <w:bCs/>
          <w:sz w:val="20"/>
          <w:szCs w:val="20"/>
          <w:lang w:val="sv-SE"/>
        </w:rPr>
        <w:t xml:space="preserve"> </w:t>
      </w:r>
      <w:proofErr w:type="spellStart"/>
      <w:r w:rsidRPr="00867E9E">
        <w:rPr>
          <w:b/>
          <w:bCs/>
          <w:sz w:val="20"/>
          <w:szCs w:val="20"/>
          <w:lang w:val="sv-SE"/>
        </w:rPr>
        <w:t>işleri</w:t>
      </w:r>
      <w:proofErr w:type="spellEnd"/>
    </w:p>
    <w:p w14:paraId="029DE6C2" w14:textId="06876244" w:rsidR="001424FA" w:rsidRPr="00867E9E" w:rsidRDefault="000C7284" w:rsidP="002D6851">
      <w:pPr>
        <w:jc w:val="both"/>
        <w:rPr>
          <w:sz w:val="20"/>
          <w:szCs w:val="20"/>
          <w:lang w:val="sv-SE"/>
        </w:rPr>
      </w:pPr>
      <w:r w:rsidRPr="003B2022">
        <w:rPr>
          <w:lang w:val="sv-SE"/>
        </w:rPr>
        <w:br/>
      </w:r>
      <w:r w:rsidRPr="00867E9E">
        <w:rPr>
          <w:sz w:val="20"/>
          <w:szCs w:val="20"/>
          <w:lang w:val="sv-SE"/>
        </w:rPr>
        <w:t xml:space="preserve">23. </w:t>
      </w:r>
      <w:proofErr w:type="spellStart"/>
      <w:r w:rsidRPr="00867E9E">
        <w:rPr>
          <w:sz w:val="20"/>
          <w:szCs w:val="20"/>
          <w:lang w:val="sv-SE"/>
        </w:rPr>
        <w:t>Bakım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krizi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şu</w:t>
      </w:r>
      <w:proofErr w:type="spellEnd"/>
      <w:r w:rsidRPr="00867E9E">
        <w:rPr>
          <w:sz w:val="20"/>
          <w:szCs w:val="20"/>
          <w:lang w:val="sv-SE"/>
        </w:rPr>
        <w:t xml:space="preserve"> anda </w:t>
      </w:r>
      <w:proofErr w:type="spellStart"/>
      <w:r w:rsidRPr="00867E9E">
        <w:rPr>
          <w:sz w:val="20"/>
          <w:szCs w:val="20"/>
          <w:lang w:val="sv-SE"/>
        </w:rPr>
        <w:t>ırkçılık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yabancı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düşmanlığı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karşıtı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söylem</w:t>
      </w:r>
      <w:proofErr w:type="spellEnd"/>
      <w:r w:rsidRPr="00867E9E">
        <w:rPr>
          <w:sz w:val="20"/>
          <w:szCs w:val="20"/>
          <w:lang w:val="sv-SE"/>
        </w:rPr>
        <w:t xml:space="preserve"> ve politikalar </w:t>
      </w:r>
      <w:r w:rsidRPr="00867E9E">
        <w:rPr>
          <w:sz w:val="20"/>
          <w:szCs w:val="20"/>
          <w:lang w:val="sv-SE"/>
        </w:rPr>
        <w:br/>
      </w:r>
      <w:proofErr w:type="spellStart"/>
      <w:r w:rsidRPr="00867E9E">
        <w:rPr>
          <w:sz w:val="20"/>
          <w:szCs w:val="20"/>
          <w:lang w:val="sv-SE"/>
        </w:rPr>
        <w:t>bağlamında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gerçekleşen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ulusötesi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ırksal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cinsiyet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ayrımına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dayalı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bakım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işlerinin</w:t>
      </w:r>
      <w:proofErr w:type="spellEnd"/>
      <w:r w:rsidR="00C7621D"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bölüşümüyle</w:t>
      </w:r>
      <w:proofErr w:type="spellEnd"/>
      <w:r w:rsidRPr="00867E9E">
        <w:rPr>
          <w:sz w:val="20"/>
          <w:szCs w:val="20"/>
          <w:lang w:val="sv-SE"/>
        </w:rPr>
        <w:t xml:space="preserve"> “</w:t>
      </w:r>
      <w:proofErr w:type="spellStart"/>
      <w:r w:rsidRPr="00867E9E">
        <w:rPr>
          <w:sz w:val="20"/>
          <w:szCs w:val="20"/>
          <w:lang w:val="sv-SE"/>
        </w:rPr>
        <w:t>yönetilmektedir</w:t>
      </w:r>
      <w:proofErr w:type="spellEnd"/>
      <w:r w:rsidR="001424FA" w:rsidRPr="00867E9E">
        <w:rPr>
          <w:sz w:val="20"/>
          <w:szCs w:val="20"/>
          <w:lang w:val="sv-SE"/>
        </w:rPr>
        <w:t>.</w:t>
      </w:r>
      <w:r w:rsidRPr="00867E9E">
        <w:rPr>
          <w:sz w:val="20"/>
          <w:szCs w:val="20"/>
          <w:lang w:val="sv-SE"/>
        </w:rPr>
        <w:t xml:space="preserve">” </w:t>
      </w:r>
      <w:proofErr w:type="spellStart"/>
      <w:r w:rsidRPr="00867E9E">
        <w:rPr>
          <w:sz w:val="20"/>
          <w:szCs w:val="20"/>
          <w:lang w:val="sv-SE"/>
        </w:rPr>
        <w:t>Dünyadaki</w:t>
      </w:r>
      <w:proofErr w:type="spellEnd"/>
      <w:r w:rsidRPr="00867E9E">
        <w:rPr>
          <w:sz w:val="20"/>
          <w:szCs w:val="20"/>
          <w:lang w:val="sv-SE"/>
        </w:rPr>
        <w:t xml:space="preserve"> 67 </w:t>
      </w:r>
      <w:proofErr w:type="spellStart"/>
      <w:r w:rsidRPr="00867E9E">
        <w:rPr>
          <w:sz w:val="20"/>
          <w:szCs w:val="20"/>
          <w:lang w:val="sv-SE"/>
        </w:rPr>
        <w:t>milyon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işçisinin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yüzde</w:t>
      </w:r>
      <w:proofErr w:type="spellEnd"/>
      <w:r w:rsidRPr="00867E9E">
        <w:rPr>
          <w:sz w:val="20"/>
          <w:szCs w:val="20"/>
          <w:lang w:val="sv-SE"/>
        </w:rPr>
        <w:t xml:space="preserve"> 80’i </w:t>
      </w:r>
      <w:proofErr w:type="spellStart"/>
      <w:r w:rsidRPr="00867E9E">
        <w:rPr>
          <w:sz w:val="20"/>
          <w:szCs w:val="20"/>
          <w:lang w:val="sv-SE"/>
        </w:rPr>
        <w:t>kadındır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beşte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biri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göçmendir</w:t>
      </w:r>
      <w:proofErr w:type="spellEnd"/>
      <w:r w:rsidRPr="00867E9E">
        <w:rPr>
          <w:sz w:val="20"/>
          <w:szCs w:val="20"/>
          <w:lang w:val="sv-SE"/>
        </w:rPr>
        <w:t xml:space="preserve">; </w:t>
      </w:r>
      <w:proofErr w:type="spellStart"/>
      <w:r w:rsidRPr="00867E9E">
        <w:rPr>
          <w:sz w:val="20"/>
          <w:szCs w:val="20"/>
          <w:lang w:val="sv-SE"/>
        </w:rPr>
        <w:t>bunların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büyük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çoğunluğu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küresel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Güney’den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gelmektedir</w:t>
      </w:r>
      <w:proofErr w:type="spellEnd"/>
      <w:r w:rsidR="00361A5C" w:rsidRPr="00867E9E">
        <w:rPr>
          <w:sz w:val="20"/>
          <w:szCs w:val="20"/>
          <w:lang w:val="sv-SE"/>
        </w:rPr>
        <w:t>.</w:t>
      </w:r>
      <w:r w:rsidR="001424FA" w:rsidRPr="00867E9E">
        <w:rPr>
          <w:sz w:val="20"/>
          <w:szCs w:val="20"/>
          <w:lang w:val="sv-SE"/>
        </w:rPr>
        <w:t xml:space="preserve"> </w:t>
      </w:r>
      <w:r w:rsidR="00361A5C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69</w:t>
      </w:r>
      <w:r w:rsidR="00361A5C" w:rsidRPr="00867E9E">
        <w:rPr>
          <w:sz w:val="20"/>
          <w:szCs w:val="20"/>
          <w:lang w:val="sv-SE"/>
        </w:rPr>
        <w:t>)</w:t>
      </w:r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işleri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küresel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istihdamın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yüzde</w:t>
      </w:r>
      <w:proofErr w:type="spellEnd"/>
      <w:r w:rsidRPr="00867E9E">
        <w:rPr>
          <w:sz w:val="20"/>
          <w:szCs w:val="20"/>
          <w:lang w:val="sv-SE"/>
        </w:rPr>
        <w:t xml:space="preserve"> 2,3’ünü ve</w:t>
      </w:r>
      <w:r w:rsidR="008817E5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dünya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çapındaki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kadın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istihdamının</w:t>
      </w:r>
      <w:proofErr w:type="spellEnd"/>
      <w:r w:rsidRPr="00867E9E">
        <w:rPr>
          <w:sz w:val="20"/>
          <w:szCs w:val="20"/>
          <w:lang w:val="sv-SE"/>
        </w:rPr>
        <w:t xml:space="preserve"> %4,5'ini </w:t>
      </w:r>
      <w:proofErr w:type="spellStart"/>
      <w:r w:rsidRPr="00867E9E">
        <w:rPr>
          <w:sz w:val="20"/>
          <w:szCs w:val="20"/>
          <w:lang w:val="sv-SE"/>
        </w:rPr>
        <w:t>oluşturmaktadır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r w:rsidR="00361A5C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70</w:t>
      </w:r>
      <w:r w:rsidR="007265AB" w:rsidRPr="00867E9E">
        <w:rPr>
          <w:sz w:val="20"/>
          <w:szCs w:val="20"/>
          <w:lang w:val="sv-SE"/>
        </w:rPr>
        <w:t xml:space="preserve">)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işgücü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piyasalarında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="000F05C7" w:rsidRPr="00867E9E">
        <w:rPr>
          <w:sz w:val="20"/>
          <w:szCs w:val="20"/>
          <w:lang w:val="sv-SE"/>
        </w:rPr>
        <w:t>yalıtılmış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bağımlı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yapısal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konumları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ulusal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dini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etnik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kökenleriyle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ilgili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stereotipler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nedeniyle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yaygın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insan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hakları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ihlallerine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maruz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kalmaktadır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kadın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uzun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çalışma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saatleri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cinsel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cinsiyete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dayalı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şiddet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pasaportlarına</w:t>
      </w:r>
      <w:proofErr w:type="spellEnd"/>
      <w:r w:rsidRPr="00867E9E">
        <w:rPr>
          <w:sz w:val="20"/>
          <w:szCs w:val="20"/>
          <w:lang w:val="sv-SE"/>
        </w:rPr>
        <w:t xml:space="preserve"> el </w:t>
      </w:r>
      <w:proofErr w:type="spellStart"/>
      <w:r w:rsidRPr="00867E9E">
        <w:rPr>
          <w:sz w:val="20"/>
          <w:szCs w:val="20"/>
          <w:lang w:val="sv-SE"/>
        </w:rPr>
        <w:t>konulması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zorla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çalıştırılma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ücret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hırsızlığı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karşı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karşıya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kalmaktadır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Suç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mağduru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olduklarında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yasalar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genellikle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onların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lehine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uygulanmamakta</w:t>
      </w:r>
      <w:r w:rsidR="00AD3BF4" w:rsidRPr="00867E9E">
        <w:rPr>
          <w:sz w:val="20"/>
          <w:szCs w:val="20"/>
          <w:lang w:val="sv-SE"/>
        </w:rPr>
        <w:t>dır</w:t>
      </w:r>
      <w:proofErr w:type="spellEnd"/>
      <w:r w:rsidR="00AD3BF4" w:rsidRPr="00867E9E">
        <w:rPr>
          <w:sz w:val="20"/>
          <w:szCs w:val="20"/>
          <w:lang w:val="sv-SE"/>
        </w:rPr>
        <w:t xml:space="preserve"> </w:t>
      </w:r>
      <w:r w:rsidRPr="00867E9E">
        <w:rPr>
          <w:sz w:val="20"/>
          <w:szCs w:val="20"/>
          <w:lang w:val="sv-SE"/>
        </w:rPr>
        <w:t xml:space="preserve">ve </w:t>
      </w:r>
      <w:proofErr w:type="spellStart"/>
      <w:r w:rsidRPr="00867E9E">
        <w:rPr>
          <w:sz w:val="20"/>
          <w:szCs w:val="20"/>
          <w:lang w:val="sv-SE"/>
        </w:rPr>
        <w:t>kovuşturma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oranları</w:t>
      </w:r>
      <w:proofErr w:type="spellEnd"/>
      <w:r w:rsidRPr="00867E9E">
        <w:rPr>
          <w:sz w:val="20"/>
          <w:szCs w:val="20"/>
          <w:lang w:val="sv-SE"/>
        </w:rPr>
        <w:t xml:space="preserve"> ve para </w:t>
      </w:r>
      <w:proofErr w:type="spellStart"/>
      <w:r w:rsidRPr="00867E9E">
        <w:rPr>
          <w:sz w:val="20"/>
          <w:szCs w:val="20"/>
          <w:lang w:val="sv-SE"/>
        </w:rPr>
        <w:t>cezaları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ihlalcileri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caydırmak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çok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düşüktür</w:t>
      </w:r>
      <w:proofErr w:type="spellEnd"/>
      <w:r w:rsidRPr="00867E9E">
        <w:rPr>
          <w:sz w:val="20"/>
          <w:szCs w:val="20"/>
          <w:lang w:val="sv-SE"/>
        </w:rPr>
        <w:t>.</w:t>
      </w:r>
      <w:r w:rsidR="001424FA" w:rsidRPr="00867E9E">
        <w:rPr>
          <w:sz w:val="20"/>
          <w:szCs w:val="20"/>
          <w:lang w:val="sv-SE"/>
        </w:rPr>
        <w:t xml:space="preserve"> </w:t>
      </w:r>
      <w:r w:rsidRPr="00867E9E">
        <w:rPr>
          <w:sz w:val="20"/>
          <w:szCs w:val="20"/>
          <w:lang w:val="sv-SE"/>
        </w:rPr>
        <w:t xml:space="preserve">(71) </w:t>
      </w:r>
      <w:proofErr w:type="spellStart"/>
      <w:r w:rsidRPr="00867E9E">
        <w:rPr>
          <w:sz w:val="20"/>
          <w:szCs w:val="20"/>
          <w:lang w:val="sv-SE"/>
        </w:rPr>
        <w:t>Çalışma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Grubu'nun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Asya-Pasifik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istişaresi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sırasında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bildirildiği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üzere</w:t>
      </w:r>
      <w:proofErr w:type="spellEnd"/>
      <w:r w:rsidRPr="00867E9E">
        <w:rPr>
          <w:sz w:val="20"/>
          <w:szCs w:val="20"/>
          <w:lang w:val="sv-SE"/>
        </w:rPr>
        <w:t>: "</w:t>
      </w:r>
      <w:proofErr w:type="spellStart"/>
      <w:r w:rsidRPr="00867E9E">
        <w:rPr>
          <w:sz w:val="20"/>
          <w:szCs w:val="20"/>
          <w:lang w:val="sv-SE"/>
        </w:rPr>
        <w:t>Çok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iyi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yasalarımız</w:t>
      </w:r>
      <w:proofErr w:type="spellEnd"/>
      <w:r w:rsidRPr="00867E9E">
        <w:rPr>
          <w:sz w:val="20"/>
          <w:szCs w:val="20"/>
          <w:lang w:val="sv-SE"/>
        </w:rPr>
        <w:t xml:space="preserve"> var, </w:t>
      </w:r>
      <w:proofErr w:type="spellStart"/>
      <w:r w:rsidRPr="00867E9E">
        <w:rPr>
          <w:sz w:val="20"/>
          <w:szCs w:val="20"/>
          <w:lang w:val="sv-SE"/>
        </w:rPr>
        <w:t>ancak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bunlar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uygulanmıyor</w:t>
      </w:r>
      <w:proofErr w:type="spellEnd"/>
      <w:r w:rsidRPr="00867E9E">
        <w:rPr>
          <w:sz w:val="20"/>
          <w:szCs w:val="20"/>
          <w:lang w:val="sv-SE"/>
        </w:rPr>
        <w:t>."</w:t>
      </w:r>
    </w:p>
    <w:p w14:paraId="65EB04FA" w14:textId="394DB92A" w:rsidR="00406CA9" w:rsidRPr="00867E9E" w:rsidRDefault="000C7284" w:rsidP="002D6851">
      <w:pPr>
        <w:spacing w:after="0"/>
        <w:jc w:val="both"/>
        <w:rPr>
          <w:sz w:val="20"/>
          <w:szCs w:val="20"/>
          <w:lang w:val="sv-SE"/>
        </w:rPr>
      </w:pPr>
      <w:r w:rsidRPr="00867E9E">
        <w:rPr>
          <w:sz w:val="20"/>
          <w:szCs w:val="20"/>
          <w:lang w:val="sv-SE"/>
        </w:rPr>
        <w:t xml:space="preserve">24. </w:t>
      </w:r>
      <w:proofErr w:type="spellStart"/>
      <w:r w:rsidRPr="00867E9E">
        <w:rPr>
          <w:sz w:val="20"/>
          <w:szCs w:val="20"/>
          <w:lang w:val="sv-SE"/>
        </w:rPr>
        <w:t>Riskler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savunmasızlık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düzensiz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durumda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daha</w:t>
      </w:r>
      <w:proofErr w:type="spellEnd"/>
      <w:r w:rsidRPr="00867E9E">
        <w:rPr>
          <w:sz w:val="20"/>
          <w:szCs w:val="20"/>
          <w:lang w:val="sv-SE"/>
        </w:rPr>
        <w:t xml:space="preserve"> da </w:t>
      </w:r>
      <w:proofErr w:type="spellStart"/>
      <w:r w:rsidRPr="00867E9E">
        <w:rPr>
          <w:sz w:val="20"/>
          <w:szCs w:val="20"/>
          <w:lang w:val="sv-SE"/>
        </w:rPr>
        <w:t>ağırlaşmaktadır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zira</w:t>
      </w:r>
      <w:proofErr w:type="spellEnd"/>
      <w:r w:rsidRPr="00867E9E">
        <w:rPr>
          <w:sz w:val="20"/>
          <w:szCs w:val="20"/>
          <w:lang w:val="sv-SE"/>
        </w:rPr>
        <w:t xml:space="preserve"> bu </w:t>
      </w:r>
      <w:proofErr w:type="spellStart"/>
      <w:r w:rsidRPr="00867E9E">
        <w:rPr>
          <w:sz w:val="20"/>
          <w:szCs w:val="20"/>
          <w:lang w:val="sv-SE"/>
        </w:rPr>
        <w:t>işçiler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istismarcı</w:t>
      </w:r>
      <w:proofErr w:type="spellEnd"/>
      <w:r w:rsidRPr="00867E9E">
        <w:rPr>
          <w:sz w:val="20"/>
          <w:szCs w:val="20"/>
          <w:lang w:val="sv-SE"/>
        </w:rPr>
        <w:t xml:space="preserve"> bir </w:t>
      </w:r>
      <w:proofErr w:type="spellStart"/>
      <w:r w:rsidRPr="00867E9E">
        <w:rPr>
          <w:sz w:val="20"/>
          <w:szCs w:val="20"/>
          <w:lang w:val="sv-SE"/>
        </w:rPr>
        <w:t>işverenden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korunmak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devlet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makamlarına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başvurdukları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takdirde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genellikle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sınır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dışı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edilme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riskiyle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karşı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karşıya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kalmaktadırlar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Adalete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erişim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bazı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durumlarda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yasaların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gerektirdiği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şekilde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işverenleriyle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birlikte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yaşayan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ilgili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dil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becerileri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diğer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kaynaklardan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yoksun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olabilen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büyük</w:t>
      </w:r>
      <w:proofErr w:type="spellEnd"/>
      <w:r w:rsidRPr="00867E9E">
        <w:rPr>
          <w:sz w:val="20"/>
          <w:szCs w:val="20"/>
          <w:lang w:val="sv-SE"/>
        </w:rPr>
        <w:t xml:space="preserve"> bir </w:t>
      </w:r>
      <w:proofErr w:type="spellStart"/>
      <w:r w:rsidRPr="00867E9E">
        <w:rPr>
          <w:sz w:val="20"/>
          <w:szCs w:val="20"/>
          <w:lang w:val="sv-SE"/>
        </w:rPr>
        <w:t>zorluktur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Birçok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ülkede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mevcut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asgari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ücret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yasaları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uygulanmamaktadır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açlık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çekmekte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uygun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uyku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alanlarından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mahremiyetten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yoksun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kalmaktadır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Bölgesel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istişarelere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katılanlar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işçilerinin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genel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olarak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özellikle</w:t>
      </w:r>
      <w:proofErr w:type="spellEnd"/>
      <w:r w:rsidRPr="00867E9E">
        <w:rPr>
          <w:sz w:val="20"/>
          <w:szCs w:val="20"/>
          <w:lang w:val="sv-SE"/>
        </w:rPr>
        <w:t xml:space="preserve"> de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işçilerinin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asgari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ücret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sosyal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güvenlik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dahil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olmak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üzere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kanunlarından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hariç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tutulduğunu</w:t>
      </w:r>
      <w:proofErr w:type="spellEnd"/>
      <w:r w:rsidRPr="00867E9E">
        <w:rPr>
          <w:sz w:val="20"/>
          <w:szCs w:val="20"/>
          <w:lang w:val="sv-SE"/>
        </w:rPr>
        <w:t xml:space="preserve"> da </w:t>
      </w:r>
      <w:proofErr w:type="spellStart"/>
      <w:r w:rsidRPr="00867E9E">
        <w:rPr>
          <w:sz w:val="20"/>
          <w:szCs w:val="20"/>
          <w:lang w:val="sv-SE"/>
        </w:rPr>
        <w:t>bildirmiştir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Ayrıca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silahlı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çatışmalar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doğal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afetler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sırasında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göçmen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ev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işçileri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barınaklardan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hariç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tutulmaktadır</w:t>
      </w:r>
      <w:proofErr w:type="spellEnd"/>
      <w:r w:rsidRPr="00867E9E">
        <w:rPr>
          <w:sz w:val="20"/>
          <w:szCs w:val="20"/>
          <w:lang w:val="sv-SE"/>
        </w:rPr>
        <w:t>.</w:t>
      </w:r>
    </w:p>
    <w:p w14:paraId="459A25E4" w14:textId="77777777" w:rsidR="00867E9E" w:rsidRDefault="000C7284" w:rsidP="002D6851">
      <w:pPr>
        <w:spacing w:after="0"/>
        <w:jc w:val="both"/>
        <w:rPr>
          <w:b/>
          <w:bCs/>
          <w:sz w:val="20"/>
          <w:szCs w:val="20"/>
          <w:lang w:val="sv-SE"/>
        </w:rPr>
      </w:pPr>
      <w:r w:rsidRPr="00867E9E">
        <w:rPr>
          <w:sz w:val="20"/>
          <w:szCs w:val="20"/>
          <w:lang w:val="sv-SE"/>
        </w:rPr>
        <w:br/>
      </w:r>
      <w:r w:rsidRPr="00867E9E">
        <w:rPr>
          <w:b/>
          <w:bCs/>
          <w:sz w:val="20"/>
          <w:szCs w:val="20"/>
          <w:lang w:val="sv-SE"/>
        </w:rPr>
        <w:t>C.</w:t>
      </w:r>
      <w:r w:rsidR="001424FA" w:rsidRPr="00867E9E">
        <w:rPr>
          <w:b/>
          <w:bCs/>
          <w:sz w:val="20"/>
          <w:szCs w:val="20"/>
          <w:lang w:val="sv-SE"/>
        </w:rPr>
        <w:t xml:space="preserve"> </w:t>
      </w:r>
      <w:proofErr w:type="spellStart"/>
      <w:r w:rsidRPr="00867E9E">
        <w:rPr>
          <w:b/>
          <w:bCs/>
          <w:sz w:val="20"/>
          <w:szCs w:val="20"/>
          <w:lang w:val="sv-SE"/>
        </w:rPr>
        <w:t>Tarımsal</w:t>
      </w:r>
      <w:proofErr w:type="spellEnd"/>
      <w:r w:rsidRPr="00867E9E">
        <w:rPr>
          <w:b/>
          <w:bCs/>
          <w:sz w:val="20"/>
          <w:szCs w:val="20"/>
          <w:lang w:val="sv-SE"/>
        </w:rPr>
        <w:t xml:space="preserve"> </w:t>
      </w:r>
      <w:proofErr w:type="spellStart"/>
      <w:r w:rsidRPr="00867E9E">
        <w:rPr>
          <w:b/>
          <w:bCs/>
          <w:sz w:val="20"/>
          <w:szCs w:val="20"/>
          <w:lang w:val="sv-SE"/>
        </w:rPr>
        <w:t>işler</w:t>
      </w:r>
      <w:proofErr w:type="spellEnd"/>
    </w:p>
    <w:p w14:paraId="573C3B8A" w14:textId="1CF1243A" w:rsidR="006D3DDD" w:rsidRDefault="000C7284" w:rsidP="002D6851">
      <w:pPr>
        <w:spacing w:after="0"/>
        <w:jc w:val="both"/>
        <w:rPr>
          <w:sz w:val="20"/>
          <w:szCs w:val="20"/>
          <w:lang w:val="sv-SE"/>
        </w:rPr>
      </w:pPr>
      <w:r w:rsidRPr="00867E9E">
        <w:rPr>
          <w:sz w:val="20"/>
          <w:szCs w:val="20"/>
          <w:lang w:val="sv-SE"/>
        </w:rPr>
        <w:br/>
        <w:t xml:space="preserve">25. </w:t>
      </w:r>
      <w:proofErr w:type="spellStart"/>
      <w:r w:rsidRPr="00867E9E">
        <w:rPr>
          <w:sz w:val="20"/>
          <w:szCs w:val="20"/>
          <w:lang w:val="sv-SE"/>
        </w:rPr>
        <w:t>Aile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="00B363BE">
        <w:rPr>
          <w:sz w:val="20"/>
          <w:szCs w:val="20"/>
          <w:lang w:val="sv-SE"/>
        </w:rPr>
        <w:t>ekin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yetiştirme</w:t>
      </w:r>
      <w:proofErr w:type="spellEnd"/>
      <w:r w:rsidRPr="00867E9E">
        <w:rPr>
          <w:sz w:val="20"/>
          <w:szCs w:val="20"/>
          <w:lang w:val="sv-SE"/>
        </w:rPr>
        <w:t xml:space="preserve">, hasat ve </w:t>
      </w:r>
      <w:proofErr w:type="spellStart"/>
      <w:r w:rsidRPr="00867E9E">
        <w:rPr>
          <w:sz w:val="20"/>
          <w:szCs w:val="20"/>
          <w:lang w:val="sv-SE"/>
        </w:rPr>
        <w:t>işleme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hayvan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ekin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bakımı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gibi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bazı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tarım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işleri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r w:rsidRPr="00867E9E">
        <w:rPr>
          <w:sz w:val="20"/>
          <w:szCs w:val="20"/>
          <w:lang w:val="sv-SE"/>
        </w:rPr>
        <w:br/>
      </w:r>
      <w:proofErr w:type="spellStart"/>
      <w:r w:rsidRPr="00867E9E">
        <w:rPr>
          <w:sz w:val="20"/>
          <w:szCs w:val="20"/>
          <w:lang w:val="sv-SE"/>
        </w:rPr>
        <w:t>bakım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olarak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kabul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edilebilir</w:t>
      </w:r>
      <w:proofErr w:type="spellEnd"/>
      <w:r w:rsidRPr="00867E9E">
        <w:rPr>
          <w:sz w:val="20"/>
          <w:szCs w:val="20"/>
          <w:lang w:val="sv-SE"/>
        </w:rPr>
        <w:t xml:space="preserve">. </w:t>
      </w:r>
      <w:proofErr w:type="spellStart"/>
      <w:r w:rsidRPr="00867E9E">
        <w:rPr>
          <w:sz w:val="20"/>
          <w:szCs w:val="20"/>
          <w:lang w:val="sv-SE"/>
        </w:rPr>
        <w:t>Küresel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Güney'de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kırsal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kesimdeki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kadınlar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tarım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işgücünün</w:t>
      </w:r>
      <w:proofErr w:type="spellEnd"/>
      <w:r w:rsidRPr="00867E9E">
        <w:rPr>
          <w:sz w:val="20"/>
          <w:szCs w:val="20"/>
          <w:lang w:val="sv-SE"/>
        </w:rPr>
        <w:t xml:space="preserve"> en </w:t>
      </w:r>
      <w:proofErr w:type="spellStart"/>
      <w:r w:rsidRPr="00867E9E">
        <w:rPr>
          <w:sz w:val="20"/>
          <w:szCs w:val="20"/>
          <w:lang w:val="sv-SE"/>
        </w:rPr>
        <w:t>az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yarısını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oluşturmakta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aile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topluluk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arazilerinde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r w:rsidR="00B363BE">
        <w:rPr>
          <w:sz w:val="20"/>
          <w:szCs w:val="20"/>
          <w:lang w:val="sv-SE"/>
        </w:rPr>
        <w:t>formel</w:t>
      </w:r>
      <w:r w:rsidRPr="00867E9E">
        <w:rPr>
          <w:sz w:val="20"/>
          <w:szCs w:val="20"/>
          <w:lang w:val="sv-SE"/>
        </w:rPr>
        <w:t xml:space="preserve"> ve </w:t>
      </w:r>
      <w:proofErr w:type="spellStart"/>
      <w:r w:rsidR="00B363BE">
        <w:rPr>
          <w:sz w:val="20"/>
          <w:szCs w:val="20"/>
          <w:lang w:val="sv-SE"/>
        </w:rPr>
        <w:t>enformel</w:t>
      </w:r>
      <w:proofErr w:type="spellEnd"/>
      <w:r w:rsidR="00B363BE">
        <w:rPr>
          <w:sz w:val="20"/>
          <w:szCs w:val="20"/>
          <w:lang w:val="sv-SE"/>
        </w:rPr>
        <w:t xml:space="preserve"> </w:t>
      </w:r>
      <w:r w:rsidR="00B363BE" w:rsidRPr="00B363BE">
        <w:rPr>
          <w:sz w:val="20"/>
          <w:szCs w:val="20"/>
          <w:lang w:val="sv-SE"/>
        </w:rPr>
        <w:t>(</w:t>
      </w:r>
      <w:proofErr w:type="spellStart"/>
      <w:r w:rsidR="00B363BE" w:rsidRPr="00B363BE">
        <w:rPr>
          <w:sz w:val="20"/>
          <w:szCs w:val="20"/>
          <w:lang w:val="es-ES"/>
        </w:rPr>
        <w:t>kayıtdışı</w:t>
      </w:r>
      <w:proofErr w:type="spellEnd"/>
      <w:r w:rsidR="00B363BE" w:rsidRPr="00B363BE">
        <w:rPr>
          <w:sz w:val="20"/>
          <w:szCs w:val="20"/>
          <w:lang w:val="es-ES"/>
        </w:rPr>
        <w:t>)</w:t>
      </w:r>
      <w:r w:rsidR="00B363BE">
        <w:rPr>
          <w:sz w:val="20"/>
          <w:szCs w:val="20"/>
          <w:lang w:val="es-ES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istihdamda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çalışmaktadır</w:t>
      </w:r>
      <w:proofErr w:type="spellEnd"/>
      <w:r w:rsidRPr="00867E9E">
        <w:rPr>
          <w:sz w:val="20"/>
          <w:szCs w:val="20"/>
          <w:lang w:val="sv-SE"/>
        </w:rPr>
        <w:t>.</w:t>
      </w:r>
      <w:r w:rsidR="001424FA" w:rsidRPr="00867E9E">
        <w:rPr>
          <w:sz w:val="20"/>
          <w:szCs w:val="20"/>
          <w:lang w:val="sv-SE"/>
        </w:rPr>
        <w:t xml:space="preserve"> </w:t>
      </w:r>
      <w:r w:rsidR="00746D9F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72</w:t>
      </w:r>
      <w:r w:rsidR="00B16567" w:rsidRPr="00867E9E">
        <w:rPr>
          <w:sz w:val="20"/>
          <w:szCs w:val="20"/>
          <w:lang w:val="sv-SE"/>
        </w:rPr>
        <w:t>)</w:t>
      </w:r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Balıkçılıkta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veya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aile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tüketimi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geliri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için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="00B363BE">
        <w:rPr>
          <w:sz w:val="20"/>
          <w:szCs w:val="20"/>
          <w:lang w:val="sv-SE"/>
        </w:rPr>
        <w:t>ekin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yetiştirmede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oynadıkları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önemli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role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rağmen</w:t>
      </w:r>
      <w:proofErr w:type="spellEnd"/>
      <w:r w:rsidRPr="00867E9E">
        <w:rPr>
          <w:sz w:val="20"/>
          <w:szCs w:val="20"/>
          <w:lang w:val="sv-SE"/>
        </w:rPr>
        <w:t>,</w:t>
      </w:r>
      <w:r w:rsidR="001424FA" w:rsidRPr="00867E9E">
        <w:rPr>
          <w:sz w:val="20"/>
          <w:szCs w:val="20"/>
          <w:lang w:val="sv-SE"/>
        </w:rPr>
        <w:t xml:space="preserve"> </w:t>
      </w:r>
      <w:r w:rsidR="00B16567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73</w:t>
      </w:r>
      <w:r w:rsidR="001424FA" w:rsidRPr="00867E9E">
        <w:rPr>
          <w:sz w:val="20"/>
          <w:szCs w:val="20"/>
          <w:lang w:val="sv-SE"/>
        </w:rPr>
        <w:t xml:space="preserve">) </w:t>
      </w:r>
      <w:r w:rsidR="00B16567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74</w:t>
      </w:r>
      <w:r w:rsidR="00B16567" w:rsidRPr="00867E9E">
        <w:rPr>
          <w:sz w:val="20"/>
          <w:szCs w:val="20"/>
          <w:lang w:val="sv-SE"/>
        </w:rPr>
        <w:t>)</w:t>
      </w:r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Birleşmiş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Milletler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Gıda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Tarım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Örgütü</w:t>
      </w:r>
      <w:proofErr w:type="spellEnd"/>
      <w:r w:rsidRPr="00867E9E">
        <w:rPr>
          <w:sz w:val="20"/>
          <w:szCs w:val="20"/>
          <w:lang w:val="sv-SE"/>
        </w:rPr>
        <w:t xml:space="preserve"> (FAO), </w:t>
      </w:r>
      <w:proofErr w:type="spellStart"/>
      <w:r w:rsidRPr="00867E9E">
        <w:rPr>
          <w:sz w:val="20"/>
          <w:szCs w:val="20"/>
          <w:lang w:val="sv-SE"/>
        </w:rPr>
        <w:t>kadınların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olduğu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hanelerin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erkeklerin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başı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olduğu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hanelere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kıyasla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sıcak</w:t>
      </w:r>
      <w:proofErr w:type="spellEnd"/>
      <w:r w:rsidR="009D6C9D" w:rsidRPr="00867E9E">
        <w:rPr>
          <w:sz w:val="20"/>
          <w:szCs w:val="20"/>
          <w:lang w:val="sv-SE"/>
        </w:rPr>
        <w:t>,</w:t>
      </w:r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stres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seller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nedeniyle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önemli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ölçüde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daha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fazla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gelir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kaybına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uğradığını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tahmin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etmektedir</w:t>
      </w:r>
      <w:proofErr w:type="spellEnd"/>
      <w:r w:rsidRPr="00867E9E">
        <w:rPr>
          <w:sz w:val="20"/>
          <w:szCs w:val="20"/>
          <w:lang w:val="sv-SE"/>
        </w:rPr>
        <w:t>.</w:t>
      </w:r>
      <w:r w:rsidR="001424FA" w:rsidRPr="00867E9E">
        <w:rPr>
          <w:sz w:val="20"/>
          <w:szCs w:val="20"/>
          <w:lang w:val="sv-SE"/>
        </w:rPr>
        <w:t xml:space="preserve"> </w:t>
      </w:r>
      <w:r w:rsidR="000D498F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75</w:t>
      </w:r>
      <w:r w:rsidR="000D498F" w:rsidRPr="00867E9E">
        <w:rPr>
          <w:sz w:val="20"/>
          <w:szCs w:val="20"/>
          <w:lang w:val="sv-SE"/>
        </w:rPr>
        <w:t>)</w:t>
      </w:r>
      <w:r w:rsidRPr="00867E9E">
        <w:rPr>
          <w:sz w:val="20"/>
          <w:szCs w:val="20"/>
          <w:lang w:val="sv-SE"/>
        </w:rPr>
        <w:t xml:space="preserve"> Bu </w:t>
      </w:r>
      <w:proofErr w:type="spellStart"/>
      <w:r w:rsidRPr="00867E9E">
        <w:rPr>
          <w:sz w:val="20"/>
          <w:szCs w:val="20"/>
          <w:lang w:val="sv-SE"/>
        </w:rPr>
        <w:t>yüzyılın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ortasına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kadar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iklim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değişikliği</w:t>
      </w:r>
      <w:proofErr w:type="spellEnd"/>
      <w:r w:rsidRPr="00867E9E">
        <w:rPr>
          <w:sz w:val="20"/>
          <w:szCs w:val="20"/>
          <w:lang w:val="sv-SE"/>
        </w:rPr>
        <w:t xml:space="preserve"> 158 </w:t>
      </w:r>
      <w:proofErr w:type="spellStart"/>
      <w:r w:rsidRPr="00867E9E">
        <w:rPr>
          <w:sz w:val="20"/>
          <w:szCs w:val="20"/>
          <w:lang w:val="sv-SE"/>
        </w:rPr>
        <w:t>milyon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kadına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kıza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daha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yoksulluk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getirebilir</w:t>
      </w:r>
      <w:proofErr w:type="spellEnd"/>
      <w:r w:rsidRPr="00867E9E">
        <w:rPr>
          <w:sz w:val="20"/>
          <w:szCs w:val="20"/>
          <w:lang w:val="sv-SE"/>
        </w:rPr>
        <w:t xml:space="preserve"> ve bu </w:t>
      </w:r>
      <w:proofErr w:type="spellStart"/>
      <w:r w:rsidRPr="00867E9E">
        <w:rPr>
          <w:sz w:val="20"/>
          <w:szCs w:val="20"/>
          <w:lang w:val="sv-SE"/>
        </w:rPr>
        <w:t>sayı</w:t>
      </w:r>
      <w:proofErr w:type="spellEnd"/>
      <w:r w:rsidRPr="00867E9E">
        <w:rPr>
          <w:sz w:val="20"/>
          <w:szCs w:val="20"/>
          <w:lang w:val="sv-SE"/>
        </w:rPr>
        <w:t xml:space="preserve">, </w:t>
      </w:r>
      <w:proofErr w:type="spellStart"/>
      <w:r w:rsidRPr="00867E9E">
        <w:rPr>
          <w:sz w:val="20"/>
          <w:szCs w:val="20"/>
          <w:lang w:val="sv-SE"/>
        </w:rPr>
        <w:t>etkilenen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erkek</w:t>
      </w:r>
      <w:proofErr w:type="spellEnd"/>
      <w:r w:rsidRPr="00867E9E">
        <w:rPr>
          <w:sz w:val="20"/>
          <w:szCs w:val="20"/>
          <w:lang w:val="sv-SE"/>
        </w:rPr>
        <w:t xml:space="preserve"> ve </w:t>
      </w:r>
      <w:proofErr w:type="spellStart"/>
      <w:r w:rsidRPr="00867E9E">
        <w:rPr>
          <w:sz w:val="20"/>
          <w:szCs w:val="20"/>
          <w:lang w:val="sv-SE"/>
        </w:rPr>
        <w:t>erkek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çocukların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toplam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sayısını</w:t>
      </w:r>
      <w:proofErr w:type="spellEnd"/>
      <w:r w:rsidRPr="00867E9E">
        <w:rPr>
          <w:sz w:val="20"/>
          <w:szCs w:val="20"/>
          <w:lang w:val="sv-SE"/>
        </w:rPr>
        <w:t xml:space="preserve"> 16 </w:t>
      </w:r>
      <w:proofErr w:type="spellStart"/>
      <w:r w:rsidRPr="00867E9E">
        <w:rPr>
          <w:sz w:val="20"/>
          <w:szCs w:val="20"/>
          <w:lang w:val="sv-SE"/>
        </w:rPr>
        <w:t>milyon</w:t>
      </w:r>
      <w:proofErr w:type="spellEnd"/>
      <w:r w:rsidRPr="00867E9E">
        <w:rPr>
          <w:sz w:val="20"/>
          <w:szCs w:val="20"/>
          <w:lang w:val="sv-SE"/>
        </w:rPr>
        <w:t xml:space="preserve"> </w:t>
      </w:r>
      <w:proofErr w:type="spellStart"/>
      <w:r w:rsidRPr="00867E9E">
        <w:rPr>
          <w:sz w:val="20"/>
          <w:szCs w:val="20"/>
          <w:lang w:val="sv-SE"/>
        </w:rPr>
        <w:t>aşacaktır</w:t>
      </w:r>
      <w:proofErr w:type="spellEnd"/>
      <w:r w:rsidRPr="00867E9E">
        <w:rPr>
          <w:sz w:val="20"/>
          <w:szCs w:val="20"/>
          <w:lang w:val="sv-SE"/>
        </w:rPr>
        <w:t>.</w:t>
      </w:r>
      <w:r w:rsidR="001424FA" w:rsidRPr="00867E9E">
        <w:rPr>
          <w:sz w:val="20"/>
          <w:szCs w:val="20"/>
          <w:lang w:val="sv-SE"/>
        </w:rPr>
        <w:t xml:space="preserve"> </w:t>
      </w:r>
      <w:r w:rsidR="00AE0A42" w:rsidRPr="00867E9E">
        <w:rPr>
          <w:sz w:val="20"/>
          <w:szCs w:val="20"/>
          <w:lang w:val="sv-SE"/>
        </w:rPr>
        <w:t>(</w:t>
      </w:r>
      <w:r w:rsidRPr="00867E9E">
        <w:rPr>
          <w:sz w:val="20"/>
          <w:szCs w:val="20"/>
          <w:lang w:val="sv-SE"/>
        </w:rPr>
        <w:t>76</w:t>
      </w:r>
      <w:r w:rsidR="00AE0A42" w:rsidRPr="00867E9E">
        <w:rPr>
          <w:sz w:val="20"/>
          <w:szCs w:val="20"/>
          <w:lang w:val="sv-SE"/>
        </w:rPr>
        <w:t>)</w:t>
      </w:r>
      <w:r w:rsidRPr="00867E9E">
        <w:rPr>
          <w:sz w:val="20"/>
          <w:szCs w:val="20"/>
          <w:lang w:val="sv-SE"/>
        </w:rPr>
        <w:t xml:space="preserve">  </w:t>
      </w:r>
    </w:p>
    <w:p w14:paraId="324FAF50" w14:textId="051FAA1E" w:rsidR="001C1414" w:rsidRPr="001C1414" w:rsidRDefault="001C1414" w:rsidP="001C1414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24C0429A" w14:textId="77777777" w:rsidR="006B3A5A" w:rsidRDefault="000C7284" w:rsidP="006B3A5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sz w:val="16"/>
          <w:szCs w:val="16"/>
          <w:lang w:val="de-DE"/>
        </w:rPr>
      </w:pPr>
      <w:r w:rsidRPr="001C1414">
        <w:rPr>
          <w:sz w:val="16"/>
          <w:szCs w:val="16"/>
          <w:lang w:val="de-DE"/>
        </w:rPr>
        <w:t xml:space="preserve">69 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hyperlink r:id="rId44" w:history="1">
        <w:r w:rsidR="006B3A5A" w:rsidRPr="00053A21">
          <w:rPr>
            <w:rStyle w:val="Hyperlink"/>
            <w:sz w:val="16"/>
            <w:szCs w:val="16"/>
            <w:lang w:val="de-DE"/>
          </w:rPr>
          <w:t>https://www.iom.int/news/iom-releases-guidelines-labour-recruiters-migrant-domestic-workers</w:t>
        </w:r>
      </w:hyperlink>
      <w:r w:rsidRPr="001C1414">
        <w:rPr>
          <w:sz w:val="16"/>
          <w:szCs w:val="16"/>
          <w:lang w:val="de-DE"/>
        </w:rPr>
        <w:t>.</w:t>
      </w:r>
      <w:r w:rsidR="006B3A5A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br/>
        <w:t xml:space="preserve">70  Charlotte </w:t>
      </w:r>
      <w:proofErr w:type="spellStart"/>
      <w:r w:rsidRPr="001C1414">
        <w:rPr>
          <w:sz w:val="16"/>
          <w:szCs w:val="16"/>
          <w:lang w:val="de-DE"/>
        </w:rPr>
        <w:t>Junghus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Anna Olsen, </w:t>
      </w:r>
      <w:r w:rsidR="006B3A5A" w:rsidRPr="00145CEA">
        <w:rPr>
          <w:rFonts w:ascii="Cambria" w:hAnsi="Cambria" w:cs="Times New Roman"/>
          <w:color w:val="000000"/>
          <w:sz w:val="16"/>
          <w:szCs w:val="16"/>
        </w:rPr>
        <w:t>Making Decent Work a Reality for Domestic Workers: Progress and Prospects in Asia and the Pacific Ten Years After the Adoption of the Domestic Workers Convention,</w:t>
      </w:r>
      <w:r w:rsidR="006B3A5A" w:rsidRPr="006B3A5A">
        <w:rPr>
          <w:rFonts w:ascii="Cambria" w:hAnsi="Cambria" w:cs="Times New Roman"/>
          <w:color w:val="000000"/>
          <w:sz w:val="16"/>
          <w:szCs w:val="16"/>
        </w:rPr>
        <w:t xml:space="preserve"> 2011 (No. 189)</w:t>
      </w:r>
      <w:r w:rsidR="006B3A5A" w:rsidRPr="001C1414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t>(ILO, Bangkok, 2021).</w:t>
      </w:r>
      <w:r w:rsidRPr="001C1414">
        <w:rPr>
          <w:sz w:val="16"/>
          <w:szCs w:val="16"/>
          <w:lang w:val="de-DE"/>
        </w:rPr>
        <w:br/>
        <w:t xml:space="preserve">71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Grubu'nun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Orta</w:t>
      </w:r>
      <w:proofErr w:type="spellEnd"/>
      <w:r w:rsidRPr="001C1414">
        <w:rPr>
          <w:sz w:val="16"/>
          <w:szCs w:val="16"/>
          <w:lang w:val="de-DE"/>
        </w:rPr>
        <w:t xml:space="preserve"> Doğu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Kuzey Afrika </w:t>
      </w:r>
      <w:proofErr w:type="spellStart"/>
      <w:r w:rsidRPr="001C1414">
        <w:rPr>
          <w:sz w:val="16"/>
          <w:szCs w:val="16"/>
          <w:lang w:val="de-DE"/>
        </w:rPr>
        <w:t>ile</w:t>
      </w:r>
      <w:proofErr w:type="spellEnd"/>
      <w:r w:rsidRPr="001C1414">
        <w:rPr>
          <w:sz w:val="16"/>
          <w:szCs w:val="16"/>
          <w:lang w:val="de-DE"/>
        </w:rPr>
        <w:t xml:space="preserve"> Asya-</w:t>
      </w:r>
      <w:proofErr w:type="spellStart"/>
      <w:r w:rsidRPr="001C1414">
        <w:rPr>
          <w:sz w:val="16"/>
          <w:szCs w:val="16"/>
          <w:lang w:val="de-DE"/>
        </w:rPr>
        <w:t>Pasifik</w:t>
      </w:r>
      <w:proofErr w:type="spellEnd"/>
      <w:r w:rsidR="005F5044"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danışma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toplantılarında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ifade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edilen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görüşler</w:t>
      </w:r>
      <w:proofErr w:type="spellEnd"/>
    </w:p>
    <w:p w14:paraId="25DC2066" w14:textId="4167262D" w:rsidR="005347F2" w:rsidRPr="009C740A" w:rsidRDefault="000C7284" w:rsidP="009C74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i/>
          <w:iCs/>
          <w:color w:val="000000"/>
          <w:sz w:val="16"/>
          <w:szCs w:val="16"/>
        </w:rPr>
      </w:pPr>
      <w:r w:rsidRPr="001C1414">
        <w:rPr>
          <w:sz w:val="16"/>
          <w:szCs w:val="16"/>
          <w:lang w:val="de-DE"/>
        </w:rPr>
        <w:t xml:space="preserve">72  </w:t>
      </w:r>
      <w:proofErr w:type="spellStart"/>
      <w:r w:rsidRPr="001C1414">
        <w:rPr>
          <w:sz w:val="16"/>
          <w:szCs w:val="16"/>
          <w:lang w:val="de-DE"/>
        </w:rPr>
        <w:t>Birleşmiş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Milletler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Gıda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Tarım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Örgütü</w:t>
      </w:r>
      <w:proofErr w:type="spellEnd"/>
      <w:r w:rsidRPr="001C1414">
        <w:rPr>
          <w:sz w:val="16"/>
          <w:szCs w:val="16"/>
          <w:lang w:val="de-DE"/>
        </w:rPr>
        <w:t xml:space="preserve"> (FAO), </w:t>
      </w:r>
      <w:r w:rsidR="009C740A" w:rsidRPr="009C740A">
        <w:rPr>
          <w:rFonts w:ascii="Cambria" w:hAnsi="Cambria" w:cs="Times New Roman"/>
          <w:i/>
          <w:iCs/>
          <w:color w:val="000000"/>
          <w:sz w:val="16"/>
          <w:szCs w:val="16"/>
        </w:rPr>
        <w:t>The Status of Women in Agrifood Systems</w:t>
      </w:r>
      <w:r w:rsidR="009C740A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1C1414">
        <w:rPr>
          <w:sz w:val="16"/>
          <w:szCs w:val="16"/>
          <w:lang w:val="de-DE"/>
        </w:rPr>
        <w:t>(Roma, 2023).</w:t>
      </w:r>
      <w:r w:rsidRPr="001C1414">
        <w:rPr>
          <w:sz w:val="16"/>
          <w:szCs w:val="16"/>
          <w:lang w:val="de-DE"/>
        </w:rPr>
        <w:br/>
        <w:t>73  Oxfam International,</w:t>
      </w:r>
      <w:r w:rsidR="009C740A" w:rsidRPr="009C740A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9C740A" w:rsidRPr="009C740A">
        <w:rPr>
          <w:rFonts w:ascii="Cambria" w:hAnsi="Cambria" w:cs="Times New Roman"/>
          <w:color w:val="000000"/>
          <w:sz w:val="16"/>
          <w:szCs w:val="16"/>
        </w:rPr>
        <w:t>Position paper on gender justice and the extractive industries</w:t>
      </w:r>
      <w:r w:rsidR="009C740A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1C1414">
        <w:rPr>
          <w:sz w:val="16"/>
          <w:szCs w:val="16"/>
          <w:lang w:val="de-DE"/>
        </w:rPr>
        <w:t>(Mart 2017),</w:t>
      </w:r>
      <w:r w:rsidR="008A40DD" w:rsidRPr="001C1414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t>s. 6.</w:t>
      </w:r>
      <w:r w:rsidRPr="001C1414">
        <w:rPr>
          <w:sz w:val="16"/>
          <w:szCs w:val="16"/>
          <w:lang w:val="de-DE"/>
        </w:rPr>
        <w:br/>
        <w:t xml:space="preserve">74  </w:t>
      </w:r>
      <w:proofErr w:type="spellStart"/>
      <w:r w:rsidRPr="001C1414">
        <w:rPr>
          <w:sz w:val="16"/>
          <w:szCs w:val="16"/>
          <w:lang w:val="de-DE"/>
        </w:rPr>
        <w:t>Shalmali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Guttal</w:t>
      </w:r>
      <w:proofErr w:type="spellEnd"/>
      <w:r w:rsidRPr="001C1414">
        <w:rPr>
          <w:sz w:val="16"/>
          <w:szCs w:val="16"/>
          <w:lang w:val="de-DE"/>
        </w:rPr>
        <w:t>,</w:t>
      </w:r>
      <w:r w:rsidR="009C740A">
        <w:rPr>
          <w:sz w:val="16"/>
          <w:szCs w:val="16"/>
          <w:lang w:val="de-DE"/>
        </w:rPr>
        <w:t xml:space="preserve"> “</w:t>
      </w:r>
      <w:r w:rsidR="009C740A" w:rsidRPr="009C740A">
        <w:rPr>
          <w:rFonts w:ascii="Cambria" w:hAnsi="Cambria" w:cs="Times New Roman"/>
          <w:color w:val="000000"/>
          <w:sz w:val="16"/>
          <w:szCs w:val="16"/>
        </w:rPr>
        <w:t>Food systems transformation through feminist climate justice</w:t>
      </w:r>
      <w:r w:rsidR="009C740A">
        <w:rPr>
          <w:rFonts w:ascii="Cambria" w:hAnsi="Cambria" w:cs="Times New Roman"/>
          <w:color w:val="000000"/>
          <w:sz w:val="16"/>
          <w:szCs w:val="16"/>
        </w:rPr>
        <w:t>”</w:t>
      </w:r>
      <w:r w:rsidRPr="009C740A">
        <w:rPr>
          <w:rFonts w:ascii="Cambria" w:hAnsi="Cambria"/>
          <w:sz w:val="16"/>
          <w:szCs w:val="16"/>
          <w:lang w:val="de-DE"/>
        </w:rPr>
        <w:t xml:space="preserve">, </w:t>
      </w:r>
      <w:r w:rsidR="009C740A" w:rsidRPr="009C740A">
        <w:rPr>
          <w:rFonts w:ascii="Cambria" w:hAnsi="Cambria" w:cs="Times New Roman"/>
          <w:color w:val="000000"/>
          <w:sz w:val="16"/>
          <w:szCs w:val="16"/>
        </w:rPr>
        <w:t>Feminist Climate</w:t>
      </w:r>
      <w:r w:rsidR="009C740A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9C740A" w:rsidRPr="009C740A">
        <w:rPr>
          <w:rFonts w:ascii="Cambria" w:hAnsi="Cambria" w:cs="Times New Roman"/>
          <w:color w:val="000000"/>
          <w:sz w:val="16"/>
          <w:szCs w:val="16"/>
        </w:rPr>
        <w:t>Justice Think Pieces No. 4</w:t>
      </w:r>
      <w:r w:rsidR="009C740A" w:rsidRPr="001C1414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t xml:space="preserve">(New York, BM </w:t>
      </w:r>
      <w:proofErr w:type="spellStart"/>
      <w:r w:rsidRPr="001C1414">
        <w:rPr>
          <w:sz w:val="16"/>
          <w:szCs w:val="16"/>
          <w:lang w:val="de-DE"/>
        </w:rPr>
        <w:t>Kadın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Birimi</w:t>
      </w:r>
      <w:proofErr w:type="spellEnd"/>
      <w:r w:rsidRPr="001C1414">
        <w:rPr>
          <w:sz w:val="16"/>
          <w:szCs w:val="16"/>
          <w:lang w:val="de-DE"/>
        </w:rPr>
        <w:t>, 2024).</w:t>
      </w:r>
      <w:r w:rsidRPr="001C1414">
        <w:rPr>
          <w:sz w:val="16"/>
          <w:szCs w:val="16"/>
          <w:lang w:val="de-DE"/>
        </w:rPr>
        <w:br/>
        <w:t xml:space="preserve">75  FAO, </w:t>
      </w:r>
      <w:r w:rsidR="009C740A" w:rsidRPr="009C740A">
        <w:rPr>
          <w:rFonts w:ascii="Cambria" w:hAnsi="Cambria" w:cs="Times New Roman"/>
          <w:i/>
          <w:iCs/>
          <w:color w:val="000000"/>
          <w:sz w:val="16"/>
          <w:szCs w:val="16"/>
        </w:rPr>
        <w:t>The Unjust Climate: Measuring the Impacts of Climate Change on Rural Poor, Women and</w:t>
      </w:r>
      <w:r w:rsidR="009C740A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</w:t>
      </w:r>
      <w:r w:rsidR="009C740A" w:rsidRPr="009C740A">
        <w:rPr>
          <w:rFonts w:ascii="Cambria" w:hAnsi="Cambria" w:cs="Times New Roman"/>
          <w:i/>
          <w:iCs/>
          <w:color w:val="000000"/>
          <w:sz w:val="16"/>
          <w:szCs w:val="16"/>
        </w:rPr>
        <w:t>Youth</w:t>
      </w:r>
      <w:r w:rsidR="009C740A" w:rsidRPr="009C740A">
        <w:rPr>
          <w:rFonts w:ascii="Cambria" w:hAnsi="Cambria"/>
          <w:sz w:val="16"/>
          <w:szCs w:val="16"/>
          <w:lang w:val="de-DE"/>
        </w:rPr>
        <w:t xml:space="preserve"> </w:t>
      </w:r>
      <w:r w:rsidRPr="009C740A">
        <w:rPr>
          <w:rFonts w:ascii="Cambria" w:hAnsi="Cambria"/>
          <w:sz w:val="16"/>
          <w:szCs w:val="16"/>
          <w:lang w:val="de-DE"/>
        </w:rPr>
        <w:t>(</w:t>
      </w:r>
      <w:r w:rsidRPr="001C1414">
        <w:rPr>
          <w:sz w:val="16"/>
          <w:szCs w:val="16"/>
          <w:lang w:val="de-DE"/>
        </w:rPr>
        <w:t>Roma, 2024).</w:t>
      </w:r>
      <w:r w:rsidRPr="001C1414">
        <w:rPr>
          <w:sz w:val="16"/>
          <w:szCs w:val="16"/>
          <w:lang w:val="de-DE"/>
        </w:rPr>
        <w:br/>
        <w:t xml:space="preserve">76  Laura </w:t>
      </w:r>
      <w:proofErr w:type="spellStart"/>
      <w:r w:rsidRPr="001C1414">
        <w:rPr>
          <w:sz w:val="16"/>
          <w:szCs w:val="16"/>
          <w:lang w:val="de-DE"/>
        </w:rPr>
        <w:t>Turquet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diğerleri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9C740A" w:rsidRPr="009C740A">
        <w:rPr>
          <w:rFonts w:ascii="Cambria" w:hAnsi="Cambria" w:cs="Times New Roman"/>
          <w:i/>
          <w:iCs/>
          <w:color w:val="000000"/>
          <w:sz w:val="16"/>
          <w:szCs w:val="16"/>
        </w:rPr>
        <w:t>Feminist Climate Justice: A Framework for Action</w:t>
      </w:r>
      <w:r w:rsidR="009C740A" w:rsidRPr="001C1414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t xml:space="preserve">(New York, BM </w:t>
      </w:r>
      <w:proofErr w:type="spellStart"/>
      <w:r w:rsidRPr="001C1414">
        <w:rPr>
          <w:sz w:val="16"/>
          <w:szCs w:val="16"/>
          <w:lang w:val="de-DE"/>
        </w:rPr>
        <w:t>Kadın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Birimi</w:t>
      </w:r>
      <w:proofErr w:type="spellEnd"/>
      <w:r w:rsidRPr="001C1414">
        <w:rPr>
          <w:sz w:val="16"/>
          <w:szCs w:val="16"/>
          <w:lang w:val="de-DE"/>
        </w:rPr>
        <w:t>, 2023).</w:t>
      </w:r>
    </w:p>
    <w:p w14:paraId="50991ACD" w14:textId="77777777" w:rsidR="006B3A5A" w:rsidRDefault="006B3A5A" w:rsidP="002D6851">
      <w:pPr>
        <w:jc w:val="both"/>
        <w:rPr>
          <w:sz w:val="20"/>
          <w:szCs w:val="20"/>
          <w:lang w:val="sv-SE"/>
        </w:rPr>
      </w:pPr>
    </w:p>
    <w:p w14:paraId="1E339C64" w14:textId="66D35368" w:rsidR="001424FA" w:rsidRPr="007C2F06" w:rsidRDefault="00867E9E" w:rsidP="002D6851">
      <w:pPr>
        <w:jc w:val="both"/>
        <w:rPr>
          <w:sz w:val="20"/>
          <w:szCs w:val="20"/>
          <w:lang w:val="sv-SE"/>
        </w:rPr>
      </w:pPr>
      <w:proofErr w:type="spellStart"/>
      <w:r w:rsidRPr="00836406">
        <w:rPr>
          <w:sz w:val="20"/>
          <w:szCs w:val="20"/>
          <w:lang w:val="sv-SE"/>
        </w:rPr>
        <w:lastRenderedPageBreak/>
        <w:t>Erkeklerin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iş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bulmak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için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kentsel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alanlara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göç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etmesi</w:t>
      </w:r>
      <w:proofErr w:type="spellEnd"/>
      <w:r w:rsidRPr="00836406">
        <w:rPr>
          <w:sz w:val="20"/>
          <w:szCs w:val="20"/>
          <w:lang w:val="sv-SE"/>
        </w:rPr>
        <w:t xml:space="preserve">, </w:t>
      </w:r>
      <w:proofErr w:type="spellStart"/>
      <w:r w:rsidRPr="00836406">
        <w:rPr>
          <w:sz w:val="20"/>
          <w:szCs w:val="20"/>
          <w:lang w:val="sv-SE"/>
        </w:rPr>
        <w:t>genellikle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sv-SE"/>
        </w:rPr>
        <w:t>kadınları</w:t>
      </w:r>
      <w:proofErr w:type="spellEnd"/>
      <w:r w:rsidRPr="00836406">
        <w:rPr>
          <w:sz w:val="20"/>
          <w:szCs w:val="20"/>
          <w:lang w:val="sv-S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ailenin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geçimini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sağlayan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="00E85593">
        <w:rPr>
          <w:sz w:val="20"/>
          <w:szCs w:val="20"/>
          <w:lang w:val="de-DE"/>
        </w:rPr>
        <w:t>endüstriyel</w:t>
      </w:r>
      <w:r w:rsidR="007B5A85">
        <w:rPr>
          <w:sz w:val="20"/>
          <w:szCs w:val="20"/>
          <w:lang w:val="de-DE"/>
        </w:rPr>
        <w:t>-</w:t>
      </w:r>
      <w:r w:rsidR="00836406" w:rsidRPr="00836406">
        <w:rPr>
          <w:sz w:val="20"/>
          <w:szCs w:val="20"/>
          <w:lang w:val="de-DE"/>
        </w:rPr>
        <w:t>ticari</w:t>
      </w:r>
      <w:proofErr w:type="spellEnd"/>
      <w:r w:rsidR="00836406" w:rsidRPr="00836406">
        <w:rPr>
          <w:sz w:val="20"/>
          <w:szCs w:val="20"/>
          <w:lang w:val="de-DE"/>
        </w:rPr>
        <w:t xml:space="preserve"> </w:t>
      </w:r>
      <w:proofErr w:type="spellStart"/>
      <w:r w:rsidR="00836406" w:rsidRPr="00836406">
        <w:rPr>
          <w:sz w:val="20"/>
          <w:szCs w:val="20"/>
          <w:lang w:val="de-DE"/>
        </w:rPr>
        <w:t>ürün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r w:rsidR="000E703F">
        <w:rPr>
          <w:sz w:val="20"/>
          <w:szCs w:val="20"/>
          <w:lang w:val="de-DE"/>
        </w:rPr>
        <w:t>(</w:t>
      </w:r>
      <w:r w:rsidR="000E703F" w:rsidRPr="000E703F">
        <w:rPr>
          <w:i/>
          <w:iCs/>
          <w:sz w:val="20"/>
          <w:szCs w:val="20"/>
          <w:lang w:val="de-DE"/>
        </w:rPr>
        <w:t xml:space="preserve">cash </w:t>
      </w:r>
      <w:proofErr w:type="spellStart"/>
      <w:r w:rsidR="000E703F" w:rsidRPr="000E703F">
        <w:rPr>
          <w:i/>
          <w:iCs/>
          <w:sz w:val="20"/>
          <w:szCs w:val="20"/>
          <w:lang w:val="de-DE"/>
        </w:rPr>
        <w:t>crop</w:t>
      </w:r>
      <w:proofErr w:type="spellEnd"/>
      <w:r w:rsidR="000E703F">
        <w:rPr>
          <w:sz w:val="20"/>
          <w:szCs w:val="20"/>
          <w:lang w:val="de-DE"/>
        </w:rPr>
        <w:t xml:space="preserve">) </w:t>
      </w:r>
      <w:proofErr w:type="spellStart"/>
      <w:r w:rsidRPr="00836406">
        <w:rPr>
          <w:sz w:val="20"/>
          <w:szCs w:val="20"/>
          <w:lang w:val="de-DE"/>
        </w:rPr>
        <w:t>yetiştiren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çiftliklerin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tek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veya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başlıca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yöneticileri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haline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getirir</w:t>
      </w:r>
      <w:proofErr w:type="spellEnd"/>
      <w:r w:rsidRPr="00836406">
        <w:rPr>
          <w:sz w:val="20"/>
          <w:szCs w:val="20"/>
          <w:lang w:val="de-DE"/>
        </w:rPr>
        <w:t xml:space="preserve">. </w:t>
      </w:r>
      <w:proofErr w:type="spellStart"/>
      <w:r w:rsidR="00836406" w:rsidRPr="00836406">
        <w:rPr>
          <w:sz w:val="20"/>
          <w:szCs w:val="20"/>
          <w:lang w:val="de-DE"/>
        </w:rPr>
        <w:t>Ekip</w:t>
      </w:r>
      <w:proofErr w:type="spellEnd"/>
      <w:r w:rsidR="00836406" w:rsidRPr="00836406">
        <w:rPr>
          <w:sz w:val="20"/>
          <w:szCs w:val="20"/>
          <w:lang w:val="de-DE"/>
        </w:rPr>
        <w:t xml:space="preserve"> </w:t>
      </w:r>
      <w:proofErr w:type="spellStart"/>
      <w:r w:rsidR="00836406" w:rsidRPr="00836406">
        <w:rPr>
          <w:sz w:val="20"/>
          <w:szCs w:val="20"/>
          <w:lang w:val="de-DE"/>
        </w:rPr>
        <w:t>biçmek</w:t>
      </w:r>
      <w:proofErr w:type="spellEnd"/>
      <w:r w:rsidR="000C7284" w:rsidRPr="00836406">
        <w:rPr>
          <w:sz w:val="20"/>
          <w:szCs w:val="20"/>
          <w:lang w:val="de-DE"/>
        </w:rPr>
        <w:t xml:space="preserve"> </w:t>
      </w:r>
      <w:proofErr w:type="spellStart"/>
      <w:r w:rsidR="000C7284" w:rsidRPr="00836406">
        <w:rPr>
          <w:sz w:val="20"/>
          <w:szCs w:val="20"/>
          <w:lang w:val="de-DE"/>
        </w:rPr>
        <w:t>ve</w:t>
      </w:r>
      <w:proofErr w:type="spellEnd"/>
      <w:r w:rsidR="000C7284" w:rsidRPr="00836406">
        <w:rPr>
          <w:sz w:val="20"/>
          <w:szCs w:val="20"/>
          <w:lang w:val="de-DE"/>
        </w:rPr>
        <w:t xml:space="preserve"> </w:t>
      </w:r>
      <w:proofErr w:type="spellStart"/>
      <w:r w:rsidR="00836406" w:rsidRPr="00836406">
        <w:rPr>
          <w:sz w:val="20"/>
          <w:szCs w:val="20"/>
          <w:lang w:val="de-DE"/>
        </w:rPr>
        <w:t>yiyecek</w:t>
      </w:r>
      <w:proofErr w:type="spellEnd"/>
      <w:r w:rsidR="00836406" w:rsidRPr="00836406">
        <w:rPr>
          <w:sz w:val="20"/>
          <w:szCs w:val="20"/>
          <w:lang w:val="de-DE"/>
        </w:rPr>
        <w:t xml:space="preserve"> </w:t>
      </w:r>
      <w:proofErr w:type="spellStart"/>
      <w:r w:rsidR="000C7284" w:rsidRPr="00836406">
        <w:rPr>
          <w:sz w:val="20"/>
          <w:szCs w:val="20"/>
          <w:lang w:val="de-DE"/>
        </w:rPr>
        <w:t>toplama</w:t>
      </w:r>
      <w:r w:rsidR="00836406" w:rsidRPr="00836406">
        <w:rPr>
          <w:sz w:val="20"/>
          <w:szCs w:val="20"/>
          <w:lang w:val="de-DE"/>
        </w:rPr>
        <w:t>k</w:t>
      </w:r>
      <w:proofErr w:type="spellEnd"/>
      <w:r w:rsidR="000C7284" w:rsidRPr="00836406">
        <w:rPr>
          <w:sz w:val="20"/>
          <w:szCs w:val="20"/>
          <w:lang w:val="de-DE"/>
        </w:rPr>
        <w:t xml:space="preserve"> </w:t>
      </w:r>
      <w:proofErr w:type="spellStart"/>
      <w:r w:rsidR="000C7284" w:rsidRPr="00836406">
        <w:rPr>
          <w:sz w:val="20"/>
          <w:szCs w:val="20"/>
          <w:lang w:val="de-DE"/>
        </w:rPr>
        <w:t>için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arazi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bulunmadığında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gıda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güvenliği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geçim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kaynakları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tehdit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altına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girer</w:t>
      </w:r>
      <w:proofErr w:type="spellEnd"/>
      <w:r w:rsidR="000C7284" w:rsidRPr="007C2F06">
        <w:rPr>
          <w:sz w:val="20"/>
          <w:szCs w:val="20"/>
          <w:lang w:val="de-DE"/>
        </w:rPr>
        <w:t xml:space="preserve">. Toprak </w:t>
      </w:r>
      <w:proofErr w:type="spellStart"/>
      <w:r w:rsidR="000C7284" w:rsidRPr="007C2F06">
        <w:rPr>
          <w:sz w:val="20"/>
          <w:szCs w:val="20"/>
          <w:lang w:val="de-DE"/>
        </w:rPr>
        <w:t>verimsizleştiğinde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su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kirlendiğinde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kadınlar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geçimlerini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sağlamak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için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daha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çok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daha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uzun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süre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veya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evlerinden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daha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uzak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yerlerde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çalışmaya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eğilimlidirler</w:t>
      </w:r>
      <w:proofErr w:type="spellEnd"/>
      <w:r w:rsidR="005F5044" w:rsidRPr="007C2F06">
        <w:rPr>
          <w:sz w:val="20"/>
          <w:szCs w:val="20"/>
          <w:lang w:val="de-DE"/>
        </w:rPr>
        <w:t>.</w:t>
      </w:r>
      <w:r w:rsidR="00836406">
        <w:rPr>
          <w:sz w:val="20"/>
          <w:szCs w:val="20"/>
          <w:lang w:val="de-DE"/>
        </w:rPr>
        <w:t xml:space="preserve"> </w:t>
      </w:r>
      <w:r w:rsidR="001B5F4A" w:rsidRPr="007C2F06">
        <w:rPr>
          <w:sz w:val="20"/>
          <w:szCs w:val="20"/>
          <w:lang w:val="de-DE"/>
        </w:rPr>
        <w:t>(</w:t>
      </w:r>
      <w:r w:rsidR="000C7284" w:rsidRPr="007C2F06">
        <w:rPr>
          <w:sz w:val="20"/>
          <w:szCs w:val="20"/>
          <w:lang w:val="de-DE"/>
        </w:rPr>
        <w:t>77</w:t>
      </w:r>
      <w:r w:rsidR="001B5F4A" w:rsidRPr="007C2F06">
        <w:rPr>
          <w:sz w:val="20"/>
          <w:szCs w:val="20"/>
          <w:lang w:val="de-DE"/>
        </w:rPr>
        <w:t>)</w:t>
      </w:r>
      <w:r w:rsidR="008364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Kadınların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tarım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işlerinden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uzaklaşması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onları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günlük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ev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işlerinde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çok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güvencesiz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çalışma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biçimleri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aramaya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itmektedir</w:t>
      </w:r>
      <w:proofErr w:type="spellEnd"/>
      <w:r w:rsidR="000C7284" w:rsidRPr="007C2F06">
        <w:rPr>
          <w:sz w:val="20"/>
          <w:szCs w:val="20"/>
          <w:lang w:val="de-DE"/>
        </w:rPr>
        <w:t>.</w:t>
      </w:r>
      <w:r w:rsidR="001424FA" w:rsidRPr="007C2F06">
        <w:rPr>
          <w:sz w:val="20"/>
          <w:szCs w:val="20"/>
          <w:lang w:val="de-DE"/>
        </w:rPr>
        <w:t xml:space="preserve"> </w:t>
      </w:r>
      <w:r w:rsidR="001B5F4A" w:rsidRPr="007C2F06">
        <w:rPr>
          <w:sz w:val="20"/>
          <w:szCs w:val="20"/>
          <w:lang w:val="de-DE"/>
        </w:rPr>
        <w:t>(</w:t>
      </w:r>
      <w:r w:rsidR="000C7284" w:rsidRPr="007C2F06">
        <w:rPr>
          <w:sz w:val="20"/>
          <w:szCs w:val="20"/>
          <w:lang w:val="de-DE"/>
        </w:rPr>
        <w:t>78</w:t>
      </w:r>
      <w:r w:rsidR="001B5F4A" w:rsidRPr="007C2F06">
        <w:rPr>
          <w:sz w:val="20"/>
          <w:szCs w:val="20"/>
          <w:lang w:val="de-DE"/>
        </w:rPr>
        <w:t>)</w:t>
      </w:r>
      <w:r w:rsidR="001424FA" w:rsidRPr="007C2F06">
        <w:rPr>
          <w:sz w:val="20"/>
          <w:szCs w:val="20"/>
          <w:lang w:val="de-DE"/>
        </w:rPr>
        <w:t xml:space="preserve"> </w:t>
      </w:r>
    </w:p>
    <w:p w14:paraId="01223342" w14:textId="3D035CEE" w:rsidR="00E07A1D" w:rsidRPr="007C2F06" w:rsidRDefault="000C7284" w:rsidP="002D6851">
      <w:pPr>
        <w:spacing w:after="0"/>
        <w:jc w:val="both"/>
        <w:rPr>
          <w:b/>
          <w:bCs/>
          <w:lang w:val="de-DE"/>
        </w:rPr>
      </w:pPr>
      <w:r w:rsidRPr="007C2F06">
        <w:rPr>
          <w:b/>
          <w:bCs/>
          <w:lang w:val="de-DE"/>
        </w:rPr>
        <w:t>V.</w:t>
      </w:r>
      <w:r w:rsidR="001424FA"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Bakım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ve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desteğe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ihtiyaç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duyan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kadın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ve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kız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çocuklarınayönelik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cinsiyet</w:t>
      </w:r>
      <w:proofErr w:type="spellEnd"/>
      <w:r w:rsidRPr="007C2F06">
        <w:rPr>
          <w:b/>
          <w:bCs/>
          <w:lang w:val="de-DE"/>
        </w:rPr>
        <w:t xml:space="preserve"> </w:t>
      </w:r>
      <w:proofErr w:type="spellStart"/>
      <w:r w:rsidRPr="007C2F06">
        <w:rPr>
          <w:b/>
          <w:bCs/>
          <w:lang w:val="de-DE"/>
        </w:rPr>
        <w:t>ayrımcılığı</w:t>
      </w:r>
      <w:proofErr w:type="spellEnd"/>
    </w:p>
    <w:p w14:paraId="2F2C7649" w14:textId="5E6989DB" w:rsidR="00B057F0" w:rsidRPr="007C2F06" w:rsidRDefault="000C7284" w:rsidP="002D6851">
      <w:pPr>
        <w:spacing w:after="0"/>
        <w:jc w:val="both"/>
        <w:rPr>
          <w:sz w:val="20"/>
          <w:szCs w:val="20"/>
          <w:lang w:val="de-DE"/>
        </w:rPr>
      </w:pPr>
      <w:r w:rsidRPr="007C2F06">
        <w:rPr>
          <w:b/>
          <w:bCs/>
          <w:sz w:val="20"/>
          <w:szCs w:val="20"/>
          <w:lang w:val="de-DE"/>
        </w:rPr>
        <w:br/>
      </w:r>
      <w:r w:rsidRPr="007C2F06">
        <w:rPr>
          <w:sz w:val="20"/>
          <w:szCs w:val="20"/>
          <w:lang w:val="de-DE"/>
        </w:rPr>
        <w:t>26.</w:t>
      </w:r>
      <w:r w:rsid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Ücretsiz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ücretli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işlerinin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çoğunu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üstlenen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çocukları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yoksulluk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r w:rsidRPr="007C2F06">
        <w:rPr>
          <w:sz w:val="20"/>
          <w:szCs w:val="20"/>
          <w:lang w:val="de-DE"/>
        </w:rPr>
        <w:br/>
      </w:r>
      <w:proofErr w:type="spellStart"/>
      <w:r w:rsidR="00F017C0" w:rsidRPr="007C2F06">
        <w:rPr>
          <w:sz w:val="20"/>
          <w:szCs w:val="20"/>
          <w:lang w:val="de-DE"/>
        </w:rPr>
        <w:t>toplumsal</w:t>
      </w:r>
      <w:proofErr w:type="spellEnd"/>
      <w:r w:rsidR="00F017C0" w:rsidRPr="007C2F06">
        <w:rPr>
          <w:sz w:val="20"/>
          <w:szCs w:val="20"/>
          <w:lang w:val="de-DE"/>
        </w:rPr>
        <w:t xml:space="preserve"> </w:t>
      </w:r>
      <w:proofErr w:type="spellStart"/>
      <w:r w:rsidR="00F017C0" w:rsidRPr="007C2F06">
        <w:rPr>
          <w:sz w:val="20"/>
          <w:szCs w:val="20"/>
          <w:lang w:val="de-DE"/>
        </w:rPr>
        <w:t>yalıtım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çeşitli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ayrımcılık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biçimleri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barınma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sağlık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sosyal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erişim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eksikliği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şiddet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topluma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katkıda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bulunma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aktif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olarak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katılma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fırsatlarının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olmaması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nedeniyle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duydukları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alamamaktadır</w:t>
      </w:r>
      <w:proofErr w:type="spellEnd"/>
      <w:r w:rsidRPr="007C2F06">
        <w:rPr>
          <w:sz w:val="20"/>
          <w:szCs w:val="20"/>
          <w:lang w:val="de-DE"/>
        </w:rPr>
        <w:t xml:space="preserve">. (79)  </w:t>
      </w:r>
      <w:proofErr w:type="spellStart"/>
      <w:r w:rsidRPr="007C2F06">
        <w:rPr>
          <w:sz w:val="20"/>
          <w:szCs w:val="20"/>
          <w:lang w:val="de-DE"/>
        </w:rPr>
        <w:t>Sömürge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mirası</w:t>
      </w:r>
      <w:proofErr w:type="spellEnd"/>
      <w:r w:rsidRPr="007C2F06">
        <w:rPr>
          <w:sz w:val="20"/>
          <w:szCs w:val="20"/>
          <w:lang w:val="de-DE"/>
        </w:rPr>
        <w:t xml:space="preserve">, on </w:t>
      </w:r>
      <w:proofErr w:type="spellStart"/>
      <w:r w:rsidRPr="007C2F06">
        <w:rPr>
          <w:sz w:val="20"/>
          <w:szCs w:val="20"/>
          <w:lang w:val="de-DE"/>
        </w:rPr>
        <w:t>yıllardır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süren</w:t>
      </w:r>
      <w:proofErr w:type="spellEnd"/>
      <w:r w:rsidRPr="007C2F06">
        <w:rPr>
          <w:sz w:val="20"/>
          <w:szCs w:val="20"/>
          <w:lang w:val="de-DE"/>
        </w:rPr>
        <w:t xml:space="preserve"> neoliberal </w:t>
      </w:r>
      <w:proofErr w:type="spellStart"/>
      <w:r w:rsidRPr="007C2F06">
        <w:rPr>
          <w:sz w:val="20"/>
          <w:szCs w:val="20"/>
          <w:lang w:val="de-DE"/>
        </w:rPr>
        <w:t>politikalar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sağlık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hizmetlerinin</w:t>
      </w:r>
      <w:proofErr w:type="spellEnd"/>
      <w:r w:rsidR="00E07A1D"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özelleştirilmesi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sağlık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karşılayamayan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çok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sayıda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insanı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geride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bırakmış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kadınların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hasta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harcadıkları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zamanı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artırmış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insana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yakışır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işlere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erişim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fırsatlarını</w:t>
      </w:r>
      <w:proofErr w:type="spellEnd"/>
      <w:r w:rsidRPr="007C2F06">
        <w:rPr>
          <w:sz w:val="20"/>
          <w:szCs w:val="20"/>
          <w:lang w:val="de-DE"/>
        </w:rPr>
        <w:t xml:space="preserve"> (80)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duydukları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alma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imkânlarını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olumsuz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etkilemiştir</w:t>
      </w:r>
      <w:proofErr w:type="spellEnd"/>
      <w:r w:rsidRPr="007C2F06">
        <w:rPr>
          <w:sz w:val="20"/>
          <w:szCs w:val="20"/>
          <w:lang w:val="de-DE"/>
        </w:rPr>
        <w:t>. (81)</w:t>
      </w:r>
    </w:p>
    <w:p w14:paraId="7AD7507B" w14:textId="3137809C" w:rsidR="007C2F06" w:rsidRDefault="000C7284" w:rsidP="002D6851">
      <w:pPr>
        <w:spacing w:after="0"/>
        <w:jc w:val="both"/>
        <w:rPr>
          <w:b/>
          <w:bCs/>
          <w:sz w:val="20"/>
          <w:szCs w:val="20"/>
          <w:lang w:val="de-DE"/>
        </w:rPr>
      </w:pPr>
      <w:r w:rsidRPr="007C2F06">
        <w:rPr>
          <w:sz w:val="20"/>
          <w:szCs w:val="20"/>
          <w:lang w:val="de-DE"/>
        </w:rPr>
        <w:br/>
      </w:r>
      <w:r w:rsidRPr="007C2F06">
        <w:rPr>
          <w:b/>
          <w:bCs/>
          <w:sz w:val="20"/>
          <w:szCs w:val="20"/>
          <w:lang w:val="de-DE"/>
        </w:rPr>
        <w:t>A.</w:t>
      </w:r>
      <w:r w:rsid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Engelli</w:t>
      </w:r>
      <w:proofErr w:type="spellEnd"/>
      <w:r w:rsidRP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kadınlar</w:t>
      </w:r>
      <w:proofErr w:type="spellEnd"/>
      <w:r w:rsidRP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ve</w:t>
      </w:r>
      <w:proofErr w:type="spellEnd"/>
      <w:r w:rsidRP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kızlar</w:t>
      </w:r>
      <w:proofErr w:type="spellEnd"/>
    </w:p>
    <w:p w14:paraId="54E23FF7" w14:textId="21F33FE3" w:rsidR="007C2F06" w:rsidRDefault="000C7284" w:rsidP="002D6851">
      <w:pPr>
        <w:spacing w:after="0"/>
        <w:jc w:val="both"/>
        <w:rPr>
          <w:sz w:val="20"/>
          <w:szCs w:val="20"/>
          <w:lang w:val="de-DE"/>
        </w:rPr>
      </w:pPr>
      <w:r w:rsidRPr="007C2F06">
        <w:rPr>
          <w:b/>
          <w:bCs/>
          <w:sz w:val="20"/>
          <w:szCs w:val="20"/>
          <w:lang w:val="de-DE"/>
        </w:rPr>
        <w:br/>
      </w:r>
      <w:r w:rsidRPr="007C2F06">
        <w:rPr>
          <w:sz w:val="20"/>
          <w:szCs w:val="20"/>
          <w:lang w:val="de-DE"/>
        </w:rPr>
        <w:t xml:space="preserve">27. </w:t>
      </w:r>
      <w:proofErr w:type="spellStart"/>
      <w:r w:rsidRPr="007C2F06">
        <w:rPr>
          <w:sz w:val="20"/>
          <w:szCs w:val="20"/>
          <w:lang w:val="de-DE"/>
        </w:rPr>
        <w:t>Bu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zorluklar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daha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karmaşıktır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Ayrıca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r w:rsidRPr="007C2F06">
        <w:rPr>
          <w:sz w:val="20"/>
          <w:szCs w:val="20"/>
          <w:lang w:val="de-DE"/>
        </w:rPr>
        <w:br/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desteğin</w:t>
      </w:r>
      <w:proofErr w:type="spellEnd"/>
      <w:r w:rsidRPr="007C2F06">
        <w:rPr>
          <w:sz w:val="20"/>
          <w:szCs w:val="20"/>
          <w:lang w:val="de-DE"/>
        </w:rPr>
        <w:t xml:space="preserve"> hem </w:t>
      </w:r>
      <w:proofErr w:type="spellStart"/>
      <w:r w:rsidRPr="007C2F06">
        <w:rPr>
          <w:sz w:val="20"/>
          <w:szCs w:val="20"/>
          <w:lang w:val="de-DE"/>
        </w:rPr>
        <w:t>sağlayıcıları</w:t>
      </w:r>
      <w:proofErr w:type="spellEnd"/>
      <w:r w:rsidRPr="007C2F06">
        <w:rPr>
          <w:sz w:val="20"/>
          <w:szCs w:val="20"/>
          <w:lang w:val="de-DE"/>
        </w:rPr>
        <w:t xml:space="preserve"> hem de </w:t>
      </w:r>
      <w:proofErr w:type="spellStart"/>
      <w:r w:rsidRPr="007C2F06">
        <w:rPr>
          <w:sz w:val="20"/>
          <w:szCs w:val="20"/>
          <w:lang w:val="de-DE"/>
        </w:rPr>
        <w:t>alıcıları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olarak</w:t>
      </w:r>
      <w:proofErr w:type="spellEnd"/>
      <w:r w:rsidR="00B52162" w:rsidRPr="007C2F06">
        <w:rPr>
          <w:sz w:val="20"/>
          <w:szCs w:val="20"/>
          <w:lang w:val="de-DE"/>
        </w:rPr>
        <w:t xml:space="preserve"> </w:t>
      </w:r>
      <w:proofErr w:type="spellStart"/>
      <w:r w:rsidR="00B52162" w:rsidRPr="007C2F06">
        <w:rPr>
          <w:sz w:val="20"/>
          <w:szCs w:val="20"/>
          <w:lang w:val="de-DE"/>
        </w:rPr>
        <w:t>toplumsal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cinsiyete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özgü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benzersiz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zorluklarla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karşıyadırlar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Toplumsal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tutumlar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çocuklarını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yük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yalnızca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sağlayıcılar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olarak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gören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onurunu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özerkliğini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iradesini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sosyal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katılımını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göz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ardı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eden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="00C733B2" w:rsidRPr="007C2F06">
        <w:rPr>
          <w:sz w:val="20"/>
          <w:szCs w:val="20"/>
          <w:lang w:val="de-DE"/>
        </w:rPr>
        <w:t>kalıp</w:t>
      </w:r>
      <w:proofErr w:type="spellEnd"/>
      <w:r w:rsidR="00C733B2" w:rsidRPr="007C2F06">
        <w:rPr>
          <w:sz w:val="20"/>
          <w:szCs w:val="20"/>
          <w:lang w:val="de-DE"/>
        </w:rPr>
        <w:t xml:space="preserve"> </w:t>
      </w:r>
      <w:proofErr w:type="spellStart"/>
      <w:r w:rsidR="00C733B2" w:rsidRPr="007C2F06">
        <w:rPr>
          <w:sz w:val="20"/>
          <w:szCs w:val="20"/>
          <w:lang w:val="de-DE"/>
        </w:rPr>
        <w:t>yargıları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sıklıkla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sürdürmektedir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Dahası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onların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bakış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açıları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ne </w:t>
      </w:r>
      <w:proofErr w:type="spellStart"/>
      <w:r w:rsidR="00BB78BF" w:rsidRPr="007C2F06">
        <w:rPr>
          <w:sz w:val="20"/>
          <w:szCs w:val="20"/>
          <w:lang w:val="de-DE"/>
        </w:rPr>
        <w:t>toplumsal</w:t>
      </w:r>
      <w:proofErr w:type="spellEnd"/>
      <w:r w:rsidR="00BB78BF"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cinsiyet</w:t>
      </w:r>
      <w:proofErr w:type="spellEnd"/>
      <w:r w:rsidRPr="007C2F06">
        <w:rPr>
          <w:sz w:val="20"/>
          <w:szCs w:val="20"/>
          <w:lang w:val="de-DE"/>
        </w:rPr>
        <w:t xml:space="preserve"> ne de </w:t>
      </w:r>
      <w:proofErr w:type="spellStart"/>
      <w:r w:rsidRPr="007C2F06">
        <w:rPr>
          <w:sz w:val="20"/>
          <w:szCs w:val="20"/>
          <w:lang w:val="de-DE"/>
        </w:rPr>
        <w:t>engellilik</w:t>
      </w:r>
      <w:r w:rsidR="00BB78BF" w:rsidRPr="007C2F06">
        <w:rPr>
          <w:sz w:val="20"/>
          <w:szCs w:val="20"/>
          <w:lang w:val="de-DE"/>
        </w:rPr>
        <w:t>le</w:t>
      </w:r>
      <w:proofErr w:type="spellEnd"/>
      <w:r w:rsidR="00BB78BF" w:rsidRPr="007C2F06">
        <w:rPr>
          <w:sz w:val="20"/>
          <w:szCs w:val="20"/>
          <w:lang w:val="de-DE"/>
        </w:rPr>
        <w:t xml:space="preserve"> </w:t>
      </w:r>
      <w:proofErr w:type="spellStart"/>
      <w:r w:rsidR="00BB78BF" w:rsidRPr="007C2F06">
        <w:rPr>
          <w:sz w:val="20"/>
          <w:szCs w:val="20"/>
          <w:lang w:val="de-DE"/>
        </w:rPr>
        <w:t>ilgili</w:t>
      </w:r>
      <w:proofErr w:type="spellEnd"/>
      <w:r w:rsidR="007A1B19" w:rsidRPr="007C2F06">
        <w:rPr>
          <w:sz w:val="20"/>
          <w:szCs w:val="20"/>
          <w:lang w:val="de-DE"/>
        </w:rPr>
        <w:t xml:space="preserve"> </w:t>
      </w:r>
      <w:proofErr w:type="spellStart"/>
      <w:r w:rsidR="007A1B19" w:rsidRPr="007C2F06">
        <w:rPr>
          <w:sz w:val="20"/>
          <w:szCs w:val="20"/>
          <w:lang w:val="de-DE"/>
        </w:rPr>
        <w:t>toplumsal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hareketler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tarafından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temsil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edilmemektedir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bu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onlara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sistemleri</w:t>
      </w:r>
      <w:proofErr w:type="spellEnd"/>
      <w:r w:rsidRPr="007C2F06">
        <w:rPr>
          <w:sz w:val="20"/>
          <w:szCs w:val="20"/>
          <w:lang w:val="de-DE"/>
        </w:rPr>
        <w:t xml:space="preserve"> de </w:t>
      </w:r>
      <w:proofErr w:type="spellStart"/>
      <w:r w:rsidRPr="007C2F06">
        <w:rPr>
          <w:sz w:val="20"/>
          <w:szCs w:val="20"/>
          <w:lang w:val="de-DE"/>
        </w:rPr>
        <w:t>dahil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olmak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üzere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hayatlarını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doğrudan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etkileyen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politikaların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şekillendirilmesinde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söz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hakkı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bırakmamaktadır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sosyo</w:t>
      </w:r>
      <w:r w:rsidR="00324ECA" w:rsidRPr="007C2F06">
        <w:rPr>
          <w:sz w:val="20"/>
          <w:szCs w:val="20"/>
          <w:lang w:val="de-DE"/>
        </w:rPr>
        <w:t>-</w:t>
      </w:r>
      <w:r w:rsidRPr="007C2F06">
        <w:rPr>
          <w:sz w:val="20"/>
          <w:szCs w:val="20"/>
          <w:lang w:val="de-DE"/>
        </w:rPr>
        <w:t>kültürel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geleneklerle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gerekçelendirilen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zararlı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uygulamalara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maruz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riski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altındadır</w:t>
      </w:r>
      <w:proofErr w:type="spellEnd"/>
      <w:r w:rsidRPr="007C2F06">
        <w:rPr>
          <w:sz w:val="20"/>
          <w:szCs w:val="20"/>
          <w:lang w:val="de-DE"/>
        </w:rPr>
        <w:t>.</w:t>
      </w:r>
      <w:r w:rsidR="00F266A9"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t xml:space="preserve">(82)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kızların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özellikle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zihinsel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evlendirilmesi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gelecekteki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güvenlik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finansman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bahanesiyle</w:t>
      </w:r>
      <w:proofErr w:type="spellEnd"/>
      <w:r w:rsidR="00B057F0"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gerekçelendirilmektedir</w:t>
      </w:r>
      <w:proofErr w:type="spellEnd"/>
      <w:r w:rsidRPr="007C2F06">
        <w:rPr>
          <w:sz w:val="20"/>
          <w:szCs w:val="20"/>
          <w:lang w:val="de-DE"/>
        </w:rPr>
        <w:t>.</w:t>
      </w:r>
      <w:r w:rsidR="00F266A9"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t xml:space="preserve">(83)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aile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içinde</w:t>
      </w:r>
      <w:r w:rsidR="00DA404A" w:rsidRPr="007C2F06">
        <w:rPr>
          <w:sz w:val="20"/>
          <w:szCs w:val="20"/>
          <w:lang w:val="de-DE"/>
        </w:rPr>
        <w:t>toplumsal</w:t>
      </w:r>
      <w:proofErr w:type="spellEnd"/>
      <w:r w:rsidR="00DA404A" w:rsidRPr="007C2F06">
        <w:rPr>
          <w:sz w:val="20"/>
          <w:szCs w:val="20"/>
          <w:lang w:val="de-DE"/>
        </w:rPr>
        <w:t xml:space="preserve"> </w:t>
      </w:r>
      <w:proofErr w:type="spellStart"/>
      <w:r w:rsidR="00DA404A" w:rsidRPr="007C2F06">
        <w:rPr>
          <w:sz w:val="20"/>
          <w:szCs w:val="20"/>
          <w:lang w:val="de-DE"/>
        </w:rPr>
        <w:t>yalıtım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ayrımcılık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sömürüye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maruz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kalmaktadır</w:t>
      </w:r>
      <w:proofErr w:type="spellEnd"/>
      <w:r w:rsidRPr="007C2F06">
        <w:rPr>
          <w:sz w:val="20"/>
          <w:szCs w:val="20"/>
          <w:lang w:val="de-DE"/>
        </w:rPr>
        <w:t xml:space="preserve">; </w:t>
      </w:r>
      <w:proofErr w:type="spellStart"/>
      <w:r w:rsidRPr="007C2F06">
        <w:rPr>
          <w:sz w:val="20"/>
          <w:szCs w:val="20"/>
          <w:lang w:val="de-DE"/>
        </w:rPr>
        <w:t>aile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etkinliklerinden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dışlanmakta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evden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çıkmaları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okula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gitmeleri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engellenmekte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ev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işlerini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yapmak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zorunda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bırakılmaktadır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savunuculuk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faaliyetlerine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rağmen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engellilik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politikaları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sigortalar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="00CB7E01" w:rsidRPr="007C2F06">
        <w:rPr>
          <w:sz w:val="20"/>
          <w:szCs w:val="20"/>
          <w:lang w:val="de-DE"/>
        </w:rPr>
        <w:t>top</w:t>
      </w:r>
      <w:r w:rsidR="00AE42BB" w:rsidRPr="007C2F06">
        <w:rPr>
          <w:sz w:val="20"/>
          <w:szCs w:val="20"/>
          <w:lang w:val="de-DE"/>
        </w:rPr>
        <w:t>lumsal</w:t>
      </w:r>
      <w:proofErr w:type="spellEnd"/>
      <w:r w:rsidR="00AE42BB"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cinsiyet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sorunlarını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ihmal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etmeye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devam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etmektedir</w:t>
      </w:r>
      <w:proofErr w:type="spellEnd"/>
      <w:r w:rsidRPr="007C2F06">
        <w:rPr>
          <w:sz w:val="20"/>
          <w:szCs w:val="20"/>
          <w:lang w:val="de-DE"/>
        </w:rPr>
        <w:t>.</w:t>
      </w:r>
      <w:r w:rsidR="00F266A9"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t xml:space="preserve">(84) </w:t>
      </w:r>
    </w:p>
    <w:p w14:paraId="2C483964" w14:textId="1EDD6A4D" w:rsidR="007C2F06" w:rsidRPr="001C1414" w:rsidRDefault="001C1414" w:rsidP="007C2F06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383AA25F" w14:textId="5D7B3011" w:rsidR="007E245E" w:rsidRPr="007E245E" w:rsidRDefault="000C7284" w:rsidP="007E245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1C1414">
        <w:rPr>
          <w:sz w:val="16"/>
          <w:szCs w:val="16"/>
          <w:lang w:val="de-DE"/>
        </w:rPr>
        <w:t xml:space="preserve">77  Oxfam International,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Position paper on gender justice and the extractive industries</w:t>
      </w:r>
      <w:r w:rsidRPr="001C1414">
        <w:rPr>
          <w:sz w:val="16"/>
          <w:szCs w:val="16"/>
          <w:lang w:val="de-DE"/>
        </w:rPr>
        <w:t xml:space="preserve">, s. 6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7.</w:t>
      </w:r>
      <w:r w:rsidRPr="001C1414">
        <w:rPr>
          <w:sz w:val="16"/>
          <w:szCs w:val="16"/>
          <w:lang w:val="de-DE"/>
        </w:rPr>
        <w:br/>
        <w:t xml:space="preserve">78  </w:t>
      </w:r>
      <w:r w:rsidR="007214F7" w:rsidRPr="001C1414">
        <w:rPr>
          <w:sz w:val="16"/>
          <w:szCs w:val="16"/>
          <w:lang w:val="de-DE"/>
        </w:rPr>
        <w:t>Sri Lanka</w:t>
      </w:r>
      <w:r w:rsidR="007214F7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Kadın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Eylem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Ağı'ndan</w:t>
      </w:r>
      <w:proofErr w:type="spellEnd"/>
      <w:r w:rsidRPr="001C1414">
        <w:rPr>
          <w:sz w:val="16"/>
          <w:szCs w:val="16"/>
          <w:lang w:val="de-DE"/>
        </w:rPr>
        <w:t xml:space="preserve"> (</w:t>
      </w:r>
      <w:r w:rsidR="007214F7">
        <w:rPr>
          <w:sz w:val="16"/>
          <w:szCs w:val="16"/>
          <w:lang w:val="de-DE"/>
        </w:rPr>
        <w:t>Women’s Action Network</w:t>
      </w:r>
      <w:r w:rsidRPr="001C1414">
        <w:rPr>
          <w:sz w:val="16"/>
          <w:szCs w:val="16"/>
          <w:lang w:val="de-DE"/>
        </w:rPr>
        <w:t xml:space="preserve">) </w:t>
      </w:r>
      <w:proofErr w:type="spellStart"/>
      <w:r w:rsidRPr="001C1414">
        <w:rPr>
          <w:sz w:val="16"/>
          <w:szCs w:val="16"/>
          <w:lang w:val="de-DE"/>
        </w:rPr>
        <w:t>alınan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bilgi</w:t>
      </w:r>
      <w:proofErr w:type="spellEnd"/>
      <w:r w:rsidRPr="001C1414">
        <w:rPr>
          <w:sz w:val="16"/>
          <w:szCs w:val="16"/>
          <w:lang w:val="de-DE"/>
        </w:rPr>
        <w:t>.</w:t>
      </w:r>
      <w:r w:rsidRPr="001C1414">
        <w:rPr>
          <w:sz w:val="16"/>
          <w:szCs w:val="16"/>
          <w:lang w:val="de-DE"/>
        </w:rPr>
        <w:br/>
        <w:t xml:space="preserve">79 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Women with Disabilities Australia, “The status of women and girls with disability in Australia”, </w:t>
      </w:r>
      <w:r w:rsidR="007214F7">
        <w:rPr>
          <w:rFonts w:ascii="Cambria" w:hAnsi="Cambria" w:cs="Times New Roman"/>
          <w:color w:val="000000"/>
          <w:sz w:val="16"/>
          <w:szCs w:val="16"/>
        </w:rPr>
        <w:t>P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osition </w:t>
      </w:r>
      <w:r w:rsidR="007214F7">
        <w:rPr>
          <w:rFonts w:ascii="Cambria" w:hAnsi="Cambria" w:cs="Times New Roman"/>
          <w:color w:val="000000"/>
          <w:sz w:val="16"/>
          <w:szCs w:val="16"/>
        </w:rPr>
        <w:t>P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aper </w:t>
      </w:r>
      <w:r w:rsidRPr="007E245E">
        <w:rPr>
          <w:rFonts w:ascii="Cambria" w:hAnsi="Cambria"/>
          <w:sz w:val="16"/>
          <w:szCs w:val="16"/>
          <w:lang w:val="de-DE"/>
        </w:rPr>
        <w:t>(</w:t>
      </w:r>
      <w:proofErr w:type="spellStart"/>
      <w:r w:rsidRPr="007E245E">
        <w:rPr>
          <w:rFonts w:ascii="Cambria" w:hAnsi="Cambria"/>
          <w:sz w:val="16"/>
          <w:szCs w:val="16"/>
          <w:lang w:val="de-DE"/>
        </w:rPr>
        <w:t>Kasım</w:t>
      </w:r>
      <w:proofErr w:type="spellEnd"/>
      <w:r w:rsidRPr="007E245E">
        <w:rPr>
          <w:rFonts w:ascii="Cambria" w:hAnsi="Cambria"/>
          <w:sz w:val="16"/>
          <w:szCs w:val="16"/>
          <w:lang w:val="de-DE"/>
        </w:rPr>
        <w:t xml:space="preserve"> 2019).</w:t>
      </w:r>
      <w:r w:rsidRPr="001C1414">
        <w:rPr>
          <w:sz w:val="16"/>
          <w:szCs w:val="16"/>
          <w:lang w:val="de-DE"/>
        </w:rPr>
        <w:br/>
        <w:t xml:space="preserve">80  </w:t>
      </w:r>
      <w:r w:rsidR="007E245E" w:rsidRPr="007E245E">
        <w:rPr>
          <w:rFonts w:ascii="Cambria" w:hAnsi="Cambria" w:cs="Times New Roman"/>
          <w:color w:val="0000FF"/>
          <w:sz w:val="16"/>
          <w:szCs w:val="16"/>
        </w:rPr>
        <w:t>A/HRC/53/39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, para. 21.</w:t>
      </w:r>
      <w:r w:rsidR="007E245E" w:rsidRPr="007E245E">
        <w:rPr>
          <w:rFonts w:ascii="Cambria" w:hAnsi="Cambria" w:cs="Times New Roman"/>
          <w:b/>
          <w:bCs/>
          <w:color w:val="000000"/>
          <w:sz w:val="16"/>
          <w:szCs w:val="16"/>
        </w:rPr>
        <w:t xml:space="preserve">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Ayr</w:t>
      </w:r>
      <w:r w:rsidR="007E245E" w:rsidRPr="007E245E">
        <w:rPr>
          <w:rFonts w:ascii="Cambria" w:hAnsi="Cambria"/>
          <w:sz w:val="16"/>
          <w:szCs w:val="16"/>
          <w:lang w:val="de-DE"/>
        </w:rPr>
        <w:t>ı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ca </w:t>
      </w:r>
      <w:proofErr w:type="spellStart"/>
      <w:r w:rsidR="007E245E" w:rsidRPr="007E245E">
        <w:rPr>
          <w:rFonts w:ascii="Cambria" w:hAnsi="Cambria" w:cs="Times New Roman"/>
          <w:color w:val="000000"/>
          <w:sz w:val="16"/>
          <w:szCs w:val="16"/>
        </w:rPr>
        <w:t>bkz</w:t>
      </w:r>
      <w:proofErr w:type="spellEnd"/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. Lourdes </w:t>
      </w:r>
      <w:proofErr w:type="spellStart"/>
      <w:r w:rsidR="007E245E" w:rsidRPr="007E245E">
        <w:rPr>
          <w:rFonts w:ascii="Cambria" w:hAnsi="Cambria" w:cs="Times New Roman"/>
          <w:color w:val="000000"/>
          <w:sz w:val="16"/>
          <w:szCs w:val="16"/>
        </w:rPr>
        <w:t>Benería</w:t>
      </w:r>
      <w:proofErr w:type="spellEnd"/>
      <w:r w:rsidR="007E245E" w:rsidRPr="007E245E">
        <w:rPr>
          <w:rFonts w:ascii="Cambria" w:hAnsi="Cambria" w:cs="Times New Roman"/>
          <w:color w:val="000000"/>
          <w:sz w:val="16"/>
          <w:szCs w:val="16"/>
        </w:rPr>
        <w:t>, Günseli Berik and Maria S. Floro, “Paid and</w:t>
      </w:r>
      <w:r w:rsidR="007E245E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unpaid work: meanings and debates”, </w:t>
      </w:r>
      <w:r w:rsidR="007E245E" w:rsidRPr="007E245E">
        <w:rPr>
          <w:rFonts w:ascii="Cambria" w:hAnsi="Cambria" w:cs="Times New Roman"/>
          <w:i/>
          <w:iCs/>
          <w:color w:val="000000"/>
          <w:sz w:val="16"/>
          <w:szCs w:val="16"/>
        </w:rPr>
        <w:t>Gender, Development and Globalization: Economics as if All</w:t>
      </w:r>
      <w:r w:rsidR="007E245E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7E245E" w:rsidRPr="007E245E">
        <w:rPr>
          <w:rFonts w:ascii="Cambria" w:hAnsi="Cambria" w:cs="Times New Roman"/>
          <w:i/>
          <w:iCs/>
          <w:color w:val="000000"/>
          <w:sz w:val="16"/>
          <w:szCs w:val="16"/>
        </w:rPr>
        <w:t>People Mattered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 (New York, Routledge, 2016)</w:t>
      </w:r>
      <w:r w:rsidR="007E245E" w:rsidRPr="007E245E">
        <w:rPr>
          <w:rFonts w:ascii="Cambria" w:hAnsi="Cambria"/>
          <w:sz w:val="16"/>
          <w:szCs w:val="16"/>
          <w:lang w:val="de-DE"/>
        </w:rPr>
        <w:t xml:space="preserve"> </w:t>
      </w:r>
    </w:p>
    <w:p w14:paraId="08D3B57C" w14:textId="7AA9B5F9" w:rsidR="005347F2" w:rsidRPr="007E245E" w:rsidRDefault="000C7284" w:rsidP="007E245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1C1414">
        <w:rPr>
          <w:sz w:val="16"/>
          <w:szCs w:val="16"/>
          <w:lang w:val="de-DE"/>
        </w:rPr>
        <w:t>81</w:t>
      </w:r>
      <w:r w:rsidR="007E245E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t xml:space="preserve">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African Union Strategy for Gender Equality and Women’s Empowerment 2018–2028</w:t>
      </w:r>
      <w:r w:rsidRPr="007E245E">
        <w:rPr>
          <w:rFonts w:ascii="Cambria" w:hAnsi="Cambria"/>
          <w:sz w:val="16"/>
          <w:szCs w:val="16"/>
          <w:lang w:val="de-DE"/>
        </w:rPr>
        <w:t xml:space="preserve">, </w:t>
      </w:r>
      <w:r w:rsidRPr="001C1414">
        <w:rPr>
          <w:sz w:val="16"/>
          <w:szCs w:val="16"/>
          <w:lang w:val="de-DE"/>
        </w:rPr>
        <w:t>s. 25.</w:t>
      </w:r>
      <w:r w:rsidRPr="001C1414">
        <w:rPr>
          <w:sz w:val="16"/>
          <w:szCs w:val="16"/>
          <w:lang w:val="de-DE"/>
        </w:rPr>
        <w:br/>
        <w:t xml:space="preserve">82  </w:t>
      </w:r>
      <w:proofErr w:type="spellStart"/>
      <w:r w:rsidRPr="001C1414">
        <w:rPr>
          <w:sz w:val="16"/>
          <w:szCs w:val="16"/>
          <w:lang w:val="de-DE"/>
        </w:rPr>
        <w:t>Bunlar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arasında</w:t>
      </w:r>
      <w:proofErr w:type="spellEnd"/>
      <w:r w:rsidRPr="001C1414">
        <w:rPr>
          <w:sz w:val="16"/>
          <w:szCs w:val="16"/>
          <w:lang w:val="de-DE"/>
        </w:rPr>
        <w:t xml:space="preserve"> “</w:t>
      </w:r>
      <w:proofErr w:type="spellStart"/>
      <w:r w:rsidRPr="001C1414">
        <w:rPr>
          <w:sz w:val="16"/>
          <w:szCs w:val="16"/>
          <w:lang w:val="de-DE"/>
        </w:rPr>
        <w:t>merhamet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cinayetleri</w:t>
      </w:r>
      <w:proofErr w:type="spellEnd"/>
      <w:r w:rsidRPr="001C1414">
        <w:rPr>
          <w:sz w:val="16"/>
          <w:szCs w:val="16"/>
          <w:lang w:val="de-DE"/>
        </w:rPr>
        <w:t xml:space="preserve">”, </w:t>
      </w:r>
      <w:proofErr w:type="spellStart"/>
      <w:r w:rsidRPr="001C1414">
        <w:rPr>
          <w:sz w:val="16"/>
          <w:szCs w:val="16"/>
          <w:lang w:val="de-DE"/>
        </w:rPr>
        <w:t>bebek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öldürme</w:t>
      </w:r>
      <w:proofErr w:type="spellEnd"/>
      <w:r w:rsidRPr="001C1414">
        <w:rPr>
          <w:sz w:val="16"/>
          <w:szCs w:val="16"/>
          <w:lang w:val="de-DE"/>
        </w:rPr>
        <w:t>, “</w:t>
      </w:r>
      <w:proofErr w:type="spellStart"/>
      <w:r w:rsidRPr="001C1414">
        <w:rPr>
          <w:sz w:val="16"/>
          <w:szCs w:val="16"/>
          <w:lang w:val="de-DE"/>
        </w:rPr>
        <w:t>ruhların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ele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geçirdiği</w:t>
      </w:r>
      <w:proofErr w:type="spellEnd"/>
      <w:r w:rsidRPr="001C1414">
        <w:rPr>
          <w:sz w:val="16"/>
          <w:szCs w:val="16"/>
          <w:lang w:val="de-DE"/>
        </w:rPr>
        <w:t xml:space="preserve">” </w:t>
      </w:r>
      <w:proofErr w:type="spellStart"/>
      <w:r w:rsidRPr="001C1414">
        <w:rPr>
          <w:sz w:val="16"/>
          <w:szCs w:val="16"/>
          <w:lang w:val="de-DE"/>
        </w:rPr>
        <w:t>suçlamaları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beslenme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gıda</w:t>
      </w:r>
      <w:proofErr w:type="spellEnd"/>
      <w:r w:rsidR="000B4DC7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kısıtlamaları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yer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almaktadır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Engelli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Kişilerin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Hakları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Komitesi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7E245E">
        <w:rPr>
          <w:rFonts w:ascii="Cambria" w:hAnsi="Cambria" w:cs="Times New Roman"/>
          <w:color w:val="000000"/>
          <w:sz w:val="16"/>
          <w:szCs w:val="16"/>
        </w:rPr>
        <w:t>G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 xml:space="preserve">eneral </w:t>
      </w:r>
      <w:r w:rsidR="007E245E">
        <w:rPr>
          <w:rFonts w:ascii="Cambria" w:hAnsi="Cambria" w:cs="Times New Roman"/>
          <w:color w:val="000000"/>
          <w:sz w:val="16"/>
          <w:szCs w:val="16"/>
        </w:rPr>
        <w:t>Co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mment</w:t>
      </w:r>
      <w:r w:rsidR="007E245E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7E245E" w:rsidRPr="007E245E">
        <w:rPr>
          <w:rFonts w:ascii="Cambria" w:hAnsi="Cambria" w:cs="Times New Roman"/>
          <w:color w:val="000000"/>
          <w:sz w:val="16"/>
          <w:szCs w:val="16"/>
        </w:rPr>
        <w:t>No. 3 (2016),</w:t>
      </w:r>
      <w:r w:rsidR="007E245E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para</w:t>
      </w:r>
      <w:proofErr w:type="spellEnd"/>
      <w:r w:rsidRPr="001C1414">
        <w:rPr>
          <w:sz w:val="16"/>
          <w:szCs w:val="16"/>
          <w:lang w:val="de-DE"/>
        </w:rPr>
        <w:t>. 36.</w:t>
      </w:r>
      <w:r w:rsidRPr="001C1414">
        <w:rPr>
          <w:sz w:val="16"/>
          <w:szCs w:val="16"/>
          <w:lang w:val="de-DE"/>
        </w:rPr>
        <w:br/>
        <w:t xml:space="preserve">83  </w:t>
      </w:r>
      <w:proofErr w:type="spellStart"/>
      <w:r w:rsidRPr="001C1414">
        <w:rPr>
          <w:sz w:val="16"/>
          <w:szCs w:val="16"/>
          <w:lang w:val="de-DE"/>
        </w:rPr>
        <w:t>Engelli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Kişilerin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Hakları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Komitesi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proofErr w:type="spellStart"/>
      <w:r w:rsidR="007E245E">
        <w:rPr>
          <w:sz w:val="16"/>
          <w:szCs w:val="16"/>
          <w:lang w:val="de-DE"/>
        </w:rPr>
        <w:t>G</w:t>
      </w:r>
      <w:r w:rsidRPr="001C1414">
        <w:rPr>
          <w:sz w:val="16"/>
          <w:szCs w:val="16"/>
          <w:lang w:val="de-DE"/>
        </w:rPr>
        <w:t>enel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="007E245E">
        <w:rPr>
          <w:sz w:val="16"/>
          <w:szCs w:val="16"/>
          <w:lang w:val="de-DE"/>
        </w:rPr>
        <w:t>Y</w:t>
      </w:r>
      <w:r w:rsidRPr="001C1414">
        <w:rPr>
          <w:sz w:val="16"/>
          <w:szCs w:val="16"/>
          <w:lang w:val="de-DE"/>
        </w:rPr>
        <w:t>orum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No</w:t>
      </w:r>
      <w:proofErr w:type="spellEnd"/>
      <w:r w:rsidRPr="001C1414">
        <w:rPr>
          <w:sz w:val="16"/>
          <w:szCs w:val="16"/>
          <w:lang w:val="de-DE"/>
        </w:rPr>
        <w:t xml:space="preserve">. 3 (2016), </w:t>
      </w:r>
      <w:proofErr w:type="spellStart"/>
      <w:r w:rsidRPr="001C1414">
        <w:rPr>
          <w:sz w:val="16"/>
          <w:szCs w:val="16"/>
          <w:lang w:val="de-DE"/>
        </w:rPr>
        <w:t>para</w:t>
      </w:r>
      <w:proofErr w:type="spellEnd"/>
      <w:r w:rsidRPr="001C1414">
        <w:rPr>
          <w:sz w:val="16"/>
          <w:szCs w:val="16"/>
          <w:lang w:val="de-DE"/>
        </w:rPr>
        <w:t>. 36.</w:t>
      </w:r>
      <w:r w:rsidRPr="001C1414">
        <w:rPr>
          <w:sz w:val="16"/>
          <w:szCs w:val="16"/>
          <w:lang w:val="de-DE"/>
        </w:rPr>
        <w:br/>
        <w:t xml:space="preserve">84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Grubu'nun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istişareleri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sırasında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ifade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edilen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görüşler</w:t>
      </w:r>
      <w:proofErr w:type="spellEnd"/>
      <w:r w:rsidRPr="001C1414">
        <w:rPr>
          <w:sz w:val="16"/>
          <w:szCs w:val="16"/>
          <w:lang w:val="de-DE"/>
        </w:rPr>
        <w:t>.</w:t>
      </w:r>
      <w:r w:rsidRPr="007C2F06">
        <w:rPr>
          <w:sz w:val="16"/>
          <w:szCs w:val="16"/>
          <w:highlight w:val="cyan"/>
          <w:lang w:val="de-DE"/>
        </w:rPr>
        <w:br/>
      </w:r>
    </w:p>
    <w:p w14:paraId="5E074E7D" w14:textId="77777777" w:rsidR="007C2F06" w:rsidRDefault="007C2F06" w:rsidP="007C2F06">
      <w:pPr>
        <w:spacing w:after="0"/>
        <w:rPr>
          <w:b/>
          <w:bCs/>
          <w:sz w:val="20"/>
          <w:szCs w:val="20"/>
          <w:lang w:val="de-DE"/>
        </w:rPr>
      </w:pPr>
    </w:p>
    <w:p w14:paraId="5A4C8D19" w14:textId="77777777" w:rsidR="002D6851" w:rsidRPr="007C2F06" w:rsidRDefault="002D6851" w:rsidP="007C2F06">
      <w:pPr>
        <w:spacing w:after="0"/>
        <w:rPr>
          <w:b/>
          <w:bCs/>
          <w:sz w:val="20"/>
          <w:szCs w:val="20"/>
          <w:lang w:val="de-DE"/>
        </w:rPr>
      </w:pPr>
    </w:p>
    <w:p w14:paraId="040C5BA2" w14:textId="77777777" w:rsidR="002D6851" w:rsidRDefault="007C2F06" w:rsidP="00C152A5">
      <w:pPr>
        <w:spacing w:after="0"/>
        <w:jc w:val="both"/>
        <w:rPr>
          <w:sz w:val="20"/>
          <w:szCs w:val="20"/>
          <w:lang w:val="de-DE"/>
        </w:rPr>
      </w:pPr>
      <w:proofErr w:type="spellStart"/>
      <w:r w:rsidRPr="007C2F06">
        <w:rPr>
          <w:sz w:val="20"/>
          <w:szCs w:val="20"/>
          <w:lang w:val="de-DE"/>
        </w:rPr>
        <w:lastRenderedPageBreak/>
        <w:t>Örneğin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Avustralya'da</w:t>
      </w:r>
      <w:proofErr w:type="spellEnd"/>
      <w:r w:rsidRPr="007C2F06">
        <w:rPr>
          <w:sz w:val="20"/>
          <w:szCs w:val="20"/>
          <w:lang w:val="de-DE"/>
        </w:rPr>
        <w:t xml:space="preserve">, 600.000 </w:t>
      </w:r>
      <w:proofErr w:type="spellStart"/>
      <w:r w:rsidRPr="007C2F06">
        <w:rPr>
          <w:sz w:val="20"/>
          <w:szCs w:val="20"/>
          <w:lang w:val="de-DE"/>
        </w:rPr>
        <w:t>engelliye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ilerici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politika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Ulusal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Engellilik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Sigorta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Programı'na</w:t>
      </w:r>
      <w:proofErr w:type="spellEnd"/>
      <w:r w:rsidRPr="007C2F06">
        <w:rPr>
          <w:sz w:val="20"/>
          <w:szCs w:val="20"/>
          <w:lang w:val="de-DE"/>
        </w:rPr>
        <w:t xml:space="preserve"> (85) </w:t>
      </w:r>
      <w:proofErr w:type="spellStart"/>
      <w:r w:rsidRPr="007C2F06">
        <w:rPr>
          <w:sz w:val="20"/>
          <w:szCs w:val="20"/>
          <w:lang w:val="de-DE"/>
        </w:rPr>
        <w:t>katılanların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sadece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yüzde</w:t>
      </w:r>
      <w:proofErr w:type="spellEnd"/>
      <w:r w:rsidRPr="007C2F06">
        <w:rPr>
          <w:sz w:val="20"/>
          <w:szCs w:val="20"/>
          <w:lang w:val="de-DE"/>
        </w:rPr>
        <w:t xml:space="preserve"> 37'si </w:t>
      </w:r>
      <w:proofErr w:type="spellStart"/>
      <w:r w:rsidRPr="007C2F06">
        <w:rPr>
          <w:sz w:val="20"/>
          <w:szCs w:val="20"/>
          <w:lang w:val="de-DE"/>
        </w:rPr>
        <w:t>kadın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kız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çocuklarıdır</w:t>
      </w:r>
      <w:proofErr w:type="spellEnd"/>
      <w:r w:rsidRPr="007C2F06">
        <w:rPr>
          <w:sz w:val="20"/>
          <w:szCs w:val="20"/>
          <w:lang w:val="de-DE"/>
        </w:rPr>
        <w:t xml:space="preserve">. (86) </w:t>
      </w:r>
      <w:proofErr w:type="spellStart"/>
      <w:r w:rsidRPr="007C2F06">
        <w:rPr>
          <w:sz w:val="20"/>
          <w:szCs w:val="20"/>
          <w:lang w:val="de-DE"/>
        </w:rPr>
        <w:t>Engellilik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hizmetlerine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erişimde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cinsiyet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uçurumu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kırsal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alanlarda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yaşayanlar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daha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belirgindir</w:t>
      </w:r>
      <w:proofErr w:type="spellEnd"/>
      <w:r w:rsidRPr="007C2F06">
        <w:rPr>
          <w:sz w:val="20"/>
          <w:szCs w:val="20"/>
          <w:lang w:val="de-DE"/>
        </w:rPr>
        <w:t>.</w:t>
      </w:r>
      <w:r>
        <w:rPr>
          <w:sz w:val="20"/>
          <w:szCs w:val="20"/>
          <w:lang w:val="de-DE"/>
        </w:rPr>
        <w:t xml:space="preserve"> </w:t>
      </w:r>
    </w:p>
    <w:p w14:paraId="2880966E" w14:textId="77777777" w:rsidR="002D6851" w:rsidRDefault="002D6851" w:rsidP="00C152A5">
      <w:pPr>
        <w:spacing w:after="0"/>
        <w:jc w:val="both"/>
        <w:rPr>
          <w:sz w:val="20"/>
          <w:szCs w:val="20"/>
          <w:lang w:val="de-DE"/>
        </w:rPr>
      </w:pPr>
    </w:p>
    <w:p w14:paraId="2FE53C31" w14:textId="1BF84762" w:rsidR="007C2F06" w:rsidRDefault="002D6851" w:rsidP="00C152A5">
      <w:pPr>
        <w:spacing w:after="0"/>
        <w:jc w:val="both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 xml:space="preserve">28. </w:t>
      </w:r>
      <w:proofErr w:type="spellStart"/>
      <w:r w:rsidR="000C7284" w:rsidRPr="007C2F06">
        <w:rPr>
          <w:sz w:val="20"/>
          <w:szCs w:val="20"/>
          <w:lang w:val="de-DE"/>
        </w:rPr>
        <w:t>Engelli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kadın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kız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çocuklarının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destek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ihtiyaçlarının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belirlenmesinde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cinsiyet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önyargısı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desteğe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erişimin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önünde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engel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oluşturmaktadır</w:t>
      </w:r>
      <w:proofErr w:type="spellEnd"/>
      <w:r w:rsidR="000C7284" w:rsidRPr="007C2F06">
        <w:rPr>
          <w:sz w:val="20"/>
          <w:szCs w:val="20"/>
          <w:lang w:val="de-DE"/>
        </w:rPr>
        <w:t>.</w:t>
      </w:r>
      <w:r w:rsidR="00C6718C" w:rsidRPr="007C2F06">
        <w:rPr>
          <w:sz w:val="20"/>
          <w:szCs w:val="20"/>
          <w:lang w:val="de-DE"/>
        </w:rPr>
        <w:t xml:space="preserve"> </w:t>
      </w:r>
      <w:r w:rsidR="00DC58F1" w:rsidRPr="007C2F06">
        <w:rPr>
          <w:sz w:val="20"/>
          <w:szCs w:val="20"/>
          <w:lang w:val="de-DE"/>
        </w:rPr>
        <w:t>(</w:t>
      </w:r>
      <w:r w:rsidR="000C7284" w:rsidRPr="007C2F06">
        <w:rPr>
          <w:sz w:val="20"/>
          <w:szCs w:val="20"/>
          <w:lang w:val="de-DE"/>
        </w:rPr>
        <w:t>87</w:t>
      </w:r>
      <w:r w:rsidR="00DC58F1" w:rsidRPr="007C2F06">
        <w:rPr>
          <w:sz w:val="20"/>
          <w:szCs w:val="20"/>
          <w:lang w:val="de-DE"/>
        </w:rPr>
        <w:t>)</w:t>
      </w:r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Cinsiyete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göre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ayrıştırılmış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verilerin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eksikliği</w:t>
      </w:r>
      <w:proofErr w:type="spellEnd"/>
      <w:r w:rsidR="000C7284" w:rsidRPr="007C2F06">
        <w:rPr>
          <w:sz w:val="20"/>
          <w:szCs w:val="20"/>
          <w:lang w:val="de-DE"/>
        </w:rPr>
        <w:t>,</w:t>
      </w:r>
      <w:r w:rsid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cinsiyete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özgü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ihtiyaçların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sonuçların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belirlenmesi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ele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alınması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çabalarını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engellemektedir</w:t>
      </w:r>
      <w:proofErr w:type="spellEnd"/>
      <w:r w:rsidR="000C7284" w:rsidRPr="007C2F06">
        <w:rPr>
          <w:sz w:val="20"/>
          <w:szCs w:val="20"/>
          <w:lang w:val="de-DE"/>
        </w:rPr>
        <w:t xml:space="preserve">. </w:t>
      </w:r>
      <w:proofErr w:type="spellStart"/>
      <w:r w:rsidR="000C7284" w:rsidRPr="007C2F06">
        <w:rPr>
          <w:sz w:val="20"/>
          <w:szCs w:val="20"/>
          <w:lang w:val="de-DE"/>
        </w:rPr>
        <w:t>Örneğin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otistik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kızların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yaklaşık</w:t>
      </w:r>
      <w:proofErr w:type="spellEnd"/>
      <w:r w:rsidR="000C7284" w:rsidRPr="007C2F06">
        <w:rPr>
          <w:sz w:val="20"/>
          <w:szCs w:val="20"/>
          <w:lang w:val="de-DE"/>
        </w:rPr>
        <w:t xml:space="preserve"> %80'i 18 </w:t>
      </w:r>
      <w:proofErr w:type="spellStart"/>
      <w:r w:rsidR="000C7284" w:rsidRPr="007C2F06">
        <w:rPr>
          <w:sz w:val="20"/>
          <w:szCs w:val="20"/>
          <w:lang w:val="de-DE"/>
        </w:rPr>
        <w:t>yaşına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kadar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teşhis</w:t>
      </w:r>
      <w:proofErr w:type="spellEnd"/>
      <w:r w:rsidR="00D649C5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edilememektedir</w:t>
      </w:r>
      <w:proofErr w:type="spellEnd"/>
      <w:r w:rsidR="000C7284" w:rsidRPr="007C2F06">
        <w:rPr>
          <w:sz w:val="20"/>
          <w:szCs w:val="20"/>
          <w:lang w:val="de-DE"/>
        </w:rPr>
        <w:t>. (88)</w:t>
      </w:r>
      <w:r w:rsidR="00BF581C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Otistik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bireyler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özellikle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kadınlar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ve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cinsiyet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çeşitliliği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olan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kişiler</w:t>
      </w:r>
      <w:proofErr w:type="spellEnd"/>
      <w:r w:rsidR="000C7284" w:rsidRPr="007C2F06">
        <w:rPr>
          <w:sz w:val="20"/>
          <w:szCs w:val="20"/>
          <w:lang w:val="de-DE"/>
        </w:rPr>
        <w:t xml:space="preserve">, </w:t>
      </w:r>
      <w:proofErr w:type="spellStart"/>
      <w:r w:rsidR="000C7284" w:rsidRPr="007C2F06">
        <w:rPr>
          <w:sz w:val="20"/>
          <w:szCs w:val="20"/>
          <w:lang w:val="de-DE"/>
        </w:rPr>
        <w:t>sistemdeki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B24E0D" w:rsidRPr="007C2F06">
        <w:rPr>
          <w:sz w:val="20"/>
          <w:szCs w:val="20"/>
          <w:lang w:val="de-DE"/>
        </w:rPr>
        <w:t>toplumsal</w:t>
      </w:r>
      <w:proofErr w:type="spellEnd"/>
      <w:r w:rsidR="00B24E0D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cinsiyet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önyargısı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nedeniyle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sağlık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hizmetlerine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erişimde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önemli</w:t>
      </w:r>
      <w:proofErr w:type="spellEnd"/>
      <w:r w:rsidR="00D649C5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engellerle</w:t>
      </w:r>
      <w:proofErr w:type="spellEnd"/>
      <w:r w:rsidR="000C7284" w:rsidRPr="007C2F06">
        <w:rPr>
          <w:sz w:val="20"/>
          <w:szCs w:val="20"/>
          <w:lang w:val="de-DE"/>
        </w:rPr>
        <w:t xml:space="preserve"> </w:t>
      </w:r>
      <w:proofErr w:type="spellStart"/>
      <w:r w:rsidR="000C7284" w:rsidRPr="007C2F06">
        <w:rPr>
          <w:sz w:val="20"/>
          <w:szCs w:val="20"/>
          <w:lang w:val="de-DE"/>
        </w:rPr>
        <w:t>karşılaşmaktadır</w:t>
      </w:r>
      <w:proofErr w:type="spellEnd"/>
      <w:r w:rsidR="000C7284" w:rsidRPr="007C2F06">
        <w:rPr>
          <w:sz w:val="20"/>
          <w:szCs w:val="20"/>
          <w:lang w:val="de-DE"/>
        </w:rPr>
        <w:t>.</w:t>
      </w:r>
    </w:p>
    <w:p w14:paraId="61E090B0" w14:textId="78960FB3" w:rsidR="00D649C5" w:rsidRPr="007C2F06" w:rsidRDefault="000C7284" w:rsidP="00C152A5">
      <w:pPr>
        <w:spacing w:after="0"/>
        <w:jc w:val="both"/>
        <w:rPr>
          <w:sz w:val="20"/>
          <w:szCs w:val="20"/>
          <w:lang w:val="de-DE"/>
        </w:rPr>
      </w:pPr>
      <w:r w:rsidRPr="007C2F06">
        <w:rPr>
          <w:sz w:val="20"/>
          <w:szCs w:val="20"/>
          <w:lang w:val="de-DE"/>
        </w:rPr>
        <w:br/>
        <w:t xml:space="preserve">29.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sorumluluklarını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yalnızca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yüklemek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br/>
      </w:r>
      <w:proofErr w:type="spellStart"/>
      <w:r w:rsidRPr="007C2F06">
        <w:rPr>
          <w:sz w:val="20"/>
          <w:szCs w:val="20"/>
          <w:lang w:val="de-DE"/>
        </w:rPr>
        <w:t>duyan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zedelemektedir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verenlerin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dinlenmelerini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kendilerine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bakmak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zaman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ayırmalarını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engellemek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sadece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verenlerin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sağlığını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refahını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değil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aynı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zamanda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sağlayabilecekleri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kalitesini</w:t>
      </w:r>
      <w:proofErr w:type="spellEnd"/>
      <w:r w:rsidRPr="007C2F06">
        <w:rPr>
          <w:sz w:val="20"/>
          <w:szCs w:val="20"/>
          <w:lang w:val="de-DE"/>
        </w:rPr>
        <w:t xml:space="preserve"> de </w:t>
      </w:r>
      <w:proofErr w:type="spellStart"/>
      <w:r w:rsidRPr="007C2F06">
        <w:rPr>
          <w:sz w:val="20"/>
          <w:szCs w:val="20"/>
          <w:lang w:val="de-DE"/>
        </w:rPr>
        <w:t>zedelemektedir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Bu</w:t>
      </w:r>
      <w:proofErr w:type="spellEnd"/>
      <w:r w:rsidRPr="007C2F06">
        <w:rPr>
          <w:sz w:val="20"/>
          <w:szCs w:val="20"/>
          <w:lang w:val="de-DE"/>
        </w:rPr>
        <w:t xml:space="preserve"> durum,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verenlerin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destekledikleri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ihmal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edilmesine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istismara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uğramasına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yol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açabilir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verenlerin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istihdam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geçim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kaynaklarından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mahrum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bırakılması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hanenin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yoksullaşmasına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yol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açabilir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Bakıcıların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kendileri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olduğunda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bu</w:t>
      </w:r>
      <w:proofErr w:type="spellEnd"/>
      <w:r w:rsidRPr="007C2F06">
        <w:rPr>
          <w:sz w:val="20"/>
          <w:szCs w:val="20"/>
          <w:lang w:val="de-DE"/>
        </w:rPr>
        <w:t xml:space="preserve"> durum </w:t>
      </w:r>
      <w:proofErr w:type="spellStart"/>
      <w:r w:rsidRPr="007C2F06">
        <w:rPr>
          <w:sz w:val="20"/>
          <w:szCs w:val="20"/>
          <w:lang w:val="de-DE"/>
        </w:rPr>
        <w:t>daha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kötüleşebilir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Ayrıca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onlara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damgalanır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dışlanır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savunucuları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bakıcı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olarak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aile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bakıcılarının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"hem </w:t>
      </w:r>
      <w:proofErr w:type="spellStart"/>
      <w:r w:rsidRPr="007C2F06">
        <w:rPr>
          <w:sz w:val="20"/>
          <w:szCs w:val="20"/>
          <w:lang w:val="de-DE"/>
        </w:rPr>
        <w:t>engelli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hareketinin</w:t>
      </w:r>
      <w:proofErr w:type="spellEnd"/>
      <w:r w:rsidRPr="007C2F06">
        <w:rPr>
          <w:sz w:val="20"/>
          <w:szCs w:val="20"/>
          <w:lang w:val="de-DE"/>
        </w:rPr>
        <w:t xml:space="preserve"> hem de </w:t>
      </w:r>
      <w:proofErr w:type="spellStart"/>
      <w:r w:rsidRPr="007C2F06">
        <w:rPr>
          <w:sz w:val="20"/>
          <w:szCs w:val="20"/>
          <w:lang w:val="de-DE"/>
        </w:rPr>
        <w:t>kadın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hareketinin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çatlakları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arasında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kaldığını</w:t>
      </w:r>
      <w:proofErr w:type="spellEnd"/>
      <w:r w:rsidRPr="007C2F06">
        <w:rPr>
          <w:sz w:val="20"/>
          <w:szCs w:val="20"/>
          <w:lang w:val="de-DE"/>
        </w:rPr>
        <w:t xml:space="preserve">" </w:t>
      </w:r>
      <w:proofErr w:type="spellStart"/>
      <w:r w:rsidRPr="007C2F06">
        <w:rPr>
          <w:sz w:val="20"/>
          <w:szCs w:val="20"/>
          <w:lang w:val="de-DE"/>
        </w:rPr>
        <w:t>vurgulamıştır</w:t>
      </w:r>
      <w:proofErr w:type="spellEnd"/>
      <w:r w:rsidRPr="007C2F06">
        <w:rPr>
          <w:sz w:val="20"/>
          <w:szCs w:val="20"/>
          <w:lang w:val="de-DE"/>
        </w:rPr>
        <w:t>.</w:t>
      </w:r>
    </w:p>
    <w:p w14:paraId="018BD30B" w14:textId="77777777" w:rsidR="008F2661" w:rsidRPr="007C2F06" w:rsidRDefault="000C7284" w:rsidP="00C152A5">
      <w:pPr>
        <w:spacing w:after="0"/>
        <w:jc w:val="both"/>
        <w:rPr>
          <w:b/>
          <w:bCs/>
          <w:sz w:val="20"/>
          <w:szCs w:val="20"/>
          <w:lang w:val="de-DE"/>
        </w:rPr>
      </w:pPr>
      <w:r w:rsidRPr="007C2F06">
        <w:rPr>
          <w:sz w:val="20"/>
          <w:szCs w:val="20"/>
          <w:lang w:val="de-DE"/>
        </w:rPr>
        <w:br/>
      </w:r>
      <w:r w:rsidRPr="007C2F06">
        <w:rPr>
          <w:b/>
          <w:bCs/>
          <w:sz w:val="20"/>
          <w:szCs w:val="20"/>
          <w:lang w:val="de-DE"/>
        </w:rPr>
        <w:t>B.</w:t>
      </w:r>
      <w:r w:rsidR="008F2661" w:rsidRP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Yaşlı</w:t>
      </w:r>
      <w:proofErr w:type="spellEnd"/>
      <w:r w:rsidRPr="007C2F0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7C2F06">
        <w:rPr>
          <w:b/>
          <w:bCs/>
          <w:sz w:val="20"/>
          <w:szCs w:val="20"/>
          <w:lang w:val="de-DE"/>
        </w:rPr>
        <w:t>kadınlar</w:t>
      </w:r>
      <w:proofErr w:type="spellEnd"/>
    </w:p>
    <w:p w14:paraId="4236C1F1" w14:textId="330FCBAB" w:rsidR="00B17326" w:rsidRDefault="000C7284" w:rsidP="00C152A5">
      <w:pPr>
        <w:spacing w:after="0"/>
        <w:jc w:val="both"/>
        <w:rPr>
          <w:sz w:val="20"/>
          <w:szCs w:val="20"/>
          <w:lang w:val="de-DE"/>
        </w:rPr>
      </w:pPr>
      <w:r w:rsidRPr="007C2F06">
        <w:rPr>
          <w:b/>
          <w:bCs/>
          <w:sz w:val="20"/>
          <w:szCs w:val="20"/>
          <w:lang w:val="de-DE"/>
        </w:rPr>
        <w:br/>
      </w:r>
      <w:r w:rsidRPr="007C2F06">
        <w:rPr>
          <w:sz w:val="20"/>
          <w:szCs w:val="20"/>
          <w:lang w:val="de-DE"/>
        </w:rPr>
        <w:t xml:space="preserve">30.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duyan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birçok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başkalarına</w:t>
      </w:r>
      <w:proofErr w:type="spellEnd"/>
      <w:r w:rsidRPr="007C2F06">
        <w:rPr>
          <w:sz w:val="20"/>
          <w:szCs w:val="20"/>
          <w:lang w:val="de-DE"/>
        </w:rPr>
        <w:t xml:space="preserve"> da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br/>
      </w:r>
      <w:proofErr w:type="spellStart"/>
      <w:r w:rsidRPr="007C2F06">
        <w:rPr>
          <w:sz w:val="20"/>
          <w:szCs w:val="20"/>
          <w:lang w:val="de-DE"/>
        </w:rPr>
        <w:t>sağlar</w:t>
      </w:r>
      <w:proofErr w:type="spellEnd"/>
      <w:r w:rsidRPr="007C2F06">
        <w:rPr>
          <w:sz w:val="20"/>
          <w:szCs w:val="20"/>
          <w:lang w:val="de-DE"/>
        </w:rPr>
        <w:t>.</w:t>
      </w:r>
      <w:r w:rsidR="003B6D54" w:rsidRPr="007C2F06">
        <w:rPr>
          <w:sz w:val="20"/>
          <w:szCs w:val="20"/>
          <w:lang w:val="de-DE"/>
        </w:rPr>
        <w:t xml:space="preserve"> (</w:t>
      </w:r>
      <w:r w:rsidRPr="007C2F06">
        <w:rPr>
          <w:sz w:val="20"/>
          <w:szCs w:val="20"/>
          <w:lang w:val="de-DE"/>
        </w:rPr>
        <w:t>89</w:t>
      </w:r>
      <w:r w:rsidR="003B6D54" w:rsidRPr="007C2F06">
        <w:rPr>
          <w:sz w:val="20"/>
          <w:szCs w:val="20"/>
          <w:lang w:val="de-DE"/>
        </w:rPr>
        <w:t>)</w:t>
      </w:r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Birçok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ülkede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torunların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bakımını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öncelikle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büyükanneler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üstlenir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r w:rsidR="008C7727" w:rsidRPr="007C2F06">
        <w:rPr>
          <w:sz w:val="20"/>
          <w:szCs w:val="20"/>
          <w:lang w:val="de-DE"/>
        </w:rPr>
        <w:t>(</w:t>
      </w:r>
      <w:r w:rsidRPr="007C2F06">
        <w:rPr>
          <w:sz w:val="20"/>
          <w:szCs w:val="20"/>
          <w:lang w:val="de-DE"/>
        </w:rPr>
        <w:t>90</w:t>
      </w:r>
      <w:r w:rsidR="008C7727" w:rsidRPr="007C2F06">
        <w:rPr>
          <w:sz w:val="20"/>
          <w:szCs w:val="20"/>
          <w:lang w:val="de-DE"/>
        </w:rPr>
        <w:t>)</w:t>
      </w:r>
      <w:r w:rsidR="0074527E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Kamu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br/>
      </w:r>
      <w:proofErr w:type="spellStart"/>
      <w:r w:rsidRPr="007C2F06">
        <w:rPr>
          <w:sz w:val="20"/>
          <w:szCs w:val="20"/>
          <w:lang w:val="de-DE"/>
        </w:rPr>
        <w:t>hizmetlerinin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ciddi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şekilde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yetersiz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olduğu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Afrika'nın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bazı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bölgelerinde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genellikle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yetim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>/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hasta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aile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üyeleriyle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HIV'li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kişilere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bakar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r w:rsidR="00B57A21" w:rsidRPr="007C2F06">
        <w:rPr>
          <w:sz w:val="20"/>
          <w:szCs w:val="20"/>
          <w:lang w:val="de-DE"/>
        </w:rPr>
        <w:t>(</w:t>
      </w:r>
      <w:r w:rsidRPr="007C2F06">
        <w:rPr>
          <w:sz w:val="20"/>
          <w:szCs w:val="20"/>
          <w:lang w:val="de-DE"/>
        </w:rPr>
        <w:t>91</w:t>
      </w:r>
      <w:r w:rsidR="00B57A21" w:rsidRPr="007C2F06">
        <w:rPr>
          <w:sz w:val="20"/>
          <w:szCs w:val="20"/>
          <w:lang w:val="de-DE"/>
        </w:rPr>
        <w:t>)</w:t>
      </w:r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Bununla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birlikte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kendileri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için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desteğe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erişimde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zorluklarla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karşılaşır</w:t>
      </w:r>
      <w:proofErr w:type="spellEnd"/>
      <w:r w:rsidRPr="007C2F06">
        <w:rPr>
          <w:sz w:val="20"/>
          <w:szCs w:val="20"/>
          <w:lang w:val="de-DE"/>
        </w:rPr>
        <w:t xml:space="preserve">. </w:t>
      </w:r>
      <w:proofErr w:type="spellStart"/>
      <w:r w:rsidRPr="007C2F06">
        <w:rPr>
          <w:sz w:val="20"/>
          <w:szCs w:val="20"/>
          <w:lang w:val="de-DE"/>
        </w:rPr>
        <w:t>Cinsiyetler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arası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gelir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farkı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emekli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maaşları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birikimlerde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fark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yaratmakta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arasında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yoksulluğu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artırmaktadır</w:t>
      </w:r>
      <w:proofErr w:type="spellEnd"/>
      <w:r w:rsidRPr="007C2F06">
        <w:rPr>
          <w:sz w:val="20"/>
          <w:szCs w:val="20"/>
          <w:lang w:val="de-DE"/>
        </w:rPr>
        <w:t>.</w:t>
      </w:r>
      <w:r w:rsidR="008F2661" w:rsidRPr="007C2F06">
        <w:rPr>
          <w:sz w:val="20"/>
          <w:szCs w:val="20"/>
          <w:lang w:val="de-DE"/>
        </w:rPr>
        <w:t xml:space="preserve"> </w:t>
      </w:r>
      <w:r w:rsidRPr="007C2F06">
        <w:rPr>
          <w:sz w:val="20"/>
          <w:szCs w:val="20"/>
          <w:lang w:val="de-DE"/>
        </w:rPr>
        <w:t xml:space="preserve">(92) </w:t>
      </w:r>
      <w:proofErr w:type="spellStart"/>
      <w:r w:rsidRPr="007C2F06">
        <w:rPr>
          <w:sz w:val="20"/>
          <w:szCs w:val="20"/>
          <w:lang w:val="de-DE"/>
        </w:rPr>
        <w:t>Birçok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ülkede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kamu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tarafından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sağlanan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uzun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süreli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hizmetleri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herkese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sunulmamakta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>/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kaliteli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olmamaktadır</w:t>
      </w:r>
      <w:proofErr w:type="spellEnd"/>
      <w:r w:rsidRPr="007C2F06">
        <w:rPr>
          <w:sz w:val="20"/>
          <w:szCs w:val="20"/>
          <w:lang w:val="de-DE"/>
        </w:rPr>
        <w:t>.</w:t>
      </w:r>
      <w:r w:rsidR="007374B0" w:rsidRPr="007C2F06">
        <w:rPr>
          <w:sz w:val="20"/>
          <w:szCs w:val="20"/>
          <w:lang w:val="de-DE"/>
        </w:rPr>
        <w:t xml:space="preserve"> (</w:t>
      </w:r>
      <w:r w:rsidRPr="007C2F06">
        <w:rPr>
          <w:sz w:val="20"/>
          <w:szCs w:val="20"/>
          <w:lang w:val="de-DE"/>
        </w:rPr>
        <w:t>93</w:t>
      </w:r>
      <w:r w:rsidR="007374B0" w:rsidRPr="007C2F06">
        <w:rPr>
          <w:sz w:val="20"/>
          <w:szCs w:val="20"/>
          <w:lang w:val="de-DE"/>
        </w:rPr>
        <w:t>)</w:t>
      </w:r>
      <w:r w:rsidRPr="007C2F06">
        <w:rPr>
          <w:sz w:val="20"/>
          <w:szCs w:val="20"/>
          <w:lang w:val="de-DE"/>
        </w:rPr>
        <w:t xml:space="preserve"> </w:t>
      </w:r>
    </w:p>
    <w:p w14:paraId="132AB094" w14:textId="16C1E4B1" w:rsidR="007C2F06" w:rsidRPr="001C1414" w:rsidRDefault="001C1414" w:rsidP="00B17326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  <w:r w:rsidR="000C7284" w:rsidRPr="003B2022">
        <w:rPr>
          <w:lang w:val="de-DE"/>
        </w:rPr>
        <w:br/>
      </w:r>
      <w:r w:rsidR="007C2F06" w:rsidRPr="001C1414">
        <w:rPr>
          <w:sz w:val="16"/>
          <w:szCs w:val="16"/>
          <w:lang w:val="de-DE"/>
        </w:rPr>
        <w:t xml:space="preserve">85  </w:t>
      </w:r>
      <w:proofErr w:type="spellStart"/>
      <w:r w:rsidR="007C2F06" w:rsidRPr="001C1414">
        <w:rPr>
          <w:sz w:val="16"/>
          <w:szCs w:val="16"/>
          <w:lang w:val="de-DE"/>
        </w:rPr>
        <w:t>Bkz</w:t>
      </w:r>
      <w:proofErr w:type="spellEnd"/>
      <w:r w:rsidR="007C2F06" w:rsidRPr="001C1414">
        <w:rPr>
          <w:sz w:val="16"/>
          <w:szCs w:val="16"/>
          <w:lang w:val="de-DE"/>
        </w:rPr>
        <w:t xml:space="preserve">. </w:t>
      </w:r>
      <w:hyperlink r:id="rId45" w:history="1">
        <w:r w:rsidR="00E7071A" w:rsidRPr="00053A21">
          <w:rPr>
            <w:rStyle w:val="Hyperlink"/>
            <w:sz w:val="16"/>
            <w:szCs w:val="16"/>
            <w:lang w:val="de-DE"/>
          </w:rPr>
          <w:t>https://www.ndis.gov.au/understanding/what-ndis</w:t>
        </w:r>
      </w:hyperlink>
      <w:r w:rsidR="007C2F06" w:rsidRPr="001C1414">
        <w:rPr>
          <w:sz w:val="16"/>
          <w:szCs w:val="16"/>
          <w:lang w:val="de-DE"/>
        </w:rPr>
        <w:t>.</w:t>
      </w:r>
      <w:r w:rsidR="00E7071A">
        <w:rPr>
          <w:sz w:val="16"/>
          <w:szCs w:val="16"/>
          <w:lang w:val="de-DE"/>
        </w:rPr>
        <w:t xml:space="preserve"> </w:t>
      </w:r>
      <w:r w:rsidR="007C2F06" w:rsidRPr="001C1414">
        <w:rPr>
          <w:sz w:val="16"/>
          <w:szCs w:val="16"/>
          <w:lang w:val="de-DE"/>
        </w:rPr>
        <w:br/>
        <w:t xml:space="preserve">86  </w:t>
      </w:r>
      <w:proofErr w:type="spellStart"/>
      <w:r w:rsidR="007C2F06" w:rsidRPr="001C1414">
        <w:rPr>
          <w:sz w:val="16"/>
          <w:szCs w:val="16"/>
          <w:lang w:val="de-DE"/>
        </w:rPr>
        <w:t>Bkz</w:t>
      </w:r>
      <w:proofErr w:type="spellEnd"/>
      <w:r w:rsidR="007C2F06" w:rsidRPr="001C1414">
        <w:rPr>
          <w:sz w:val="16"/>
          <w:szCs w:val="16"/>
          <w:lang w:val="de-DE"/>
        </w:rPr>
        <w:t>.</w:t>
      </w:r>
      <w:r w:rsidR="00E7071A">
        <w:rPr>
          <w:sz w:val="16"/>
          <w:szCs w:val="16"/>
          <w:lang w:val="de-DE"/>
        </w:rPr>
        <w:t xml:space="preserve"> </w:t>
      </w:r>
      <w:hyperlink r:id="rId46" w:history="1">
        <w:r w:rsidR="00E7071A" w:rsidRPr="00053A21">
          <w:rPr>
            <w:rStyle w:val="Hyperlink"/>
            <w:sz w:val="16"/>
            <w:szCs w:val="16"/>
            <w:lang w:val="de-DE"/>
          </w:rPr>
          <w:t>https://www.aihw.gov.au/reports/disability/people-with-disability-in-australia/contents/people-with-disability/prevalence-of-disability</w:t>
        </w:r>
      </w:hyperlink>
      <w:r w:rsidR="007C2F06" w:rsidRPr="001C1414">
        <w:rPr>
          <w:sz w:val="16"/>
          <w:szCs w:val="16"/>
          <w:lang w:val="de-DE"/>
        </w:rPr>
        <w:t>.</w:t>
      </w:r>
      <w:r w:rsidR="00E7071A">
        <w:rPr>
          <w:sz w:val="16"/>
          <w:szCs w:val="16"/>
          <w:lang w:val="de-DE"/>
        </w:rPr>
        <w:t xml:space="preserve"> </w:t>
      </w:r>
    </w:p>
    <w:p w14:paraId="75D56802" w14:textId="77777777" w:rsidR="00C50DDB" w:rsidRPr="00C50DDB" w:rsidRDefault="000C7284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1C1414">
        <w:rPr>
          <w:sz w:val="16"/>
          <w:szCs w:val="16"/>
          <w:lang w:val="de-DE"/>
        </w:rPr>
        <w:t xml:space="preserve">87  </w:t>
      </w:r>
      <w:proofErr w:type="spellStart"/>
      <w:r w:rsidRPr="001C1414">
        <w:rPr>
          <w:sz w:val="16"/>
          <w:szCs w:val="16"/>
          <w:lang w:val="de-DE"/>
        </w:rPr>
        <w:t>A.g.e</w:t>
      </w:r>
      <w:proofErr w:type="spellEnd"/>
      <w:r w:rsidRPr="001C1414">
        <w:rPr>
          <w:sz w:val="16"/>
          <w:szCs w:val="16"/>
          <w:lang w:val="de-DE"/>
        </w:rPr>
        <w:t>.</w:t>
      </w:r>
      <w:r w:rsidRPr="001C1414">
        <w:rPr>
          <w:sz w:val="16"/>
          <w:szCs w:val="16"/>
          <w:lang w:val="de-DE"/>
        </w:rPr>
        <w:br/>
        <w:t xml:space="preserve">88  Robert </w:t>
      </w:r>
      <w:proofErr w:type="spellStart"/>
      <w:r w:rsidRPr="001C1414">
        <w:rPr>
          <w:sz w:val="16"/>
          <w:szCs w:val="16"/>
          <w:lang w:val="de-DE"/>
        </w:rPr>
        <w:t>McCrossin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“Finding the true number of females with autistic spectrum disorder by estimating</w:t>
      </w:r>
    </w:p>
    <w:p w14:paraId="5DD0B302" w14:textId="2C30231E" w:rsidR="001C1414" w:rsidRPr="00C50DDB" w:rsidRDefault="00C50DDB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C50DDB">
        <w:rPr>
          <w:rFonts w:ascii="Cambria" w:hAnsi="Cambria" w:cs="Times New Roman"/>
          <w:color w:val="000000"/>
          <w:sz w:val="16"/>
          <w:szCs w:val="16"/>
        </w:rPr>
        <w:t>the biases in initial recognition and clinical diagnosis”</w:t>
      </w:r>
      <w:r w:rsidR="000C7284" w:rsidRPr="00C50DDB">
        <w:rPr>
          <w:rFonts w:ascii="Cambria" w:hAnsi="Cambria"/>
          <w:sz w:val="16"/>
          <w:szCs w:val="16"/>
          <w:lang w:val="de-DE"/>
        </w:rPr>
        <w:t>,</w:t>
      </w:r>
      <w:r w:rsidR="000C7284" w:rsidRPr="001C1414">
        <w:rPr>
          <w:sz w:val="16"/>
          <w:szCs w:val="16"/>
          <w:lang w:val="de-DE"/>
        </w:rPr>
        <w:t xml:space="preserve"> </w:t>
      </w:r>
      <w:r w:rsidR="000C7284" w:rsidRPr="00C50DDB">
        <w:rPr>
          <w:i/>
          <w:iCs/>
          <w:sz w:val="16"/>
          <w:szCs w:val="16"/>
          <w:lang w:val="de-DE"/>
        </w:rPr>
        <w:t>Children</w:t>
      </w:r>
      <w:r w:rsidR="000C7284" w:rsidRPr="001C1414">
        <w:rPr>
          <w:sz w:val="16"/>
          <w:szCs w:val="16"/>
          <w:lang w:val="de-DE"/>
        </w:rPr>
        <w:t xml:space="preserve">, </w:t>
      </w:r>
      <w:proofErr w:type="spellStart"/>
      <w:r w:rsidR="000C7284" w:rsidRPr="001C1414">
        <w:rPr>
          <w:sz w:val="16"/>
          <w:szCs w:val="16"/>
          <w:lang w:val="de-DE"/>
        </w:rPr>
        <w:t>cilt</w:t>
      </w:r>
      <w:proofErr w:type="spellEnd"/>
      <w:r w:rsidR="000C7284" w:rsidRPr="001C1414">
        <w:rPr>
          <w:sz w:val="16"/>
          <w:szCs w:val="16"/>
          <w:lang w:val="de-DE"/>
        </w:rPr>
        <w:t xml:space="preserve"> 9, </w:t>
      </w:r>
      <w:proofErr w:type="spellStart"/>
      <w:r w:rsidR="000C7284" w:rsidRPr="001C1414">
        <w:rPr>
          <w:sz w:val="16"/>
          <w:szCs w:val="16"/>
          <w:lang w:val="de-DE"/>
        </w:rPr>
        <w:t>No</w:t>
      </w:r>
      <w:proofErr w:type="spellEnd"/>
      <w:r w:rsidR="000C7284" w:rsidRPr="001C1414">
        <w:rPr>
          <w:sz w:val="16"/>
          <w:szCs w:val="16"/>
          <w:lang w:val="de-DE"/>
        </w:rPr>
        <w:t>. 2 (</w:t>
      </w:r>
      <w:proofErr w:type="spellStart"/>
      <w:r w:rsidR="000C7284" w:rsidRPr="001C1414">
        <w:rPr>
          <w:sz w:val="16"/>
          <w:szCs w:val="16"/>
          <w:lang w:val="de-DE"/>
        </w:rPr>
        <w:t>Şubat</w:t>
      </w:r>
      <w:proofErr w:type="spellEnd"/>
      <w:r w:rsidR="000C7284" w:rsidRPr="001C1414">
        <w:rPr>
          <w:sz w:val="16"/>
          <w:szCs w:val="16"/>
          <w:lang w:val="de-DE"/>
        </w:rPr>
        <w:t xml:space="preserve"> 2022),</w:t>
      </w:r>
      <w:r>
        <w:rPr>
          <w:sz w:val="16"/>
          <w:szCs w:val="16"/>
          <w:lang w:val="de-DE"/>
        </w:rPr>
        <w:t xml:space="preserve"> </w:t>
      </w:r>
      <w:r w:rsidR="000C7284" w:rsidRPr="001C1414">
        <w:rPr>
          <w:sz w:val="16"/>
          <w:szCs w:val="16"/>
          <w:lang w:val="de-DE"/>
        </w:rPr>
        <w:t>s. 272.</w:t>
      </w:r>
      <w:r w:rsidR="000C7284" w:rsidRPr="001C1414">
        <w:rPr>
          <w:sz w:val="16"/>
          <w:szCs w:val="16"/>
          <w:lang w:val="de-DE"/>
        </w:rPr>
        <w:br/>
        <w:t xml:space="preserve">89  </w:t>
      </w:r>
      <w:proofErr w:type="spellStart"/>
      <w:r w:rsidR="000C7284" w:rsidRPr="001C1414">
        <w:rPr>
          <w:sz w:val="16"/>
          <w:szCs w:val="16"/>
          <w:lang w:val="de-DE"/>
        </w:rPr>
        <w:t>Çalışma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Grubu'nun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istişareleri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sırasında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ifade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edilen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görüşler</w:t>
      </w:r>
      <w:proofErr w:type="spellEnd"/>
      <w:r w:rsidR="000C7284" w:rsidRPr="001C1414">
        <w:rPr>
          <w:sz w:val="16"/>
          <w:szCs w:val="16"/>
          <w:lang w:val="de-DE"/>
        </w:rPr>
        <w:t xml:space="preserve">. </w:t>
      </w:r>
      <w:proofErr w:type="spellStart"/>
      <w:r w:rsidR="000C7284" w:rsidRPr="001C1414">
        <w:rPr>
          <w:sz w:val="16"/>
          <w:szCs w:val="16"/>
          <w:lang w:val="de-DE"/>
        </w:rPr>
        <w:t>Ayrıca</w:t>
      </w:r>
      <w:proofErr w:type="spellEnd"/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bkz</w:t>
      </w:r>
      <w:proofErr w:type="spellEnd"/>
      <w:r w:rsidR="000C7284" w:rsidRPr="001C1414">
        <w:rPr>
          <w:sz w:val="16"/>
          <w:szCs w:val="16"/>
          <w:lang w:val="de-DE"/>
        </w:rPr>
        <w:t xml:space="preserve">. Cong Zhang </w:t>
      </w:r>
      <w:proofErr w:type="spellStart"/>
      <w:r w:rsidR="000C7284" w:rsidRPr="001C1414">
        <w:rPr>
          <w:sz w:val="16"/>
          <w:szCs w:val="16"/>
          <w:lang w:val="de-DE"/>
        </w:rPr>
        <w:t>v</w:t>
      </w:r>
      <w:r>
        <w:rPr>
          <w:sz w:val="16"/>
          <w:szCs w:val="16"/>
          <w:lang w:val="de-DE"/>
        </w:rPr>
        <w:t>e</w:t>
      </w:r>
      <w:proofErr w:type="spellEnd"/>
      <w:r>
        <w:rPr>
          <w:sz w:val="16"/>
          <w:szCs w:val="16"/>
          <w:lang w:val="de-DE"/>
        </w:rPr>
        <w:t xml:space="preserve"> </w:t>
      </w:r>
      <w:proofErr w:type="spellStart"/>
      <w:r>
        <w:rPr>
          <w:sz w:val="16"/>
          <w:szCs w:val="16"/>
          <w:lang w:val="de-DE"/>
        </w:rPr>
        <w:t>di</w:t>
      </w:r>
      <w:r w:rsidRPr="001C1414">
        <w:rPr>
          <w:sz w:val="16"/>
          <w:szCs w:val="16"/>
          <w:lang w:val="de-DE"/>
        </w:rPr>
        <w:t>ğ</w:t>
      </w:r>
      <w:r>
        <w:rPr>
          <w:sz w:val="16"/>
          <w:szCs w:val="16"/>
          <w:lang w:val="de-DE"/>
        </w:rPr>
        <w:t>erleri</w:t>
      </w:r>
      <w:proofErr w:type="spellEnd"/>
      <w:r w:rsidR="000C7284" w:rsidRPr="001C1414">
        <w:rPr>
          <w:sz w:val="16"/>
          <w:szCs w:val="16"/>
          <w:lang w:val="de-DE"/>
        </w:rPr>
        <w:t xml:space="preserve">, </w:t>
      </w:r>
      <w:r w:rsidRPr="00C50DDB">
        <w:rPr>
          <w:rFonts w:ascii="Cambria" w:hAnsi="Cambria" w:cs="Times New Roman"/>
          <w:color w:val="000000"/>
          <w:sz w:val="16"/>
          <w:szCs w:val="16"/>
        </w:rPr>
        <w:t>“The rise of</w:t>
      </w:r>
      <w:r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C50DDB">
        <w:rPr>
          <w:rFonts w:ascii="Cambria" w:hAnsi="Cambria" w:cs="Times New Roman"/>
          <w:color w:val="000000"/>
          <w:sz w:val="16"/>
          <w:szCs w:val="16"/>
        </w:rPr>
        <w:t xml:space="preserve">maternal grandmother childcare in urban Chinese families”, </w:t>
      </w:r>
      <w:r w:rsidRPr="00C50DDB">
        <w:rPr>
          <w:rFonts w:ascii="Cambria" w:hAnsi="Cambria" w:cs="Times New Roman"/>
          <w:i/>
          <w:iCs/>
          <w:color w:val="000000"/>
          <w:sz w:val="16"/>
          <w:szCs w:val="16"/>
        </w:rPr>
        <w:t>Journal of Marriage and Family</w:t>
      </w:r>
      <w:r>
        <w:rPr>
          <w:sz w:val="16"/>
          <w:szCs w:val="16"/>
          <w:lang w:val="de-DE"/>
        </w:rPr>
        <w:t>,</w:t>
      </w:r>
      <w:r w:rsidR="000C7284" w:rsidRPr="001C1414">
        <w:rPr>
          <w:sz w:val="16"/>
          <w:szCs w:val="16"/>
          <w:lang w:val="de-DE"/>
        </w:rPr>
        <w:t xml:space="preserve"> </w:t>
      </w:r>
      <w:proofErr w:type="spellStart"/>
      <w:r w:rsidR="000C7284" w:rsidRPr="001C1414">
        <w:rPr>
          <w:sz w:val="16"/>
          <w:szCs w:val="16"/>
          <w:lang w:val="de-DE"/>
        </w:rPr>
        <w:t>cilt</w:t>
      </w:r>
      <w:proofErr w:type="spellEnd"/>
      <w:r w:rsidR="000C7284" w:rsidRPr="001C1414">
        <w:rPr>
          <w:sz w:val="16"/>
          <w:szCs w:val="16"/>
          <w:lang w:val="de-DE"/>
        </w:rPr>
        <w:t xml:space="preserve"> 81, </w:t>
      </w:r>
      <w:proofErr w:type="spellStart"/>
      <w:r w:rsidR="000C7284" w:rsidRPr="001C1414">
        <w:rPr>
          <w:sz w:val="16"/>
          <w:szCs w:val="16"/>
          <w:lang w:val="de-DE"/>
        </w:rPr>
        <w:t>No</w:t>
      </w:r>
      <w:proofErr w:type="spellEnd"/>
      <w:r w:rsidR="000C7284" w:rsidRPr="001C1414">
        <w:rPr>
          <w:sz w:val="16"/>
          <w:szCs w:val="16"/>
          <w:lang w:val="de-DE"/>
        </w:rPr>
        <w:t>. 5 (2019), s. 1174–1191.</w:t>
      </w:r>
    </w:p>
    <w:p w14:paraId="303838B3" w14:textId="790ACF53" w:rsidR="00B17326" w:rsidRPr="00C50DDB" w:rsidRDefault="000C7284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1C1414">
        <w:rPr>
          <w:sz w:val="16"/>
          <w:szCs w:val="16"/>
          <w:lang w:val="de-DE"/>
        </w:rPr>
        <w:t xml:space="preserve">90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Grubunun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anketine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verilen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devlet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yanıtları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bazı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devletlerin</w:t>
      </w:r>
      <w:proofErr w:type="spellEnd"/>
      <w:r w:rsidRPr="001C1414">
        <w:rPr>
          <w:sz w:val="16"/>
          <w:szCs w:val="16"/>
          <w:lang w:val="de-DE"/>
        </w:rPr>
        <w:t xml:space="preserve"> (</w:t>
      </w:r>
      <w:proofErr w:type="spellStart"/>
      <w:r w:rsidRPr="001C1414">
        <w:rPr>
          <w:sz w:val="16"/>
          <w:szCs w:val="16"/>
          <w:lang w:val="de-DE"/>
        </w:rPr>
        <w:t>örneğin</w:t>
      </w:r>
      <w:proofErr w:type="spellEnd"/>
      <w:r w:rsidRPr="001C1414">
        <w:rPr>
          <w:sz w:val="16"/>
          <w:szCs w:val="16"/>
          <w:lang w:val="de-DE"/>
        </w:rPr>
        <w:t xml:space="preserve"> Singapur</w:t>
      </w:r>
      <w:r w:rsidR="00C50DDB">
        <w:rPr>
          <w:sz w:val="16"/>
          <w:szCs w:val="16"/>
          <w:lang w:val="de-DE"/>
        </w:rPr>
        <w:t xml:space="preserve">) </w:t>
      </w:r>
      <w:r w:rsidRPr="001C1414">
        <w:rPr>
          <w:sz w:val="16"/>
          <w:szCs w:val="16"/>
          <w:lang w:val="de-DE"/>
        </w:rPr>
        <w:t>“</w:t>
      </w:r>
      <w:proofErr w:type="spellStart"/>
      <w:r w:rsidRPr="001C1414">
        <w:rPr>
          <w:sz w:val="16"/>
          <w:szCs w:val="16"/>
          <w:lang w:val="de-DE"/>
        </w:rPr>
        <w:t>çocuklarının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bakımında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ebeveynlerinin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büyükanne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büyükbabalarının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proofErr w:type="spellStart"/>
      <w:r w:rsidRPr="001C1414">
        <w:rPr>
          <w:sz w:val="16"/>
          <w:szCs w:val="16"/>
          <w:lang w:val="de-DE"/>
        </w:rPr>
        <w:t>kayınvalide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kayınpederlerinin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veya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kayınvalide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kayınpederlerinin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yardımını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alan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çalışan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annelere</w:t>
      </w:r>
      <w:proofErr w:type="spellEnd"/>
      <w:r w:rsidRPr="001C1414">
        <w:rPr>
          <w:sz w:val="16"/>
          <w:szCs w:val="16"/>
          <w:lang w:val="de-DE"/>
        </w:rPr>
        <w:t xml:space="preserve">” </w:t>
      </w:r>
      <w:proofErr w:type="spellStart"/>
      <w:r w:rsidRPr="001C1414">
        <w:rPr>
          <w:sz w:val="16"/>
          <w:szCs w:val="16"/>
          <w:lang w:val="de-DE"/>
        </w:rPr>
        <w:t>vergi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indirimi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sağladığını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göstermektedir</w:t>
      </w:r>
      <w:proofErr w:type="spellEnd"/>
      <w:r w:rsidRPr="001C1414">
        <w:rPr>
          <w:sz w:val="16"/>
          <w:szCs w:val="16"/>
          <w:lang w:val="de-DE"/>
        </w:rPr>
        <w:t>.</w:t>
      </w:r>
      <w:r w:rsidRPr="001C1414">
        <w:rPr>
          <w:sz w:val="16"/>
          <w:szCs w:val="16"/>
          <w:lang w:val="de-DE"/>
        </w:rPr>
        <w:br/>
        <w:t xml:space="preserve">91  </w:t>
      </w:r>
      <w:proofErr w:type="spellStart"/>
      <w:r w:rsidRPr="001C1414">
        <w:rPr>
          <w:sz w:val="16"/>
          <w:szCs w:val="16"/>
          <w:lang w:val="de-DE"/>
        </w:rPr>
        <w:t>Scalabrini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Merkezi'nden</w:t>
      </w:r>
      <w:proofErr w:type="spellEnd"/>
      <w:r w:rsidRPr="001C1414">
        <w:rPr>
          <w:sz w:val="16"/>
          <w:szCs w:val="16"/>
          <w:lang w:val="de-DE"/>
        </w:rPr>
        <w:t xml:space="preserve"> (Güney Afrika) </w:t>
      </w:r>
      <w:proofErr w:type="spellStart"/>
      <w:r w:rsidRPr="001C1414">
        <w:rPr>
          <w:sz w:val="16"/>
          <w:szCs w:val="16"/>
          <w:lang w:val="de-DE"/>
        </w:rPr>
        <w:t>alınan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bilgi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Ayrıca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BM </w:t>
      </w:r>
      <w:proofErr w:type="spellStart"/>
      <w:r w:rsidRPr="001C1414">
        <w:rPr>
          <w:sz w:val="16"/>
          <w:szCs w:val="16"/>
          <w:lang w:val="de-DE"/>
        </w:rPr>
        <w:t>Kadın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Birimi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Landscape of care work in Uganda</w:t>
      </w:r>
      <w:r w:rsidR="00C50DDB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Pr="00C50DDB">
        <w:rPr>
          <w:rFonts w:ascii="Cambria" w:hAnsi="Cambria"/>
          <w:sz w:val="16"/>
          <w:szCs w:val="16"/>
          <w:lang w:val="de-DE"/>
        </w:rPr>
        <w:t>(2024).</w:t>
      </w:r>
      <w:r w:rsidRPr="001C1414">
        <w:rPr>
          <w:sz w:val="16"/>
          <w:szCs w:val="16"/>
          <w:lang w:val="de-DE"/>
        </w:rPr>
        <w:br/>
        <w:t xml:space="preserve">92  Marta Roig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Daisuke </w:t>
      </w:r>
      <w:proofErr w:type="spellStart"/>
      <w:r w:rsidRPr="001C1414">
        <w:rPr>
          <w:sz w:val="16"/>
          <w:szCs w:val="16"/>
          <w:lang w:val="de-DE"/>
        </w:rPr>
        <w:t>Maruichi</w:t>
      </w:r>
      <w:proofErr w:type="spellEnd"/>
      <w:r w:rsidRPr="001C1414">
        <w:rPr>
          <w:sz w:val="16"/>
          <w:szCs w:val="16"/>
          <w:lang w:val="de-DE"/>
        </w:rPr>
        <w:t xml:space="preserve">,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Economic well-being at older ages: prospects for the future</w:t>
      </w:r>
      <w:r w:rsidR="007214F7">
        <w:rPr>
          <w:rFonts w:ascii="Cambria" w:hAnsi="Cambria" w:cs="Times New Roman"/>
          <w:color w:val="000000"/>
          <w:sz w:val="16"/>
          <w:szCs w:val="16"/>
        </w:rPr>
        <w:t>, P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 xml:space="preserve">olicy </w:t>
      </w:r>
      <w:r w:rsidR="007214F7">
        <w:rPr>
          <w:rFonts w:ascii="Cambria" w:hAnsi="Cambria" w:cs="Times New Roman"/>
          <w:color w:val="000000"/>
          <w:sz w:val="16"/>
          <w:szCs w:val="16"/>
        </w:rPr>
        <w:t>B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rief, Department of</w:t>
      </w:r>
      <w:r w:rsidR="00C50DDB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Economic and Social Affairs</w:t>
      </w:r>
      <w:r w:rsidR="00C50DDB">
        <w:rPr>
          <w:rFonts w:ascii="Times New Roman" w:hAnsi="Times New Roman" w:cs="Times New Roman"/>
          <w:color w:val="000000"/>
          <w:sz w:val="18"/>
          <w:szCs w:val="18"/>
        </w:rPr>
        <w:t>,</w:t>
      </w:r>
      <w:r w:rsidRPr="001C1414">
        <w:rPr>
          <w:sz w:val="16"/>
          <w:szCs w:val="16"/>
          <w:lang w:val="de-DE"/>
        </w:rPr>
        <w:t xml:space="preserve"> Ocak 2023.</w:t>
      </w:r>
      <w:r w:rsidRPr="001C1414">
        <w:rPr>
          <w:sz w:val="16"/>
          <w:szCs w:val="16"/>
          <w:lang w:val="de-DE"/>
        </w:rPr>
        <w:br/>
        <w:t xml:space="preserve">93  </w:t>
      </w:r>
      <w:proofErr w:type="spellStart"/>
      <w:r w:rsidRPr="001C1414">
        <w:rPr>
          <w:sz w:val="16"/>
          <w:szCs w:val="16"/>
          <w:lang w:val="de-DE"/>
        </w:rPr>
        <w:t>Çalışma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Grubu'nun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istişareleri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sırasında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ifade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edilen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görüşler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Ayrıca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proofErr w:type="spellStart"/>
      <w:r w:rsidRPr="001C1414">
        <w:rPr>
          <w:sz w:val="16"/>
          <w:szCs w:val="16"/>
          <w:lang w:val="de-DE"/>
        </w:rPr>
        <w:t>Uganda'nın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yazılı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katkısı</w:t>
      </w:r>
      <w:proofErr w:type="spellEnd"/>
      <w:r w:rsidRPr="001C1414">
        <w:rPr>
          <w:sz w:val="16"/>
          <w:szCs w:val="16"/>
          <w:lang w:val="de-DE"/>
        </w:rPr>
        <w:t>.</w:t>
      </w:r>
    </w:p>
    <w:p w14:paraId="1FB25C65" w14:textId="77777777" w:rsidR="00C50DDB" w:rsidRDefault="00C50DDB" w:rsidP="00C152A5">
      <w:pPr>
        <w:jc w:val="both"/>
        <w:rPr>
          <w:sz w:val="20"/>
          <w:szCs w:val="20"/>
          <w:lang w:val="de-DE"/>
        </w:rPr>
      </w:pPr>
    </w:p>
    <w:p w14:paraId="10BF44D6" w14:textId="33034672" w:rsidR="00B17326" w:rsidRPr="00B17326" w:rsidRDefault="00B17326" w:rsidP="00C152A5">
      <w:pPr>
        <w:jc w:val="both"/>
        <w:rPr>
          <w:sz w:val="20"/>
          <w:szCs w:val="20"/>
          <w:lang w:val="de-DE"/>
        </w:rPr>
      </w:pPr>
      <w:proofErr w:type="spellStart"/>
      <w:r w:rsidRPr="007C2F06">
        <w:rPr>
          <w:sz w:val="20"/>
          <w:szCs w:val="20"/>
          <w:lang w:val="de-DE"/>
        </w:rPr>
        <w:lastRenderedPageBreak/>
        <w:t>Kaynakları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geçim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kaynakları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olmayan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kendilerini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istemeden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evlerinde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standartların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altında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tesislerinde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yalıtılmışhalde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bulabilirler</w:t>
      </w:r>
      <w:proofErr w:type="spellEnd"/>
      <w:r w:rsidRPr="007C2F06">
        <w:rPr>
          <w:sz w:val="20"/>
          <w:szCs w:val="20"/>
          <w:lang w:val="de-DE"/>
        </w:rPr>
        <w:t xml:space="preserve">. (94) </w:t>
      </w:r>
      <w:proofErr w:type="spellStart"/>
      <w:r w:rsidRPr="007C2F06">
        <w:rPr>
          <w:sz w:val="20"/>
          <w:szCs w:val="20"/>
          <w:lang w:val="de-DE"/>
        </w:rPr>
        <w:t>Çalışma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Grubunun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anketine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verilen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yanıtlar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evlerinde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istihdam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koşullarının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düzenlenmemesi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yüksek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maliyetler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düşük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kalitesinin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yaygın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sorunlar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olduğunu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göstermektedir</w:t>
      </w:r>
      <w:proofErr w:type="spellEnd"/>
      <w:r w:rsidRPr="007C2F06">
        <w:rPr>
          <w:sz w:val="20"/>
          <w:szCs w:val="20"/>
          <w:lang w:val="de-DE"/>
        </w:rPr>
        <w:t xml:space="preserve">. (95) Uzun </w:t>
      </w:r>
      <w:proofErr w:type="spellStart"/>
      <w:r w:rsidRPr="007C2F06">
        <w:rPr>
          <w:sz w:val="20"/>
          <w:szCs w:val="20"/>
          <w:lang w:val="de-DE"/>
        </w:rPr>
        <w:t>süreli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ilişkin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araştırma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politikalara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yatırım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yapan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ülkelerde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bile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uzun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süreli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ihtiyaçlarının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toplumsal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cinsiyet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boyutları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ihmal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ediliyor</w:t>
      </w:r>
      <w:proofErr w:type="spellEnd"/>
      <w:r w:rsidRPr="007C2F06">
        <w:rPr>
          <w:sz w:val="20"/>
          <w:szCs w:val="20"/>
          <w:lang w:val="de-DE"/>
        </w:rPr>
        <w:t xml:space="preserve">. (96) Buna </w:t>
      </w:r>
      <w:proofErr w:type="spellStart"/>
      <w:r w:rsidRPr="007C2F06">
        <w:rPr>
          <w:sz w:val="20"/>
          <w:szCs w:val="20"/>
          <w:lang w:val="de-DE"/>
        </w:rPr>
        <w:t>ek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olarak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yaşlı</w:t>
      </w:r>
      <w:proofErr w:type="spellEnd"/>
      <w:r w:rsidRPr="007C2F06">
        <w:rPr>
          <w:sz w:val="20"/>
          <w:szCs w:val="20"/>
          <w:lang w:val="de-DE"/>
        </w:rPr>
        <w:t xml:space="preserve"> LBTQI+ </w:t>
      </w:r>
      <w:proofErr w:type="spellStart"/>
      <w:r w:rsidRPr="007C2F06">
        <w:rPr>
          <w:sz w:val="20"/>
          <w:szCs w:val="20"/>
          <w:lang w:val="de-DE"/>
        </w:rPr>
        <w:t>kadınlar</w:t>
      </w:r>
      <w:proofErr w:type="spellEnd"/>
      <w:r w:rsidRPr="007C2F06">
        <w:rPr>
          <w:sz w:val="20"/>
          <w:szCs w:val="20"/>
          <w:lang w:val="de-DE"/>
        </w:rPr>
        <w:t xml:space="preserve">, </w:t>
      </w:r>
      <w:proofErr w:type="spellStart"/>
      <w:r w:rsidRPr="007C2F06">
        <w:rPr>
          <w:sz w:val="20"/>
          <w:szCs w:val="20"/>
          <w:lang w:val="de-DE"/>
        </w:rPr>
        <w:t>kurumsal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bakıma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erişimde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belirgin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zorluklar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ve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ayrımcılıkla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karşıya</w:t>
      </w:r>
      <w:proofErr w:type="spellEnd"/>
      <w:r w:rsidRPr="007C2F06">
        <w:rPr>
          <w:sz w:val="20"/>
          <w:szCs w:val="20"/>
          <w:lang w:val="de-DE"/>
        </w:rPr>
        <w:t xml:space="preserve"> </w:t>
      </w:r>
      <w:proofErr w:type="spellStart"/>
      <w:r w:rsidRPr="007C2F06">
        <w:rPr>
          <w:sz w:val="20"/>
          <w:szCs w:val="20"/>
          <w:lang w:val="de-DE"/>
        </w:rPr>
        <w:t>kalmaktadır</w:t>
      </w:r>
      <w:proofErr w:type="spellEnd"/>
      <w:r w:rsidRPr="007C2F06">
        <w:rPr>
          <w:sz w:val="20"/>
          <w:szCs w:val="20"/>
          <w:lang w:val="de-DE"/>
        </w:rPr>
        <w:t>. (97)</w:t>
      </w:r>
    </w:p>
    <w:p w14:paraId="5C43AA7A" w14:textId="77777777" w:rsidR="00836406" w:rsidRDefault="000C7284" w:rsidP="00C152A5">
      <w:pPr>
        <w:spacing w:after="0"/>
        <w:rPr>
          <w:b/>
          <w:bCs/>
          <w:sz w:val="20"/>
          <w:szCs w:val="20"/>
          <w:lang w:val="de-DE"/>
        </w:rPr>
      </w:pPr>
      <w:r w:rsidRPr="00B17326">
        <w:rPr>
          <w:b/>
          <w:bCs/>
          <w:sz w:val="20"/>
          <w:szCs w:val="20"/>
          <w:lang w:val="de-DE"/>
        </w:rPr>
        <w:t>C.</w:t>
      </w:r>
      <w:r w:rsidR="008F2661" w:rsidRPr="00B1732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B17326">
        <w:rPr>
          <w:b/>
          <w:bCs/>
          <w:sz w:val="20"/>
          <w:szCs w:val="20"/>
          <w:lang w:val="de-DE"/>
        </w:rPr>
        <w:t>Göçmen</w:t>
      </w:r>
      <w:proofErr w:type="spellEnd"/>
      <w:r w:rsidRPr="00B1732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B17326">
        <w:rPr>
          <w:b/>
          <w:bCs/>
          <w:sz w:val="20"/>
          <w:szCs w:val="20"/>
          <w:lang w:val="de-DE"/>
        </w:rPr>
        <w:t>kadınlar</w:t>
      </w:r>
      <w:proofErr w:type="spellEnd"/>
      <w:r w:rsidRPr="00B1732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B17326">
        <w:rPr>
          <w:b/>
          <w:bCs/>
          <w:sz w:val="20"/>
          <w:szCs w:val="20"/>
          <w:lang w:val="de-DE"/>
        </w:rPr>
        <w:t>ve</w:t>
      </w:r>
      <w:proofErr w:type="spellEnd"/>
      <w:r w:rsidRPr="00B17326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B17326">
        <w:rPr>
          <w:b/>
          <w:bCs/>
          <w:sz w:val="20"/>
          <w:szCs w:val="20"/>
          <w:lang w:val="de-DE"/>
        </w:rPr>
        <w:t>kızlar</w:t>
      </w:r>
      <w:proofErr w:type="spellEnd"/>
    </w:p>
    <w:p w14:paraId="251D0517" w14:textId="5E76383E" w:rsidR="008F2661" w:rsidRPr="00B17326" w:rsidRDefault="000C7284" w:rsidP="00C152A5">
      <w:pPr>
        <w:spacing w:after="0"/>
        <w:rPr>
          <w:sz w:val="20"/>
          <w:szCs w:val="20"/>
          <w:lang w:val="de-DE"/>
        </w:rPr>
      </w:pPr>
      <w:r w:rsidRPr="00B17326">
        <w:rPr>
          <w:sz w:val="20"/>
          <w:szCs w:val="20"/>
          <w:lang w:val="de-DE"/>
        </w:rPr>
        <w:br/>
        <w:t>31.</w:t>
      </w:r>
      <w:r w:rsidR="008B7965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Baskın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ekonomik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büyüme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temelli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kalkınma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modelleri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kızların</w:t>
      </w:r>
      <w:proofErr w:type="spellEnd"/>
      <w:r w:rsidRPr="00B17326">
        <w:rPr>
          <w:sz w:val="20"/>
          <w:szCs w:val="20"/>
          <w:lang w:val="de-DE"/>
        </w:rPr>
        <w:t xml:space="preserve"> “</w:t>
      </w:r>
      <w:proofErr w:type="spellStart"/>
      <w:r w:rsidRPr="00B17326">
        <w:rPr>
          <w:sz w:val="20"/>
          <w:szCs w:val="20"/>
          <w:lang w:val="de-DE"/>
        </w:rPr>
        <w:t>tükenmesi</w:t>
      </w:r>
      <w:proofErr w:type="spellEnd"/>
      <w:r w:rsidRPr="00B17326">
        <w:rPr>
          <w:sz w:val="20"/>
          <w:szCs w:val="20"/>
          <w:lang w:val="de-DE"/>
        </w:rPr>
        <w:t xml:space="preserve">”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“</w:t>
      </w:r>
      <w:proofErr w:type="spellStart"/>
      <w:r w:rsidRPr="00B17326">
        <w:rPr>
          <w:sz w:val="20"/>
          <w:szCs w:val="20"/>
          <w:lang w:val="de-DE"/>
        </w:rPr>
        <w:t>küresel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zinciri</w:t>
      </w:r>
      <w:proofErr w:type="spellEnd"/>
      <w:r w:rsidRPr="00B17326">
        <w:rPr>
          <w:sz w:val="20"/>
          <w:szCs w:val="20"/>
          <w:lang w:val="de-DE"/>
        </w:rPr>
        <w:t xml:space="preserve">” </w:t>
      </w:r>
      <w:proofErr w:type="spellStart"/>
      <w:r w:rsidRPr="00B17326">
        <w:rPr>
          <w:sz w:val="20"/>
          <w:szCs w:val="20"/>
          <w:lang w:val="de-DE"/>
        </w:rPr>
        <w:t>aracılığıyla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yoksul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ülkelerden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zengin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ülkelere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kaynaklarının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aktarılmasıyla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gelişmektedir</w:t>
      </w:r>
      <w:proofErr w:type="spellEnd"/>
      <w:r w:rsidRPr="00B17326">
        <w:rPr>
          <w:sz w:val="20"/>
          <w:szCs w:val="20"/>
          <w:lang w:val="de-DE"/>
        </w:rPr>
        <w:t>. (98)</w:t>
      </w:r>
      <w:r w:rsidR="00DC35F4"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Yoksulluk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işsizlik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iklim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değişikliği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silahlı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çatışmalar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birçok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kişiyi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göç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etmeye</w:t>
      </w:r>
      <w:proofErr w:type="spellEnd"/>
      <w:r w:rsidRPr="00B17326">
        <w:rPr>
          <w:sz w:val="20"/>
          <w:szCs w:val="20"/>
          <w:lang w:val="de-DE"/>
        </w:rPr>
        <w:t xml:space="preserve"> "</w:t>
      </w:r>
      <w:proofErr w:type="spellStart"/>
      <w:r w:rsidR="00581283" w:rsidRPr="00B17326">
        <w:rPr>
          <w:sz w:val="20"/>
          <w:szCs w:val="20"/>
          <w:lang w:val="de-DE"/>
        </w:rPr>
        <w:t>iterken</w:t>
      </w:r>
      <w:proofErr w:type="spellEnd"/>
      <w:r w:rsidRPr="00B17326">
        <w:rPr>
          <w:sz w:val="20"/>
          <w:szCs w:val="20"/>
          <w:lang w:val="de-DE"/>
        </w:rPr>
        <w:t xml:space="preserve">", </w:t>
      </w:r>
      <w:proofErr w:type="spellStart"/>
      <w:r w:rsidRPr="00B17326">
        <w:rPr>
          <w:sz w:val="20"/>
          <w:szCs w:val="20"/>
          <w:lang w:val="de-DE"/>
        </w:rPr>
        <w:t>aile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yapılarının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değişmesi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toplumların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yaşlanması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orta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yüksek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gelirli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ülkelerde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istihdamının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artması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nedeniyle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destek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talepleri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bu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ülkelerdeki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sektörüne</w:t>
      </w:r>
      <w:proofErr w:type="spellEnd"/>
      <w:r w:rsidRPr="00B17326">
        <w:rPr>
          <w:sz w:val="20"/>
          <w:szCs w:val="20"/>
          <w:lang w:val="de-DE"/>
        </w:rPr>
        <w:t xml:space="preserve"> "</w:t>
      </w:r>
      <w:proofErr w:type="spellStart"/>
      <w:r w:rsidRPr="00B17326">
        <w:rPr>
          <w:sz w:val="20"/>
          <w:szCs w:val="20"/>
          <w:lang w:val="de-DE"/>
        </w:rPr>
        <w:t>çekmektedir</w:t>
      </w:r>
      <w:proofErr w:type="spellEnd"/>
      <w:r w:rsidR="008F2661" w:rsidRPr="00B17326">
        <w:rPr>
          <w:sz w:val="20"/>
          <w:szCs w:val="20"/>
          <w:lang w:val="de-DE"/>
        </w:rPr>
        <w:t>.</w:t>
      </w:r>
      <w:r w:rsidRPr="00B17326">
        <w:rPr>
          <w:sz w:val="20"/>
          <w:szCs w:val="20"/>
          <w:lang w:val="de-DE"/>
        </w:rPr>
        <w:t xml:space="preserve">" </w:t>
      </w:r>
      <w:proofErr w:type="spellStart"/>
      <w:r w:rsidRPr="00B17326">
        <w:rPr>
          <w:sz w:val="20"/>
          <w:szCs w:val="20"/>
          <w:lang w:val="de-DE"/>
        </w:rPr>
        <w:t>Çalışma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Grubunun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anketine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istişarelerine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verdikleri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yanıtlarda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tüm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bölgelerden</w:t>
      </w:r>
      <w:proofErr w:type="spellEnd"/>
      <w:r w:rsidRPr="00B17326">
        <w:rPr>
          <w:sz w:val="20"/>
          <w:szCs w:val="20"/>
          <w:lang w:val="de-DE"/>
        </w:rPr>
        <w:t xml:space="preserve"> gelen </w:t>
      </w:r>
      <w:proofErr w:type="spellStart"/>
      <w:r w:rsidRPr="00B17326">
        <w:rPr>
          <w:sz w:val="20"/>
          <w:szCs w:val="20"/>
          <w:lang w:val="de-DE"/>
        </w:rPr>
        <w:t>göçmen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kadınlar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hastanelere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doğum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yardımlarına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emeklilik</w:t>
      </w:r>
      <w:proofErr w:type="spellEnd"/>
      <w:r w:rsidRPr="00B17326">
        <w:rPr>
          <w:sz w:val="20"/>
          <w:szCs w:val="20"/>
          <w:lang w:val="de-DE"/>
        </w:rPr>
        <w:t>/</w:t>
      </w:r>
      <w:proofErr w:type="spellStart"/>
      <w:r w:rsidRPr="00B17326">
        <w:rPr>
          <w:sz w:val="20"/>
          <w:szCs w:val="20"/>
          <w:lang w:val="de-DE"/>
        </w:rPr>
        <w:t>emeklilik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yardımlarına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erişim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eksikliği</w:t>
      </w:r>
      <w:proofErr w:type="spellEnd"/>
      <w:r w:rsidRPr="00B17326">
        <w:rPr>
          <w:sz w:val="20"/>
          <w:szCs w:val="20"/>
          <w:lang w:val="de-DE"/>
        </w:rPr>
        <w:t xml:space="preserve"> de </w:t>
      </w:r>
      <w:proofErr w:type="spellStart"/>
      <w:r w:rsidRPr="00B17326">
        <w:rPr>
          <w:sz w:val="20"/>
          <w:szCs w:val="20"/>
          <w:lang w:val="de-DE"/>
        </w:rPr>
        <w:t>dahil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olmak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üzere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sosyal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korumanın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eksikliğini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bildirmiştir</w:t>
      </w:r>
      <w:proofErr w:type="spellEnd"/>
      <w:r w:rsidRPr="00B17326">
        <w:rPr>
          <w:sz w:val="20"/>
          <w:szCs w:val="20"/>
          <w:lang w:val="de-DE"/>
        </w:rPr>
        <w:t xml:space="preserve">. </w:t>
      </w:r>
      <w:proofErr w:type="spellStart"/>
      <w:r w:rsidRPr="00B17326">
        <w:rPr>
          <w:sz w:val="20"/>
          <w:szCs w:val="20"/>
          <w:lang w:val="de-DE"/>
        </w:rPr>
        <w:t>Kaçak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göçmen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kadınlar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kızlar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için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bu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sorunlar</w:t>
      </w:r>
      <w:proofErr w:type="spellEnd"/>
      <w:r w:rsidRPr="00B17326">
        <w:rPr>
          <w:sz w:val="20"/>
          <w:szCs w:val="20"/>
          <w:lang w:val="de-DE"/>
        </w:rPr>
        <w:t xml:space="preserve">, insan </w:t>
      </w:r>
      <w:proofErr w:type="spellStart"/>
      <w:r w:rsidRPr="00B17326">
        <w:rPr>
          <w:sz w:val="20"/>
          <w:szCs w:val="20"/>
          <w:lang w:val="de-DE"/>
        </w:rPr>
        <w:t>hakları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ihlallerine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maruz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kalma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risklerini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artıran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göçmen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karşıtı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yabancı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düşmanı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söylem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politikaların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artması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bağlamında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daha</w:t>
      </w:r>
      <w:proofErr w:type="spellEnd"/>
      <w:r w:rsidRPr="00B17326">
        <w:rPr>
          <w:sz w:val="20"/>
          <w:szCs w:val="20"/>
          <w:lang w:val="de-DE"/>
        </w:rPr>
        <w:t xml:space="preserve"> da </w:t>
      </w:r>
      <w:proofErr w:type="spellStart"/>
      <w:r w:rsidRPr="00B17326">
        <w:rPr>
          <w:sz w:val="20"/>
          <w:szCs w:val="20"/>
          <w:lang w:val="de-DE"/>
        </w:rPr>
        <w:t>ağırlaşmaktadır</w:t>
      </w:r>
      <w:proofErr w:type="spellEnd"/>
      <w:r w:rsidRPr="00B17326">
        <w:rPr>
          <w:sz w:val="20"/>
          <w:szCs w:val="20"/>
          <w:lang w:val="de-DE"/>
        </w:rPr>
        <w:t xml:space="preserve">. (99)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iş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için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göç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etmelerine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getirilen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kısıtlamalar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gibi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kadınları</w:t>
      </w:r>
      <w:proofErr w:type="spellEnd"/>
      <w:r w:rsidRPr="00B17326">
        <w:rPr>
          <w:sz w:val="20"/>
          <w:szCs w:val="20"/>
          <w:lang w:val="de-DE"/>
        </w:rPr>
        <w:t xml:space="preserve"> "</w:t>
      </w:r>
      <w:proofErr w:type="spellStart"/>
      <w:r w:rsidRPr="00B17326">
        <w:rPr>
          <w:sz w:val="20"/>
          <w:szCs w:val="20"/>
          <w:lang w:val="de-DE"/>
        </w:rPr>
        <w:t>korumayı</w:t>
      </w:r>
      <w:proofErr w:type="spellEnd"/>
      <w:r w:rsidRPr="00B17326">
        <w:rPr>
          <w:sz w:val="20"/>
          <w:szCs w:val="20"/>
          <w:lang w:val="de-DE"/>
        </w:rPr>
        <w:t xml:space="preserve">" </w:t>
      </w:r>
      <w:proofErr w:type="spellStart"/>
      <w:r w:rsidRPr="00B17326">
        <w:rPr>
          <w:sz w:val="20"/>
          <w:szCs w:val="20"/>
          <w:lang w:val="de-DE"/>
        </w:rPr>
        <w:t>amaçlayan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politikalar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insan </w:t>
      </w:r>
      <w:proofErr w:type="spellStart"/>
      <w:r w:rsidRPr="00B17326">
        <w:rPr>
          <w:sz w:val="20"/>
          <w:szCs w:val="20"/>
          <w:lang w:val="de-DE"/>
        </w:rPr>
        <w:t>haklarını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ihlal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etmektedir</w:t>
      </w:r>
      <w:proofErr w:type="spellEnd"/>
      <w:r w:rsidRPr="00B17326">
        <w:rPr>
          <w:sz w:val="20"/>
          <w:szCs w:val="20"/>
          <w:lang w:val="de-DE"/>
        </w:rPr>
        <w:t xml:space="preserve">. (100) </w:t>
      </w:r>
      <w:proofErr w:type="spellStart"/>
      <w:r w:rsidRPr="00B17326">
        <w:rPr>
          <w:sz w:val="20"/>
          <w:szCs w:val="20"/>
          <w:lang w:val="de-DE"/>
        </w:rPr>
        <w:t>Bu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tür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yasaklara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rağmen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ekonomik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nedenlerle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="00FE267D" w:rsidRPr="00B17326">
        <w:rPr>
          <w:sz w:val="20"/>
          <w:szCs w:val="20"/>
          <w:lang w:val="de-DE"/>
        </w:rPr>
        <w:t>toplumsal</w:t>
      </w:r>
      <w:proofErr w:type="spellEnd"/>
      <w:r w:rsidR="00FE267D"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cinsiyete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dayalı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şiddet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dahil</w:t>
      </w:r>
      <w:proofErr w:type="spellEnd"/>
      <w:r w:rsidRPr="00B17326">
        <w:rPr>
          <w:sz w:val="20"/>
          <w:szCs w:val="20"/>
          <w:lang w:val="de-DE"/>
        </w:rPr>
        <w:t xml:space="preserve"> insan </w:t>
      </w:r>
      <w:proofErr w:type="spellStart"/>
      <w:r w:rsidRPr="00B17326">
        <w:rPr>
          <w:sz w:val="20"/>
          <w:szCs w:val="20"/>
          <w:lang w:val="de-DE"/>
        </w:rPr>
        <w:t>hakları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ihlallerinden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kaçmak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için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göç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etmektedir</w:t>
      </w:r>
      <w:proofErr w:type="spellEnd"/>
      <w:r w:rsidRPr="00B17326">
        <w:rPr>
          <w:sz w:val="20"/>
          <w:szCs w:val="20"/>
          <w:lang w:val="de-DE"/>
        </w:rPr>
        <w:t xml:space="preserve">. </w:t>
      </w:r>
      <w:proofErr w:type="spellStart"/>
      <w:r w:rsidRPr="00B17326">
        <w:rPr>
          <w:sz w:val="20"/>
          <w:szCs w:val="20"/>
          <w:lang w:val="de-DE"/>
        </w:rPr>
        <w:t>Ancak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düzensiz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göç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savunmasızlığını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sömürü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insan </w:t>
      </w:r>
      <w:proofErr w:type="spellStart"/>
      <w:r w:rsidRPr="00B17326">
        <w:rPr>
          <w:sz w:val="20"/>
          <w:szCs w:val="20"/>
          <w:lang w:val="de-DE"/>
        </w:rPr>
        <w:t>kaçakçılığı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riskini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artırmaktadır</w:t>
      </w:r>
      <w:proofErr w:type="spellEnd"/>
      <w:r w:rsidRPr="00B17326">
        <w:rPr>
          <w:sz w:val="20"/>
          <w:szCs w:val="20"/>
          <w:lang w:val="de-DE"/>
        </w:rPr>
        <w:t>. (101)</w:t>
      </w:r>
    </w:p>
    <w:p w14:paraId="06A9864C" w14:textId="76EF7EB6" w:rsidR="003D2F33" w:rsidRDefault="000C7284" w:rsidP="00C152A5">
      <w:pPr>
        <w:spacing w:after="0"/>
        <w:jc w:val="both"/>
        <w:rPr>
          <w:sz w:val="20"/>
          <w:szCs w:val="20"/>
          <w:lang w:val="de-DE"/>
        </w:rPr>
      </w:pPr>
      <w:r w:rsidRPr="00B17326">
        <w:rPr>
          <w:sz w:val="20"/>
          <w:szCs w:val="20"/>
          <w:lang w:val="de-DE"/>
        </w:rPr>
        <w:br/>
        <w:t>32.</w:t>
      </w:r>
      <w:r w:rsidR="008B7965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Çoğu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sosyal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koruma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programında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cinsiyet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duyarlılığının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eksikliği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cinsel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sağlık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üreme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r w:rsidRPr="00B17326">
        <w:rPr>
          <w:sz w:val="20"/>
          <w:szCs w:val="20"/>
          <w:lang w:val="de-DE"/>
        </w:rPr>
        <w:br/>
      </w:r>
      <w:proofErr w:type="spellStart"/>
      <w:r w:rsidRPr="00B17326">
        <w:rPr>
          <w:sz w:val="20"/>
          <w:szCs w:val="20"/>
          <w:lang w:val="de-DE"/>
        </w:rPr>
        <w:t>sağlığı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hizmetleri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sağlık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koşullarının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hariç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tutulması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aile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içi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şiddetle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ilgili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zararlar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için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izin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yardım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sağlanmaması</w:t>
      </w:r>
      <w:proofErr w:type="spellEnd"/>
      <w:r w:rsidRPr="00B17326">
        <w:rPr>
          <w:sz w:val="20"/>
          <w:szCs w:val="20"/>
          <w:lang w:val="de-DE"/>
        </w:rPr>
        <w:t xml:space="preserve">,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kızların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yaşam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döngüsü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boyunca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veren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veya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bakım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alan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rollerinde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desteklenmemesi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yardımların</w:t>
      </w:r>
      <w:proofErr w:type="spellEnd"/>
      <w:r w:rsidRPr="00B17326">
        <w:rPr>
          <w:sz w:val="20"/>
          <w:szCs w:val="20"/>
          <w:lang w:val="de-DE"/>
        </w:rPr>
        <w:t xml:space="preserve"> hak </w:t>
      </w:r>
      <w:proofErr w:type="spellStart"/>
      <w:r w:rsidRPr="00B17326">
        <w:rPr>
          <w:sz w:val="20"/>
          <w:szCs w:val="20"/>
          <w:lang w:val="de-DE"/>
        </w:rPr>
        <w:t>sahiplerinin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medeni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durumu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resmi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istihdam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durumuna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veya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kadınların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erişemeyeceği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belirli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belgelere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bağlı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kılınmasında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açıkça</w:t>
      </w:r>
      <w:proofErr w:type="spellEnd"/>
      <w:r w:rsidRPr="00B17326">
        <w:rPr>
          <w:sz w:val="20"/>
          <w:szCs w:val="20"/>
          <w:lang w:val="de-DE"/>
        </w:rPr>
        <w:t xml:space="preserve"> </w:t>
      </w:r>
      <w:proofErr w:type="spellStart"/>
      <w:r w:rsidRPr="00B17326">
        <w:rPr>
          <w:sz w:val="20"/>
          <w:szCs w:val="20"/>
          <w:lang w:val="de-DE"/>
        </w:rPr>
        <w:t>görülmektedir</w:t>
      </w:r>
      <w:proofErr w:type="spellEnd"/>
      <w:r w:rsidRPr="00B17326">
        <w:rPr>
          <w:sz w:val="20"/>
          <w:szCs w:val="20"/>
          <w:lang w:val="de-DE"/>
        </w:rPr>
        <w:t>. (102)</w:t>
      </w:r>
    </w:p>
    <w:p w14:paraId="633F59EF" w14:textId="1CFAFCB6" w:rsidR="00B17326" w:rsidRPr="001C1414" w:rsidRDefault="001C1414" w:rsidP="00B17326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5B80FC82" w14:textId="7CDDFA65" w:rsidR="00B17326" w:rsidRPr="00C50DDB" w:rsidRDefault="00B17326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1C1414">
        <w:rPr>
          <w:sz w:val="16"/>
          <w:szCs w:val="16"/>
          <w:lang w:val="de-DE"/>
        </w:rPr>
        <w:t>94</w:t>
      </w:r>
      <w:r w:rsidRPr="00C50DDB">
        <w:rPr>
          <w:rFonts w:ascii="Cambria" w:hAnsi="Cambria"/>
          <w:sz w:val="16"/>
          <w:szCs w:val="16"/>
          <w:lang w:val="de-DE"/>
        </w:rPr>
        <w:t xml:space="preserve">  </w:t>
      </w:r>
      <w:hyperlink r:id="rId47" w:history="1">
        <w:r w:rsidR="00C50DDB" w:rsidRPr="004961DB">
          <w:rPr>
            <w:rStyle w:val="Hyperlink"/>
            <w:rFonts w:ascii="Cambria" w:hAnsi="Cambria" w:cs="Times New Roman"/>
            <w:sz w:val="16"/>
            <w:szCs w:val="16"/>
          </w:rPr>
          <w:t>A/HRC/41/33</w:t>
        </w:r>
      </w:hyperlink>
      <w:r w:rsidR="00C50DDB" w:rsidRPr="00C50DDB">
        <w:rPr>
          <w:rFonts w:ascii="Cambria" w:hAnsi="Cambria" w:cs="Times New Roman"/>
          <w:color w:val="000000"/>
          <w:sz w:val="16"/>
          <w:szCs w:val="16"/>
        </w:rPr>
        <w:t xml:space="preserve">, paras. 28 </w:t>
      </w:r>
      <w:proofErr w:type="spellStart"/>
      <w:r w:rsidR="00C50DDB" w:rsidRPr="00C50DDB">
        <w:rPr>
          <w:rFonts w:ascii="Cambria" w:hAnsi="Cambria" w:cs="Times New Roman"/>
          <w:color w:val="000000"/>
          <w:sz w:val="16"/>
          <w:szCs w:val="16"/>
        </w:rPr>
        <w:t>ve</w:t>
      </w:r>
      <w:proofErr w:type="spellEnd"/>
      <w:r w:rsidR="00C50DDB" w:rsidRPr="00C50DDB">
        <w:rPr>
          <w:rFonts w:ascii="Cambria" w:hAnsi="Cambria" w:cs="Times New Roman"/>
          <w:color w:val="000000"/>
          <w:sz w:val="16"/>
          <w:szCs w:val="16"/>
        </w:rPr>
        <w:t xml:space="preserve"> 55. </w:t>
      </w:r>
      <w:proofErr w:type="spellStart"/>
      <w:r w:rsidR="00C50DDB" w:rsidRPr="00C50DDB">
        <w:rPr>
          <w:rFonts w:ascii="Cambria" w:hAnsi="Cambria"/>
          <w:sz w:val="16"/>
          <w:szCs w:val="16"/>
          <w:lang w:val="de-DE"/>
        </w:rPr>
        <w:t>Ayrıca</w:t>
      </w:r>
      <w:proofErr w:type="spellEnd"/>
      <w:r w:rsidR="00C50DDB" w:rsidRPr="00C50DDB">
        <w:rPr>
          <w:rFonts w:ascii="Cambria" w:hAnsi="Cambria"/>
          <w:sz w:val="16"/>
          <w:szCs w:val="16"/>
          <w:lang w:val="de-DE"/>
        </w:rPr>
        <w:t xml:space="preserve"> </w:t>
      </w:r>
      <w:proofErr w:type="spellStart"/>
      <w:r w:rsidR="00C50DDB" w:rsidRPr="00C50DDB">
        <w:rPr>
          <w:rFonts w:ascii="Cambria" w:hAnsi="Cambria"/>
          <w:sz w:val="16"/>
          <w:szCs w:val="16"/>
          <w:lang w:val="de-DE"/>
        </w:rPr>
        <w:t>bkz</w:t>
      </w:r>
      <w:proofErr w:type="spellEnd"/>
      <w:r w:rsidR="00C50DDB" w:rsidRPr="00C50DDB">
        <w:rPr>
          <w:rFonts w:ascii="Cambria" w:hAnsi="Cambria"/>
          <w:sz w:val="16"/>
          <w:szCs w:val="16"/>
          <w:lang w:val="de-DE"/>
        </w:rPr>
        <w:t xml:space="preserve">. </w:t>
      </w:r>
      <w:hyperlink r:id="rId48" w:history="1">
        <w:r w:rsidR="00C50DDB" w:rsidRPr="004961DB">
          <w:rPr>
            <w:rStyle w:val="Hyperlink"/>
            <w:rFonts w:ascii="Cambria" w:hAnsi="Cambria" w:cs="Times New Roman"/>
            <w:sz w:val="16"/>
            <w:szCs w:val="16"/>
          </w:rPr>
          <w:t>A/HRC/53/39</w:t>
        </w:r>
      </w:hyperlink>
      <w:r w:rsidR="00C50DDB" w:rsidRPr="00C50DDB">
        <w:rPr>
          <w:rFonts w:ascii="Cambria" w:hAnsi="Cambria" w:cs="Times New Roman"/>
          <w:color w:val="000000"/>
          <w:sz w:val="16"/>
          <w:szCs w:val="16"/>
        </w:rPr>
        <w:t xml:space="preserve">. </w:t>
      </w:r>
      <w:r w:rsidRPr="001C1414">
        <w:rPr>
          <w:sz w:val="16"/>
          <w:szCs w:val="16"/>
          <w:lang w:val="de-DE"/>
        </w:rPr>
        <w:br/>
        <w:t xml:space="preserve">95  Mimi </w:t>
      </w:r>
      <w:proofErr w:type="spellStart"/>
      <w:r w:rsidRPr="001C1414">
        <w:rPr>
          <w:sz w:val="16"/>
          <w:szCs w:val="16"/>
          <w:lang w:val="de-DE"/>
        </w:rPr>
        <w:t>Alphonsus</w:t>
      </w:r>
      <w:proofErr w:type="spellEnd"/>
      <w:r w:rsidR="00C50DDB" w:rsidRPr="00C50DDB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“Calls grow to regulate elders’ homes as Lanka’s elderly population increases”,</w:t>
      </w:r>
      <w:r w:rsidR="00C50DDB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C50DDB" w:rsidRPr="00C50DDB">
        <w:rPr>
          <w:rFonts w:ascii="Cambria" w:hAnsi="Cambria" w:cs="Times New Roman"/>
          <w:i/>
          <w:iCs/>
          <w:color w:val="000000"/>
          <w:sz w:val="16"/>
          <w:szCs w:val="16"/>
        </w:rPr>
        <w:t>The Sunday Times</w:t>
      </w:r>
      <w:r w:rsidRPr="00C50DDB">
        <w:rPr>
          <w:rFonts w:ascii="Cambria" w:hAnsi="Cambria"/>
          <w:sz w:val="16"/>
          <w:szCs w:val="16"/>
          <w:lang w:val="de-DE"/>
        </w:rPr>
        <w:t xml:space="preserve">, </w:t>
      </w:r>
      <w:r w:rsidRPr="001C1414">
        <w:rPr>
          <w:sz w:val="16"/>
          <w:szCs w:val="16"/>
          <w:lang w:val="de-DE"/>
        </w:rPr>
        <w:t>28 Ocak 2024.</w:t>
      </w:r>
    </w:p>
    <w:p w14:paraId="48A280EA" w14:textId="77777777" w:rsidR="004961DB" w:rsidRDefault="00B17326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sz w:val="16"/>
          <w:szCs w:val="16"/>
          <w:lang w:val="es-ES"/>
        </w:rPr>
      </w:pPr>
      <w:r w:rsidRPr="001C1414">
        <w:rPr>
          <w:sz w:val="16"/>
          <w:szCs w:val="16"/>
          <w:lang w:val="de-DE"/>
        </w:rPr>
        <w:t xml:space="preserve">96  Kristina </w:t>
      </w:r>
      <w:proofErr w:type="spellStart"/>
      <w:r w:rsidRPr="001C1414">
        <w:rPr>
          <w:sz w:val="16"/>
          <w:szCs w:val="16"/>
          <w:lang w:val="de-DE"/>
        </w:rPr>
        <w:t>Chelberg</w:t>
      </w:r>
      <w:proofErr w:type="spellEnd"/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ve</w:t>
      </w:r>
      <w:proofErr w:type="spellEnd"/>
      <w:r w:rsidRPr="001C1414">
        <w:rPr>
          <w:sz w:val="16"/>
          <w:szCs w:val="16"/>
          <w:lang w:val="de-DE"/>
        </w:rPr>
        <w:t xml:space="preserve"> Linda Steele,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>“Hidden in plain sight: women and gendered dementia dynamics</w:t>
      </w:r>
      <w:r w:rsidR="00C50DDB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C50DDB" w:rsidRPr="00C50DDB">
        <w:rPr>
          <w:rFonts w:ascii="Cambria" w:hAnsi="Cambria" w:cs="Times New Roman"/>
          <w:color w:val="000000"/>
          <w:sz w:val="16"/>
          <w:szCs w:val="16"/>
        </w:rPr>
        <w:t xml:space="preserve">in the Australian Aged Care Royal Commission”, </w:t>
      </w:r>
      <w:r w:rsidR="00C50DDB" w:rsidRPr="00C50DDB">
        <w:rPr>
          <w:rFonts w:ascii="Cambria" w:hAnsi="Cambria" w:cs="Times New Roman"/>
          <w:i/>
          <w:iCs/>
          <w:color w:val="000000"/>
          <w:sz w:val="16"/>
          <w:szCs w:val="16"/>
        </w:rPr>
        <w:t>Journal of Aging Studies</w:t>
      </w:r>
      <w:r w:rsidRPr="00C50DDB">
        <w:rPr>
          <w:rFonts w:ascii="Cambria" w:hAnsi="Cambria"/>
          <w:sz w:val="16"/>
          <w:szCs w:val="16"/>
          <w:lang w:val="de-DE"/>
        </w:rPr>
        <w:t>,</w:t>
      </w:r>
      <w:r w:rsidRPr="001C1414">
        <w:rPr>
          <w:sz w:val="16"/>
          <w:szCs w:val="16"/>
          <w:lang w:val="de-DE"/>
        </w:rPr>
        <w:t xml:space="preserve"> </w:t>
      </w:r>
      <w:proofErr w:type="spellStart"/>
      <w:r w:rsidRPr="001C1414">
        <w:rPr>
          <w:sz w:val="16"/>
          <w:szCs w:val="16"/>
          <w:lang w:val="de-DE"/>
        </w:rPr>
        <w:t>cilt</w:t>
      </w:r>
      <w:proofErr w:type="spellEnd"/>
      <w:r w:rsidRPr="001C1414">
        <w:rPr>
          <w:sz w:val="16"/>
          <w:szCs w:val="16"/>
          <w:lang w:val="de-DE"/>
        </w:rPr>
        <w:t xml:space="preserve"> 71 (</w:t>
      </w:r>
      <w:proofErr w:type="spellStart"/>
      <w:r w:rsidRPr="001C1414">
        <w:rPr>
          <w:sz w:val="16"/>
          <w:szCs w:val="16"/>
          <w:lang w:val="de-DE"/>
        </w:rPr>
        <w:t>Aralık</w:t>
      </w:r>
      <w:proofErr w:type="spellEnd"/>
      <w:r w:rsidRPr="001C1414">
        <w:rPr>
          <w:sz w:val="16"/>
          <w:szCs w:val="16"/>
          <w:lang w:val="de-DE"/>
        </w:rPr>
        <w:t xml:space="preserve"> 2024).</w:t>
      </w:r>
      <w:r w:rsidRPr="001C1414">
        <w:rPr>
          <w:sz w:val="16"/>
          <w:szCs w:val="16"/>
          <w:lang w:val="de-DE"/>
        </w:rPr>
        <w:br/>
      </w:r>
      <w:r w:rsidRPr="001C1414">
        <w:rPr>
          <w:sz w:val="16"/>
          <w:szCs w:val="16"/>
          <w:lang w:val="pt-PT"/>
        </w:rPr>
        <w:t xml:space="preserve">97  </w:t>
      </w:r>
      <w:proofErr w:type="spellStart"/>
      <w:r w:rsidRPr="001C1414">
        <w:rPr>
          <w:sz w:val="16"/>
          <w:szCs w:val="16"/>
          <w:lang w:val="pt-PT"/>
        </w:rPr>
        <w:t>Kaos</w:t>
      </w:r>
      <w:proofErr w:type="spellEnd"/>
      <w:r w:rsidRPr="001C1414">
        <w:rPr>
          <w:sz w:val="16"/>
          <w:szCs w:val="16"/>
          <w:lang w:val="pt-PT"/>
        </w:rPr>
        <w:t xml:space="preserve"> GL </w:t>
      </w:r>
      <w:proofErr w:type="spellStart"/>
      <w:r w:rsidRPr="001C1414">
        <w:rPr>
          <w:sz w:val="16"/>
          <w:szCs w:val="16"/>
          <w:lang w:val="pt-PT"/>
        </w:rPr>
        <w:t>tarafından</w:t>
      </w:r>
      <w:proofErr w:type="spellEnd"/>
      <w:r w:rsidRPr="001C1414">
        <w:rPr>
          <w:sz w:val="16"/>
          <w:szCs w:val="16"/>
          <w:lang w:val="pt-PT"/>
        </w:rPr>
        <w:t xml:space="preserve"> </w:t>
      </w:r>
      <w:proofErr w:type="spellStart"/>
      <w:r w:rsidRPr="001C1414">
        <w:rPr>
          <w:sz w:val="16"/>
          <w:szCs w:val="16"/>
          <w:lang w:val="pt-PT"/>
        </w:rPr>
        <w:t>sağlanan</w:t>
      </w:r>
      <w:proofErr w:type="spellEnd"/>
      <w:r w:rsidRPr="001C1414">
        <w:rPr>
          <w:sz w:val="16"/>
          <w:szCs w:val="16"/>
          <w:lang w:val="pt-PT"/>
        </w:rPr>
        <w:t xml:space="preserve"> </w:t>
      </w:r>
      <w:proofErr w:type="spellStart"/>
      <w:r w:rsidRPr="001C1414">
        <w:rPr>
          <w:sz w:val="16"/>
          <w:szCs w:val="16"/>
          <w:lang w:val="pt-PT"/>
        </w:rPr>
        <w:t>bilgi</w:t>
      </w:r>
      <w:proofErr w:type="spellEnd"/>
      <w:r w:rsidRPr="001C1414">
        <w:rPr>
          <w:sz w:val="16"/>
          <w:szCs w:val="16"/>
          <w:lang w:val="pt-PT"/>
        </w:rPr>
        <w:t xml:space="preserve">. </w:t>
      </w:r>
      <w:proofErr w:type="spellStart"/>
      <w:r w:rsidRPr="001C1414">
        <w:rPr>
          <w:sz w:val="16"/>
          <w:szCs w:val="16"/>
          <w:lang w:val="es-ES"/>
        </w:rPr>
        <w:t>Ayrıca</w:t>
      </w:r>
      <w:proofErr w:type="spellEnd"/>
      <w:r w:rsidRPr="001C1414">
        <w:rPr>
          <w:sz w:val="16"/>
          <w:szCs w:val="16"/>
          <w:lang w:val="es-ES"/>
        </w:rPr>
        <w:t xml:space="preserve">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r w:rsidRPr="001C1414">
        <w:rPr>
          <w:sz w:val="16"/>
          <w:szCs w:val="16"/>
          <w:lang w:val="es-ES"/>
        </w:rPr>
        <w:t xml:space="preserve">. </w:t>
      </w:r>
      <w:hyperlink r:id="rId49" w:history="1">
        <w:r w:rsidR="004961DB" w:rsidRPr="00053A21">
          <w:rPr>
            <w:rStyle w:val="Hyperlink"/>
            <w:sz w:val="16"/>
            <w:szCs w:val="16"/>
            <w:lang w:val="es-ES"/>
          </w:rPr>
          <w:t>https://www.17mayis.org/images/publish/pdf/yaslaniyoruz-lubunya-anket-gorusmeler-ve-calisma-raporu-16-05-2022.pdf</w:t>
        </w:r>
      </w:hyperlink>
      <w:r w:rsidR="004961DB">
        <w:rPr>
          <w:sz w:val="16"/>
          <w:szCs w:val="16"/>
          <w:lang w:val="es-ES"/>
        </w:rPr>
        <w:t xml:space="preserve"> </w:t>
      </w:r>
      <w:r w:rsidRPr="001C1414">
        <w:rPr>
          <w:sz w:val="16"/>
          <w:szCs w:val="16"/>
          <w:lang w:val="es-ES"/>
        </w:rPr>
        <w:t xml:space="preserve">; ve </w:t>
      </w:r>
      <w:hyperlink r:id="rId50" w:history="1">
        <w:r w:rsidRPr="004961DB">
          <w:rPr>
            <w:rStyle w:val="Hyperlink"/>
            <w:sz w:val="16"/>
            <w:szCs w:val="16"/>
            <w:lang w:val="es-ES"/>
          </w:rPr>
          <w:t>A/75/258</w:t>
        </w:r>
      </w:hyperlink>
      <w:r w:rsidRPr="001C1414">
        <w:rPr>
          <w:sz w:val="16"/>
          <w:szCs w:val="16"/>
          <w:lang w:val="es-ES"/>
        </w:rPr>
        <w:t>, para. 12.</w:t>
      </w:r>
    </w:p>
    <w:p w14:paraId="604D16C1" w14:textId="10D5551A" w:rsidR="004961DB" w:rsidRDefault="00B17326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sz w:val="16"/>
          <w:szCs w:val="16"/>
          <w:lang w:val="es-ES"/>
        </w:rPr>
      </w:pPr>
      <w:r w:rsidRPr="001C1414">
        <w:rPr>
          <w:sz w:val="16"/>
          <w:szCs w:val="16"/>
          <w:lang w:val="es-ES"/>
        </w:rPr>
        <w:t xml:space="preserve">98 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r w:rsidRPr="001C1414">
        <w:rPr>
          <w:sz w:val="16"/>
          <w:szCs w:val="16"/>
          <w:lang w:val="es-ES"/>
        </w:rPr>
        <w:t xml:space="preserve">. </w:t>
      </w:r>
      <w:hyperlink r:id="rId51" w:history="1">
        <w:r w:rsidR="004961DB" w:rsidRPr="004961DB">
          <w:rPr>
            <w:rStyle w:val="Hyperlink"/>
            <w:rFonts w:ascii="Cambria" w:hAnsi="Cambria" w:cs="Times New Roman"/>
            <w:sz w:val="16"/>
            <w:szCs w:val="16"/>
          </w:rPr>
          <w:t>A/HRC/44/51</w:t>
        </w:r>
        <w:r w:rsidRPr="004961DB">
          <w:rPr>
            <w:rStyle w:val="Hyperlink"/>
            <w:rFonts w:ascii="Cambria" w:hAnsi="Cambria"/>
            <w:sz w:val="16"/>
            <w:szCs w:val="16"/>
            <w:lang w:val="es-ES"/>
          </w:rPr>
          <w:t>.</w:t>
        </w:r>
      </w:hyperlink>
      <w:r w:rsidRPr="001C1414">
        <w:rPr>
          <w:sz w:val="16"/>
          <w:szCs w:val="16"/>
          <w:lang w:val="es-ES"/>
        </w:rPr>
        <w:br/>
        <w:t xml:space="preserve">99  </w:t>
      </w:r>
      <w:proofErr w:type="spellStart"/>
      <w:r w:rsidRPr="001C1414">
        <w:rPr>
          <w:sz w:val="16"/>
          <w:szCs w:val="16"/>
          <w:lang w:val="es-ES"/>
        </w:rPr>
        <w:t>Bkz</w:t>
      </w:r>
      <w:proofErr w:type="spellEnd"/>
      <w:r w:rsidRPr="001C1414">
        <w:rPr>
          <w:sz w:val="16"/>
          <w:szCs w:val="16"/>
          <w:lang w:val="es-ES"/>
        </w:rPr>
        <w:t xml:space="preserve">. </w:t>
      </w:r>
      <w:hyperlink r:id="rId52" w:history="1">
        <w:r w:rsidR="004961DB" w:rsidRPr="00053A21">
          <w:rPr>
            <w:rStyle w:val="Hyperlink"/>
            <w:sz w:val="16"/>
            <w:szCs w:val="16"/>
            <w:lang w:val="es-ES"/>
          </w:rPr>
          <w:t>https://www.ohchr.org/en/press-releases/2021/07/racism-and-xenophobia-put-human-rights-human-trafficking-victims-risk-un</w:t>
        </w:r>
      </w:hyperlink>
      <w:r w:rsidRPr="001C1414">
        <w:rPr>
          <w:sz w:val="16"/>
          <w:szCs w:val="16"/>
          <w:lang w:val="es-ES"/>
        </w:rPr>
        <w:t>.</w:t>
      </w:r>
    </w:p>
    <w:p w14:paraId="11C17A13" w14:textId="0292F262" w:rsidR="00B17326" w:rsidRPr="004961DB" w:rsidRDefault="00B17326" w:rsidP="00C50D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sz w:val="16"/>
          <w:szCs w:val="16"/>
          <w:lang w:val="es-ES"/>
        </w:rPr>
      </w:pPr>
      <w:r w:rsidRPr="001C1414">
        <w:rPr>
          <w:sz w:val="16"/>
          <w:szCs w:val="16"/>
          <w:lang w:val="de-DE"/>
        </w:rPr>
        <w:t xml:space="preserve">100 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>.</w:t>
      </w:r>
      <w:r w:rsidR="004961DB">
        <w:rPr>
          <w:sz w:val="16"/>
          <w:szCs w:val="16"/>
          <w:lang w:val="de-DE"/>
        </w:rPr>
        <w:t xml:space="preserve"> </w:t>
      </w:r>
      <w:hyperlink r:id="rId53" w:history="1">
        <w:r w:rsidR="004961DB" w:rsidRPr="00053A21">
          <w:rPr>
            <w:rStyle w:val="Hyperlink"/>
            <w:sz w:val="16"/>
            <w:szCs w:val="16"/>
            <w:lang w:val="de-DE"/>
          </w:rPr>
          <w:t>https://www.ilo.org/sites/default/files/wcmsp5/groups/public/%40asia/%40ro-bangkok/%40ilo-kathmandu/documents/publication/wcms_792239.pdf</w:t>
        </w:r>
      </w:hyperlink>
      <w:r w:rsidRPr="001C1414">
        <w:rPr>
          <w:sz w:val="16"/>
          <w:szCs w:val="16"/>
          <w:lang w:val="de-DE"/>
        </w:rPr>
        <w:t>.</w:t>
      </w:r>
      <w:r w:rsidR="004961DB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br/>
        <w:t xml:space="preserve">101 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hyperlink r:id="rId54" w:history="1">
        <w:r w:rsidR="004961DB" w:rsidRPr="00053A21">
          <w:rPr>
            <w:rStyle w:val="Hyperlink"/>
            <w:sz w:val="16"/>
            <w:szCs w:val="16"/>
            <w:lang w:val="de-DE"/>
          </w:rPr>
          <w:t>https://www.ohchr.org/en/press-releases/2021/07/racism-and-xenophobia-put-human-rights-insan-ticareti-mağdurları-risk-un</w:t>
        </w:r>
      </w:hyperlink>
      <w:r w:rsidRPr="001C1414">
        <w:rPr>
          <w:sz w:val="16"/>
          <w:szCs w:val="16"/>
          <w:lang w:val="de-DE"/>
        </w:rPr>
        <w:t>.</w:t>
      </w:r>
      <w:r w:rsidR="004961DB">
        <w:rPr>
          <w:sz w:val="16"/>
          <w:szCs w:val="16"/>
          <w:lang w:val="de-DE"/>
        </w:rPr>
        <w:t xml:space="preserve"> </w:t>
      </w:r>
      <w:r w:rsidRPr="001C1414">
        <w:rPr>
          <w:sz w:val="16"/>
          <w:szCs w:val="16"/>
          <w:lang w:val="de-DE"/>
        </w:rPr>
        <w:br/>
        <w:t xml:space="preserve">102  </w:t>
      </w:r>
      <w:proofErr w:type="spellStart"/>
      <w:r w:rsidRPr="001C1414">
        <w:rPr>
          <w:sz w:val="16"/>
          <w:szCs w:val="16"/>
          <w:lang w:val="de-DE"/>
        </w:rPr>
        <w:t>Bkz</w:t>
      </w:r>
      <w:proofErr w:type="spellEnd"/>
      <w:r w:rsidRPr="001C1414">
        <w:rPr>
          <w:sz w:val="16"/>
          <w:szCs w:val="16"/>
          <w:lang w:val="de-DE"/>
        </w:rPr>
        <w:t xml:space="preserve">. </w:t>
      </w:r>
      <w:hyperlink r:id="rId55" w:history="1">
        <w:r w:rsidRPr="004961DB">
          <w:rPr>
            <w:rStyle w:val="Hyperlink"/>
            <w:sz w:val="16"/>
            <w:szCs w:val="16"/>
            <w:lang w:val="de-DE"/>
          </w:rPr>
          <w:t>A/HRC/53/39</w:t>
        </w:r>
      </w:hyperlink>
      <w:r w:rsidRPr="001C1414">
        <w:rPr>
          <w:sz w:val="16"/>
          <w:szCs w:val="16"/>
          <w:lang w:val="de-DE"/>
        </w:rPr>
        <w:t>.</w:t>
      </w:r>
      <w:r w:rsidRPr="00B17326">
        <w:rPr>
          <w:sz w:val="16"/>
          <w:szCs w:val="16"/>
          <w:highlight w:val="cyan"/>
          <w:lang w:val="de-DE"/>
        </w:rPr>
        <w:br/>
      </w:r>
    </w:p>
    <w:p w14:paraId="0FAF83BA" w14:textId="77777777" w:rsidR="00B17326" w:rsidRPr="00B17326" w:rsidRDefault="00B17326" w:rsidP="00B17326">
      <w:pPr>
        <w:rPr>
          <w:sz w:val="16"/>
          <w:szCs w:val="16"/>
          <w:highlight w:val="cyan"/>
          <w:lang w:val="de-DE"/>
        </w:rPr>
      </w:pPr>
    </w:p>
    <w:p w14:paraId="22D032BC" w14:textId="77777777" w:rsidR="00B17326" w:rsidRDefault="00B17326" w:rsidP="00C727FF">
      <w:pPr>
        <w:rPr>
          <w:lang w:val="de-DE"/>
        </w:rPr>
      </w:pPr>
    </w:p>
    <w:p w14:paraId="3F8E6FC1" w14:textId="77777777" w:rsidR="00B17326" w:rsidRPr="00697C28" w:rsidRDefault="000C7284" w:rsidP="00697C28">
      <w:pPr>
        <w:spacing w:after="0"/>
        <w:rPr>
          <w:sz w:val="20"/>
          <w:szCs w:val="20"/>
          <w:lang w:val="de-DE"/>
        </w:rPr>
      </w:pPr>
      <w:r w:rsidRPr="00697C28">
        <w:rPr>
          <w:b/>
          <w:bCs/>
          <w:sz w:val="20"/>
          <w:szCs w:val="20"/>
          <w:lang w:val="de-DE"/>
        </w:rPr>
        <w:lastRenderedPageBreak/>
        <w:t>D.</w:t>
      </w:r>
      <w:r w:rsidR="008F2661"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Özgürlüğünden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mahrum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bırakılmış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kişiler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ve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aile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üyeleri</w:t>
      </w:r>
      <w:proofErr w:type="spellEnd"/>
      <w:r w:rsidRPr="00697C28">
        <w:rPr>
          <w:b/>
          <w:bCs/>
          <w:sz w:val="20"/>
          <w:szCs w:val="20"/>
          <w:lang w:val="de-DE"/>
        </w:rPr>
        <w:br/>
      </w:r>
    </w:p>
    <w:p w14:paraId="619A993F" w14:textId="7CE8C108" w:rsidR="005347F2" w:rsidRPr="00697C28" w:rsidRDefault="000C7284" w:rsidP="00836406">
      <w:pPr>
        <w:spacing w:after="0"/>
        <w:jc w:val="both"/>
        <w:rPr>
          <w:sz w:val="20"/>
          <w:szCs w:val="20"/>
          <w:lang w:val="de-DE"/>
        </w:rPr>
      </w:pPr>
      <w:r w:rsidRPr="00697C28">
        <w:rPr>
          <w:sz w:val="20"/>
          <w:szCs w:val="20"/>
          <w:lang w:val="de-DE"/>
        </w:rPr>
        <w:t xml:space="preserve">33. </w:t>
      </w:r>
      <w:r w:rsidR="00836406" w:rsidRPr="00836406">
        <w:rPr>
          <w:sz w:val="20"/>
          <w:szCs w:val="20"/>
          <w:lang w:val="de-DE"/>
        </w:rPr>
        <w:t xml:space="preserve">Beyaz </w:t>
      </w:r>
      <w:proofErr w:type="spellStart"/>
      <w:r w:rsidR="00836406" w:rsidRPr="00836406">
        <w:rPr>
          <w:sz w:val="20"/>
          <w:szCs w:val="20"/>
          <w:lang w:val="de-DE"/>
        </w:rPr>
        <w:t>olmayan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kadınlar</w:t>
      </w:r>
      <w:proofErr w:type="spellEnd"/>
      <w:r w:rsidRPr="00836406">
        <w:rPr>
          <w:sz w:val="20"/>
          <w:szCs w:val="20"/>
          <w:lang w:val="de-DE"/>
        </w:rPr>
        <w:t xml:space="preserve">, </w:t>
      </w:r>
      <w:proofErr w:type="spellStart"/>
      <w:r w:rsidRPr="00836406">
        <w:rPr>
          <w:sz w:val="20"/>
          <w:szCs w:val="20"/>
          <w:lang w:val="de-DE"/>
        </w:rPr>
        <w:t>yerli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kadınlar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göçmen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kadınlar</w:t>
      </w:r>
      <w:proofErr w:type="spellEnd"/>
      <w:r w:rsidRPr="00836406">
        <w:rPr>
          <w:sz w:val="20"/>
          <w:szCs w:val="20"/>
          <w:lang w:val="de-DE"/>
        </w:rPr>
        <w:t xml:space="preserve">, </w:t>
      </w:r>
      <w:proofErr w:type="spellStart"/>
      <w:r w:rsidRPr="00836406">
        <w:rPr>
          <w:sz w:val="20"/>
          <w:szCs w:val="20"/>
          <w:lang w:val="de-DE"/>
        </w:rPr>
        <w:t>kurumlara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yerleştirilme</w:t>
      </w:r>
      <w:proofErr w:type="spellEnd"/>
      <w:r w:rsidRPr="00836406">
        <w:rPr>
          <w:sz w:val="20"/>
          <w:szCs w:val="20"/>
          <w:lang w:val="de-DE"/>
        </w:rPr>
        <w:t xml:space="preserve">, </w:t>
      </w:r>
      <w:proofErr w:type="spellStart"/>
      <w:r w:rsidRPr="00836406">
        <w:rPr>
          <w:sz w:val="20"/>
          <w:szCs w:val="20"/>
          <w:lang w:val="de-DE"/>
        </w:rPr>
        <w:t>hapsedilme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r w:rsidRPr="00836406">
        <w:rPr>
          <w:sz w:val="20"/>
          <w:szCs w:val="20"/>
          <w:lang w:val="de-DE"/>
        </w:rPr>
        <w:br/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gözaltına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alınma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riskine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daha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fazla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maruz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kalmaktadır</w:t>
      </w:r>
      <w:proofErr w:type="spellEnd"/>
      <w:r w:rsidRPr="00836406">
        <w:rPr>
          <w:sz w:val="20"/>
          <w:szCs w:val="20"/>
          <w:lang w:val="de-DE"/>
        </w:rPr>
        <w:t xml:space="preserve">. </w:t>
      </w:r>
      <w:proofErr w:type="spellStart"/>
      <w:r w:rsidRPr="00836406">
        <w:rPr>
          <w:sz w:val="20"/>
          <w:szCs w:val="20"/>
          <w:lang w:val="de-DE"/>
        </w:rPr>
        <w:t>Kadınlar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kızlar</w:t>
      </w:r>
      <w:proofErr w:type="spellEnd"/>
      <w:r w:rsidRPr="00836406">
        <w:rPr>
          <w:sz w:val="20"/>
          <w:szCs w:val="20"/>
          <w:lang w:val="de-DE"/>
        </w:rPr>
        <w:t xml:space="preserve">, </w:t>
      </w:r>
      <w:proofErr w:type="spellStart"/>
      <w:r w:rsidRPr="00836406">
        <w:rPr>
          <w:sz w:val="20"/>
          <w:szCs w:val="20"/>
          <w:lang w:val="de-DE"/>
        </w:rPr>
        <w:t>çocuklarının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r w:rsidRPr="00836406">
        <w:rPr>
          <w:sz w:val="20"/>
          <w:szCs w:val="20"/>
          <w:lang w:val="de-DE"/>
        </w:rPr>
        <w:br/>
      </w:r>
      <w:proofErr w:type="spellStart"/>
      <w:r w:rsidRPr="00836406">
        <w:rPr>
          <w:sz w:val="20"/>
          <w:szCs w:val="20"/>
          <w:lang w:val="de-DE"/>
        </w:rPr>
        <w:t>bakımı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için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düzenlemeler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yapılması</w:t>
      </w:r>
      <w:proofErr w:type="spellEnd"/>
      <w:r w:rsidRPr="00836406">
        <w:rPr>
          <w:sz w:val="20"/>
          <w:szCs w:val="20"/>
          <w:lang w:val="de-DE"/>
        </w:rPr>
        <w:t xml:space="preserve"> da </w:t>
      </w:r>
      <w:proofErr w:type="spellStart"/>
      <w:r w:rsidRPr="00836406">
        <w:rPr>
          <w:sz w:val="20"/>
          <w:szCs w:val="20"/>
          <w:lang w:val="de-DE"/>
        </w:rPr>
        <w:t>dahil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olmak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üzere</w:t>
      </w:r>
      <w:proofErr w:type="spellEnd"/>
      <w:r w:rsidRPr="00836406">
        <w:rPr>
          <w:sz w:val="20"/>
          <w:szCs w:val="20"/>
          <w:lang w:val="de-DE"/>
        </w:rPr>
        <w:t xml:space="preserve">, </w:t>
      </w:r>
      <w:proofErr w:type="spellStart"/>
      <w:r w:rsidRPr="00836406">
        <w:rPr>
          <w:sz w:val="20"/>
          <w:szCs w:val="20"/>
          <w:lang w:val="de-DE"/>
        </w:rPr>
        <w:t>cezaevi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gözaltı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sistemlerinde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farklı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ihtiyaçlara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sahip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olmanın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yanı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sıra</w:t>
      </w:r>
      <w:proofErr w:type="spellEnd"/>
      <w:r w:rsidR="00697C28" w:rsidRPr="00836406">
        <w:rPr>
          <w:sz w:val="20"/>
          <w:szCs w:val="20"/>
          <w:lang w:val="de-DE"/>
        </w:rPr>
        <w:t xml:space="preserve"> (</w:t>
      </w:r>
      <w:r w:rsidRPr="00836406">
        <w:rPr>
          <w:sz w:val="20"/>
          <w:szCs w:val="20"/>
          <w:lang w:val="de-DE"/>
        </w:rPr>
        <w:t xml:space="preserve">103) </w:t>
      </w:r>
      <w:proofErr w:type="spellStart"/>
      <w:r w:rsidRPr="00034339">
        <w:rPr>
          <w:sz w:val="20"/>
          <w:szCs w:val="20"/>
          <w:lang w:val="de-DE"/>
        </w:rPr>
        <w:t>hapisteki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aile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üyeleri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çocuklarının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refahı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için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ziyaretlerde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bulunurken</w:t>
      </w:r>
      <w:proofErr w:type="spellEnd"/>
      <w:r w:rsidRPr="00034339">
        <w:rPr>
          <w:sz w:val="20"/>
          <w:szCs w:val="20"/>
          <w:lang w:val="de-DE"/>
        </w:rPr>
        <w:t xml:space="preserve">, </w:t>
      </w:r>
      <w:proofErr w:type="spellStart"/>
      <w:r w:rsidRPr="00034339">
        <w:rPr>
          <w:sz w:val="20"/>
          <w:szCs w:val="20"/>
          <w:lang w:val="de-DE"/>
        </w:rPr>
        <w:t>yiyecek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götürürken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savunuculuk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yaparken</w:t>
      </w:r>
      <w:proofErr w:type="spellEnd"/>
      <w:r w:rsidRPr="00697C28">
        <w:rPr>
          <w:sz w:val="20"/>
          <w:szCs w:val="20"/>
          <w:lang w:val="de-DE"/>
        </w:rPr>
        <w:t xml:space="preserve"> de </w:t>
      </w:r>
      <w:proofErr w:type="spellStart"/>
      <w:r w:rsidRPr="00697C28">
        <w:rPr>
          <w:sz w:val="20"/>
          <w:szCs w:val="20"/>
          <w:lang w:val="de-DE"/>
        </w:rPr>
        <w:t>etkilenmektedir</w:t>
      </w:r>
      <w:proofErr w:type="spellEnd"/>
      <w:r w:rsidRPr="00697C28">
        <w:rPr>
          <w:sz w:val="20"/>
          <w:szCs w:val="20"/>
          <w:lang w:val="de-DE"/>
        </w:rPr>
        <w:t xml:space="preserve">. </w:t>
      </w:r>
      <w:proofErr w:type="spellStart"/>
      <w:r w:rsidRPr="00697C28">
        <w:rPr>
          <w:sz w:val="20"/>
          <w:szCs w:val="20"/>
          <w:lang w:val="de-DE"/>
        </w:rPr>
        <w:t>Kadınlar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özgürlüklerinden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mahrum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bırakılmış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akrabalarına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devletin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garanti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etmesi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gereken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temel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ihtiyaç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maddelerini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sağlarlar</w:t>
      </w:r>
      <w:proofErr w:type="spellEnd"/>
      <w:r w:rsidRPr="00697C28">
        <w:rPr>
          <w:sz w:val="20"/>
          <w:szCs w:val="20"/>
          <w:lang w:val="de-DE"/>
        </w:rPr>
        <w:t xml:space="preserve">. (104) </w:t>
      </w:r>
      <w:proofErr w:type="spellStart"/>
      <w:r w:rsidRPr="00697C28">
        <w:rPr>
          <w:sz w:val="20"/>
          <w:szCs w:val="20"/>
          <w:lang w:val="de-DE"/>
        </w:rPr>
        <w:t>Sık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ayrımcılığa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maruz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kalırlar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yüksek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düzeyde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stres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kaygı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ıstırap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="001D38F9" w:rsidRPr="00697C28">
        <w:rPr>
          <w:sz w:val="20"/>
          <w:szCs w:val="20"/>
          <w:lang w:val="de-DE"/>
        </w:rPr>
        <w:t>nedeniyle</w:t>
      </w:r>
      <w:r w:rsidRPr="00697C28">
        <w:rPr>
          <w:sz w:val="20"/>
          <w:szCs w:val="20"/>
          <w:lang w:val="de-DE"/>
        </w:rPr>
        <w:t>sağlık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sorunları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yaşarlar</w:t>
      </w:r>
      <w:proofErr w:type="spellEnd"/>
      <w:r w:rsidRPr="00697C28">
        <w:rPr>
          <w:sz w:val="20"/>
          <w:szCs w:val="20"/>
          <w:lang w:val="de-DE"/>
        </w:rPr>
        <w:t>.</w:t>
      </w:r>
      <w:r w:rsidR="008F7A94" w:rsidRPr="00697C28">
        <w:rPr>
          <w:sz w:val="20"/>
          <w:szCs w:val="20"/>
          <w:lang w:val="de-DE"/>
        </w:rPr>
        <w:t xml:space="preserve"> </w:t>
      </w:r>
      <w:r w:rsidR="00836406">
        <w:rPr>
          <w:sz w:val="20"/>
          <w:szCs w:val="20"/>
          <w:lang w:val="de-DE"/>
        </w:rPr>
        <w:t xml:space="preserve"> </w:t>
      </w:r>
      <w:proofErr w:type="spellStart"/>
      <w:r w:rsidR="008F7A94" w:rsidRPr="00697C28">
        <w:rPr>
          <w:sz w:val="20"/>
          <w:szCs w:val="20"/>
          <w:lang w:val="de-DE"/>
        </w:rPr>
        <w:t>Aile</w:t>
      </w:r>
      <w:proofErr w:type="spellEnd"/>
      <w:r w:rsidR="008F7A94" w:rsidRPr="00697C28">
        <w:rPr>
          <w:sz w:val="20"/>
          <w:szCs w:val="20"/>
          <w:lang w:val="de-DE"/>
        </w:rPr>
        <w:t xml:space="preserve"> </w:t>
      </w:r>
      <w:proofErr w:type="spellStart"/>
      <w:r w:rsidR="008F7A94" w:rsidRPr="00697C28">
        <w:rPr>
          <w:sz w:val="20"/>
          <w:szCs w:val="20"/>
          <w:lang w:val="de-DE"/>
        </w:rPr>
        <w:t>üyelerine</w:t>
      </w:r>
      <w:proofErr w:type="spellEnd"/>
      <w:r w:rsidR="001900ED" w:rsidRPr="00697C28">
        <w:rPr>
          <w:sz w:val="20"/>
          <w:szCs w:val="20"/>
          <w:lang w:val="de-DE"/>
        </w:rPr>
        <w:t>,</w:t>
      </w:r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örneğin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giriş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ve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çıkışta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özel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sağlık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muayeneleri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gibi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vesilelerle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gereksizce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yüklenen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maddi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9E4880" w:rsidRPr="00697C28">
        <w:rPr>
          <w:sz w:val="20"/>
          <w:szCs w:val="20"/>
          <w:lang w:val="de-DE"/>
        </w:rPr>
        <w:t>yükler</w:t>
      </w:r>
      <w:r w:rsidR="00DB6BEC" w:rsidRPr="00697C28">
        <w:rPr>
          <w:sz w:val="20"/>
          <w:szCs w:val="20"/>
          <w:lang w:val="de-DE"/>
        </w:rPr>
        <w:t>le</w:t>
      </w:r>
      <w:proofErr w:type="spellEnd"/>
      <w:r w:rsidR="009E4880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ve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güvenli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ve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onurlu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koşullarda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düzenli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ziyaretler</w:t>
      </w:r>
      <w:r w:rsidR="0098094F" w:rsidRPr="00697C28">
        <w:rPr>
          <w:sz w:val="20"/>
          <w:szCs w:val="20"/>
          <w:lang w:val="de-DE"/>
        </w:rPr>
        <w:t>in</w:t>
      </w:r>
      <w:proofErr w:type="spellEnd"/>
      <w:r w:rsidR="0098094F" w:rsidRPr="00697C28">
        <w:rPr>
          <w:sz w:val="20"/>
          <w:szCs w:val="20"/>
          <w:lang w:val="de-DE"/>
        </w:rPr>
        <w:t xml:space="preserve"> </w:t>
      </w:r>
      <w:proofErr w:type="spellStart"/>
      <w:r w:rsidR="0098094F" w:rsidRPr="00697C28">
        <w:rPr>
          <w:sz w:val="20"/>
          <w:szCs w:val="20"/>
          <w:lang w:val="de-DE"/>
        </w:rPr>
        <w:t>gerçekleştirilmesi</w:t>
      </w:r>
      <w:proofErr w:type="spellEnd"/>
      <w:r w:rsidR="0098094F" w:rsidRPr="00697C28">
        <w:rPr>
          <w:sz w:val="20"/>
          <w:szCs w:val="20"/>
          <w:lang w:val="de-DE"/>
        </w:rPr>
        <w:t xml:space="preserve"> </w:t>
      </w:r>
      <w:proofErr w:type="spellStart"/>
      <w:r w:rsidR="0098094F" w:rsidRPr="00697C28">
        <w:rPr>
          <w:sz w:val="20"/>
          <w:szCs w:val="20"/>
          <w:lang w:val="de-DE"/>
        </w:rPr>
        <w:t>ile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ilgili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C727FF" w:rsidRPr="00697C28">
        <w:rPr>
          <w:sz w:val="20"/>
          <w:szCs w:val="20"/>
          <w:lang w:val="de-DE"/>
        </w:rPr>
        <w:t>sorunlar</w:t>
      </w:r>
      <w:r w:rsidR="00E00E27" w:rsidRPr="00697C28">
        <w:rPr>
          <w:sz w:val="20"/>
          <w:szCs w:val="20"/>
          <w:lang w:val="de-DE"/>
        </w:rPr>
        <w:t>la</w:t>
      </w:r>
      <w:proofErr w:type="spellEnd"/>
      <w:r w:rsidR="00C727FF" w:rsidRPr="00697C28">
        <w:rPr>
          <w:sz w:val="20"/>
          <w:szCs w:val="20"/>
          <w:lang w:val="de-DE"/>
        </w:rPr>
        <w:t xml:space="preserve"> </w:t>
      </w:r>
      <w:proofErr w:type="spellStart"/>
      <w:r w:rsidR="00115243" w:rsidRPr="00697C28">
        <w:rPr>
          <w:sz w:val="20"/>
          <w:szCs w:val="20"/>
          <w:lang w:val="de-DE"/>
        </w:rPr>
        <w:t>karşı</w:t>
      </w:r>
      <w:proofErr w:type="spellEnd"/>
      <w:r w:rsidR="00115243" w:rsidRPr="00697C28">
        <w:rPr>
          <w:sz w:val="20"/>
          <w:szCs w:val="20"/>
          <w:lang w:val="de-DE"/>
        </w:rPr>
        <w:t xml:space="preserve"> </w:t>
      </w:r>
      <w:proofErr w:type="spellStart"/>
      <w:r w:rsidR="00115243" w:rsidRPr="00697C28">
        <w:rPr>
          <w:sz w:val="20"/>
          <w:szCs w:val="20"/>
          <w:lang w:val="de-DE"/>
        </w:rPr>
        <w:t>karşıya</w:t>
      </w:r>
      <w:proofErr w:type="spellEnd"/>
      <w:r w:rsidR="00115243" w:rsidRPr="00697C28">
        <w:rPr>
          <w:sz w:val="20"/>
          <w:szCs w:val="20"/>
          <w:lang w:val="de-DE"/>
        </w:rPr>
        <w:t xml:space="preserve"> </w:t>
      </w:r>
      <w:proofErr w:type="spellStart"/>
      <w:r w:rsidR="00115243" w:rsidRPr="00697C28">
        <w:rPr>
          <w:sz w:val="20"/>
          <w:szCs w:val="20"/>
          <w:lang w:val="de-DE"/>
        </w:rPr>
        <w:t>kalırlar</w:t>
      </w:r>
      <w:proofErr w:type="spellEnd"/>
      <w:r w:rsidR="00C727FF" w:rsidRPr="00697C28">
        <w:rPr>
          <w:sz w:val="20"/>
          <w:szCs w:val="20"/>
          <w:lang w:val="de-DE"/>
        </w:rPr>
        <w:t>.</w:t>
      </w:r>
      <w:r w:rsidR="00D751DD" w:rsidRPr="00697C28">
        <w:rPr>
          <w:sz w:val="20"/>
          <w:szCs w:val="20"/>
          <w:lang w:val="de-DE"/>
        </w:rPr>
        <w:t xml:space="preserve"> </w:t>
      </w:r>
      <w:r w:rsidR="00075905" w:rsidRPr="00697C28">
        <w:rPr>
          <w:sz w:val="20"/>
          <w:szCs w:val="20"/>
          <w:lang w:val="de-DE"/>
        </w:rPr>
        <w:t>(</w:t>
      </w:r>
      <w:r w:rsidR="00C727FF" w:rsidRPr="00697C28">
        <w:rPr>
          <w:sz w:val="20"/>
          <w:szCs w:val="20"/>
          <w:lang w:val="de-DE"/>
        </w:rPr>
        <w:t>105</w:t>
      </w:r>
      <w:r w:rsidR="00075905" w:rsidRPr="00697C28">
        <w:rPr>
          <w:sz w:val="20"/>
          <w:szCs w:val="20"/>
          <w:lang w:val="de-DE"/>
        </w:rPr>
        <w:t>)</w:t>
      </w:r>
      <w:r w:rsidRPr="00697C28">
        <w:rPr>
          <w:sz w:val="20"/>
          <w:szCs w:val="20"/>
          <w:lang w:val="de-DE"/>
        </w:rPr>
        <w:br/>
      </w:r>
    </w:p>
    <w:p w14:paraId="670DFA3E" w14:textId="6B2EE06A" w:rsidR="00295A32" w:rsidRPr="00697C28" w:rsidRDefault="000C7284" w:rsidP="00697C28">
      <w:pPr>
        <w:spacing w:after="0"/>
        <w:rPr>
          <w:b/>
          <w:bCs/>
          <w:sz w:val="20"/>
          <w:szCs w:val="20"/>
          <w:lang w:val="de-DE"/>
        </w:rPr>
      </w:pPr>
      <w:r w:rsidRPr="00697C28">
        <w:rPr>
          <w:b/>
          <w:bCs/>
          <w:sz w:val="20"/>
          <w:szCs w:val="20"/>
          <w:lang w:val="de-DE"/>
        </w:rPr>
        <w:t>E.</w:t>
      </w:r>
      <w:r w:rsidR="008F2661"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Kırsal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kesimde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yaşayan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kadınlar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ve</w:t>
      </w:r>
      <w:proofErr w:type="spellEnd"/>
      <w:r w:rsidRPr="00697C28">
        <w:rPr>
          <w:b/>
          <w:bCs/>
          <w:sz w:val="20"/>
          <w:szCs w:val="20"/>
          <w:lang w:val="de-DE"/>
        </w:rPr>
        <w:t xml:space="preserve"> </w:t>
      </w:r>
      <w:proofErr w:type="spellStart"/>
      <w:r w:rsidRPr="00697C28">
        <w:rPr>
          <w:b/>
          <w:bCs/>
          <w:sz w:val="20"/>
          <w:szCs w:val="20"/>
          <w:lang w:val="de-DE"/>
        </w:rPr>
        <w:t>kızlar</w:t>
      </w:r>
      <w:proofErr w:type="spellEnd"/>
    </w:p>
    <w:p w14:paraId="72123E91" w14:textId="5194D1D2" w:rsidR="00295A32" w:rsidRDefault="000C7284" w:rsidP="00C152A5">
      <w:pPr>
        <w:jc w:val="both"/>
        <w:rPr>
          <w:sz w:val="20"/>
          <w:szCs w:val="20"/>
          <w:lang w:val="de-DE"/>
        </w:rPr>
      </w:pPr>
      <w:r w:rsidRPr="00697C28">
        <w:rPr>
          <w:b/>
          <w:bCs/>
          <w:sz w:val="20"/>
          <w:szCs w:val="20"/>
          <w:lang w:val="de-DE"/>
        </w:rPr>
        <w:br/>
      </w:r>
      <w:r w:rsidRPr="00697C28">
        <w:rPr>
          <w:sz w:val="20"/>
          <w:szCs w:val="20"/>
          <w:lang w:val="de-DE"/>
        </w:rPr>
        <w:t>34.</w:t>
      </w:r>
      <w:r w:rsidR="008F2661"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Cinsiyet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eşitsizliği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ayrımcı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kalkınma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sömürgecilik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kölelik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ırkçılık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çevre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tahribatının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mirası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nedeniyle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kırsal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bölgelerdeki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kadınlar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anlamlı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sağlık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eğitim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istihdam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fırsatlarından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mahrum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bırakılmıştır</w:t>
      </w:r>
      <w:proofErr w:type="spellEnd"/>
      <w:r w:rsidRPr="00697C28">
        <w:rPr>
          <w:sz w:val="20"/>
          <w:szCs w:val="20"/>
          <w:lang w:val="de-DE"/>
        </w:rPr>
        <w:t>.</w:t>
      </w:r>
      <w:r w:rsidR="008F2661" w:rsidRPr="00697C28">
        <w:rPr>
          <w:sz w:val="20"/>
          <w:szCs w:val="20"/>
          <w:lang w:val="de-DE"/>
        </w:rPr>
        <w:t xml:space="preserve"> </w:t>
      </w:r>
      <w:r w:rsidR="00A12E0C" w:rsidRPr="00697C28">
        <w:rPr>
          <w:sz w:val="20"/>
          <w:szCs w:val="20"/>
          <w:lang w:val="de-DE"/>
        </w:rPr>
        <w:t>(</w:t>
      </w:r>
      <w:r w:rsidRPr="00697C28">
        <w:rPr>
          <w:sz w:val="20"/>
          <w:szCs w:val="20"/>
          <w:lang w:val="de-DE"/>
        </w:rPr>
        <w:t>106</w:t>
      </w:r>
      <w:r w:rsidR="00A12E0C" w:rsidRPr="00697C28">
        <w:rPr>
          <w:sz w:val="20"/>
          <w:szCs w:val="20"/>
          <w:lang w:val="de-DE"/>
        </w:rPr>
        <w:t>)</w:t>
      </w:r>
      <w:r w:rsidR="008F2661"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Kırsal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bölgelerde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genellikle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doktor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eksikliği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vardır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bu</w:t>
      </w:r>
      <w:proofErr w:type="spellEnd"/>
      <w:r w:rsidRPr="00697C28">
        <w:rPr>
          <w:sz w:val="20"/>
          <w:szCs w:val="20"/>
          <w:lang w:val="de-DE"/>
        </w:rPr>
        <w:t xml:space="preserve"> da </w:t>
      </w:r>
      <w:proofErr w:type="spellStart"/>
      <w:r w:rsidRPr="00697C28">
        <w:rPr>
          <w:sz w:val="20"/>
          <w:szCs w:val="20"/>
          <w:lang w:val="de-DE"/>
        </w:rPr>
        <w:t>kadınların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kızların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temel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ihtiyaçlarının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yeterince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karşılanmadığı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ancak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ücretsiz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bakım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destek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işlerinin</w:t>
      </w:r>
      <w:proofErr w:type="spellEnd"/>
      <w:r w:rsidR="00E9205A" w:rsidRPr="00697C28">
        <w:rPr>
          <w:sz w:val="20"/>
          <w:szCs w:val="20"/>
          <w:lang w:val="de-DE"/>
        </w:rPr>
        <w:t xml:space="preserve"> </w:t>
      </w:r>
      <w:proofErr w:type="spellStart"/>
      <w:r w:rsidR="00E9205A" w:rsidRPr="00697C28">
        <w:rPr>
          <w:sz w:val="20"/>
          <w:szCs w:val="20"/>
          <w:lang w:val="de-DE"/>
        </w:rPr>
        <w:t>aşırı</w:t>
      </w:r>
      <w:proofErr w:type="spellEnd"/>
      <w:r w:rsidR="00E9205A" w:rsidRPr="00697C28">
        <w:rPr>
          <w:sz w:val="20"/>
          <w:szCs w:val="20"/>
          <w:lang w:val="de-DE"/>
        </w:rPr>
        <w:t xml:space="preserve"> </w:t>
      </w:r>
      <w:proofErr w:type="spellStart"/>
      <w:r w:rsidR="00E9205A" w:rsidRPr="00697C28">
        <w:rPr>
          <w:sz w:val="20"/>
          <w:szCs w:val="20"/>
          <w:lang w:val="de-DE"/>
        </w:rPr>
        <w:t>ölçüde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arttığı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anlamına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gelir</w:t>
      </w:r>
      <w:proofErr w:type="spellEnd"/>
      <w:r w:rsidRPr="00697C28">
        <w:rPr>
          <w:sz w:val="20"/>
          <w:szCs w:val="20"/>
          <w:lang w:val="de-DE"/>
        </w:rPr>
        <w:t xml:space="preserve">. </w:t>
      </w:r>
      <w:proofErr w:type="spellStart"/>
      <w:r w:rsidRPr="00697C28">
        <w:rPr>
          <w:sz w:val="20"/>
          <w:szCs w:val="20"/>
          <w:lang w:val="de-DE"/>
        </w:rPr>
        <w:t>Kırsal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kesimdeki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kadınlar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kızlar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cinsel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üreme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sağlığı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haklarını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gerçekleştirmede</w:t>
      </w:r>
      <w:proofErr w:type="spellEnd"/>
      <w:r w:rsidRPr="00697C28">
        <w:rPr>
          <w:sz w:val="20"/>
          <w:szCs w:val="20"/>
          <w:lang w:val="de-DE"/>
        </w:rPr>
        <w:t xml:space="preserve"> de </w:t>
      </w:r>
      <w:proofErr w:type="spellStart"/>
      <w:r w:rsidRPr="00697C28">
        <w:rPr>
          <w:sz w:val="20"/>
          <w:szCs w:val="20"/>
          <w:lang w:val="de-DE"/>
        </w:rPr>
        <w:t>zorluklarla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karşılaşmaktadır</w:t>
      </w:r>
      <w:proofErr w:type="spellEnd"/>
      <w:r w:rsidRPr="00697C28">
        <w:rPr>
          <w:sz w:val="20"/>
          <w:szCs w:val="20"/>
          <w:lang w:val="de-DE"/>
        </w:rPr>
        <w:t xml:space="preserve">. 15 </w:t>
      </w:r>
      <w:proofErr w:type="spellStart"/>
      <w:r w:rsidRPr="00697C28">
        <w:rPr>
          <w:sz w:val="20"/>
          <w:szCs w:val="20"/>
          <w:lang w:val="de-DE"/>
        </w:rPr>
        <w:t>ila</w:t>
      </w:r>
      <w:proofErr w:type="spellEnd"/>
      <w:r w:rsidRPr="00697C28">
        <w:rPr>
          <w:sz w:val="20"/>
          <w:szCs w:val="20"/>
          <w:lang w:val="de-DE"/>
        </w:rPr>
        <w:t xml:space="preserve"> 19 </w:t>
      </w:r>
      <w:proofErr w:type="spellStart"/>
      <w:r w:rsidRPr="00697C28">
        <w:rPr>
          <w:sz w:val="20"/>
          <w:szCs w:val="20"/>
          <w:lang w:val="de-DE"/>
        </w:rPr>
        <w:t>yaş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arası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kızlar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için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anne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sağlığı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sorunları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engelliliğin</w:t>
      </w:r>
      <w:proofErr w:type="spellEnd"/>
      <w:r w:rsidRPr="00697C28">
        <w:rPr>
          <w:sz w:val="20"/>
          <w:szCs w:val="20"/>
          <w:lang w:val="de-DE"/>
        </w:rPr>
        <w:t xml:space="preserve"> en </w:t>
      </w:r>
      <w:proofErr w:type="spellStart"/>
      <w:r w:rsidRPr="00697C28">
        <w:rPr>
          <w:sz w:val="20"/>
          <w:szCs w:val="20"/>
          <w:lang w:val="de-DE"/>
        </w:rPr>
        <w:t>önemli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nedenleri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arasındadır</w:t>
      </w:r>
      <w:proofErr w:type="spellEnd"/>
      <w:r w:rsidRPr="00697C28">
        <w:rPr>
          <w:sz w:val="20"/>
          <w:szCs w:val="20"/>
          <w:lang w:val="de-DE"/>
        </w:rPr>
        <w:t>.</w:t>
      </w:r>
      <w:r w:rsidR="008F2661" w:rsidRPr="00697C28">
        <w:rPr>
          <w:sz w:val="20"/>
          <w:szCs w:val="20"/>
          <w:lang w:val="de-DE"/>
        </w:rPr>
        <w:t xml:space="preserve"> </w:t>
      </w:r>
      <w:r w:rsidRPr="00697C28">
        <w:rPr>
          <w:sz w:val="20"/>
          <w:szCs w:val="20"/>
          <w:lang w:val="de-DE"/>
        </w:rPr>
        <w:t xml:space="preserve">(107) </w:t>
      </w:r>
      <w:proofErr w:type="spellStart"/>
      <w:r w:rsidRPr="00697C28">
        <w:rPr>
          <w:sz w:val="20"/>
          <w:szCs w:val="20"/>
          <w:lang w:val="de-DE"/>
        </w:rPr>
        <w:t>Kırsal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bölgelerde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doğurganlık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oranları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kentsel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bölgelere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göre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daha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yüksektir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daha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fazla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genç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yaşta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doğum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gerçekleşmektedir</w:t>
      </w:r>
      <w:proofErr w:type="spellEnd"/>
      <w:r w:rsidRPr="00697C28">
        <w:rPr>
          <w:sz w:val="20"/>
          <w:szCs w:val="20"/>
          <w:lang w:val="de-DE"/>
        </w:rPr>
        <w:t xml:space="preserve">. (108) </w:t>
      </w:r>
      <w:proofErr w:type="spellStart"/>
      <w:r w:rsidRPr="00697C28">
        <w:rPr>
          <w:sz w:val="20"/>
          <w:szCs w:val="20"/>
          <w:lang w:val="de-DE"/>
        </w:rPr>
        <w:t>Doğum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kontrol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yöntemlerine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erişim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düşüktür</w:t>
      </w:r>
      <w:proofErr w:type="spellEnd"/>
      <w:r w:rsidRPr="00697C28">
        <w:rPr>
          <w:sz w:val="20"/>
          <w:szCs w:val="20"/>
          <w:lang w:val="de-DE"/>
        </w:rPr>
        <w:t xml:space="preserve">, </w:t>
      </w:r>
      <w:proofErr w:type="spellStart"/>
      <w:r w:rsidRPr="00697C28">
        <w:rPr>
          <w:sz w:val="20"/>
          <w:szCs w:val="20"/>
          <w:lang w:val="de-DE"/>
        </w:rPr>
        <w:t>anne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ölümleri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obstetrik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fistül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ve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rahim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sarkması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gibi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hastalıklar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ise</w:t>
      </w:r>
      <w:proofErr w:type="spellEnd"/>
      <w:r w:rsidRPr="00697C28">
        <w:rPr>
          <w:sz w:val="20"/>
          <w:szCs w:val="20"/>
          <w:lang w:val="de-DE"/>
        </w:rPr>
        <w:t xml:space="preserve"> </w:t>
      </w:r>
      <w:proofErr w:type="spellStart"/>
      <w:r w:rsidRPr="00697C28">
        <w:rPr>
          <w:sz w:val="20"/>
          <w:szCs w:val="20"/>
          <w:lang w:val="de-DE"/>
        </w:rPr>
        <w:t>yüksektir</w:t>
      </w:r>
      <w:proofErr w:type="spellEnd"/>
      <w:r w:rsidRPr="00697C28">
        <w:rPr>
          <w:sz w:val="20"/>
          <w:szCs w:val="20"/>
          <w:lang w:val="de-DE"/>
        </w:rPr>
        <w:t>. (109)</w:t>
      </w:r>
    </w:p>
    <w:p w14:paraId="47A140FB" w14:textId="481C8A06" w:rsidR="006F62A9" w:rsidRPr="00697C28" w:rsidRDefault="006F62A9" w:rsidP="00C152A5">
      <w:pPr>
        <w:spacing w:after="0"/>
        <w:jc w:val="both"/>
        <w:rPr>
          <w:sz w:val="20"/>
          <w:szCs w:val="20"/>
          <w:lang w:val="de-DE"/>
        </w:rPr>
      </w:pPr>
      <w:r w:rsidRPr="00034339">
        <w:rPr>
          <w:sz w:val="20"/>
          <w:szCs w:val="20"/>
          <w:lang w:val="de-DE"/>
        </w:rPr>
        <w:t xml:space="preserve">35. </w:t>
      </w:r>
      <w:proofErr w:type="spellStart"/>
      <w:r w:rsidRPr="00034339">
        <w:rPr>
          <w:sz w:val="20"/>
          <w:szCs w:val="20"/>
          <w:lang w:val="de-DE"/>
        </w:rPr>
        <w:t>Yaşlı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kadınlar</w:t>
      </w:r>
      <w:proofErr w:type="spellEnd"/>
      <w:r w:rsidRPr="00034339">
        <w:rPr>
          <w:sz w:val="20"/>
          <w:szCs w:val="20"/>
          <w:lang w:val="de-DE"/>
        </w:rPr>
        <w:t xml:space="preserve">, </w:t>
      </w:r>
      <w:proofErr w:type="spellStart"/>
      <w:r w:rsidRPr="00034339">
        <w:rPr>
          <w:sz w:val="20"/>
          <w:szCs w:val="20"/>
          <w:lang w:val="de-DE"/>
        </w:rPr>
        <w:t>çocukları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iş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için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kentsel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alanlarda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yaşamaya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eğilimli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oldukları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için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kırsal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alanlarda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temel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sağlık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hizmetlerine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erişimde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belirgin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zorluklarla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karşılaşmaktadır</w:t>
      </w:r>
      <w:proofErr w:type="spellEnd"/>
      <w:r w:rsidRPr="00034339">
        <w:rPr>
          <w:sz w:val="20"/>
          <w:szCs w:val="20"/>
          <w:lang w:val="de-DE"/>
        </w:rPr>
        <w:t xml:space="preserve">. (110) </w:t>
      </w:r>
      <w:proofErr w:type="spellStart"/>
      <w:r w:rsidRPr="00034339">
        <w:rPr>
          <w:sz w:val="20"/>
          <w:szCs w:val="20"/>
          <w:lang w:val="de-DE"/>
        </w:rPr>
        <w:t>Kırsal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alanlarda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yaşayan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insanlar</w:t>
      </w:r>
      <w:proofErr w:type="spellEnd"/>
      <w:r w:rsidRPr="00034339">
        <w:rPr>
          <w:sz w:val="20"/>
          <w:szCs w:val="20"/>
          <w:lang w:val="de-DE"/>
        </w:rPr>
        <w:t xml:space="preserve">, </w:t>
      </w:r>
      <w:proofErr w:type="spellStart"/>
      <w:r w:rsidRPr="00034339">
        <w:rPr>
          <w:sz w:val="20"/>
          <w:szCs w:val="20"/>
          <w:lang w:val="de-DE"/>
        </w:rPr>
        <w:t>sigorta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sağlık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hizmetlerine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erişimden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yoksun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oldukları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için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ev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çiftlik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kazalarından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bunların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sonucunda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ortaya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çıkan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sakatlıklardan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daha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fazla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muzdarip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olma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eğilimindedir</w:t>
      </w:r>
      <w:proofErr w:type="spellEnd"/>
      <w:r w:rsidRPr="00034339">
        <w:rPr>
          <w:sz w:val="20"/>
          <w:szCs w:val="20"/>
          <w:lang w:val="de-DE"/>
        </w:rPr>
        <w:t xml:space="preserve">. </w:t>
      </w:r>
      <w:proofErr w:type="spellStart"/>
      <w:r w:rsidRPr="00034339">
        <w:rPr>
          <w:sz w:val="20"/>
          <w:szCs w:val="20"/>
          <w:lang w:val="de-DE"/>
        </w:rPr>
        <w:t>Dünya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çapında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milyonlarca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kadın</w:t>
      </w:r>
      <w:proofErr w:type="spellEnd"/>
      <w:r w:rsidRPr="00034339">
        <w:rPr>
          <w:sz w:val="20"/>
          <w:szCs w:val="20"/>
          <w:lang w:val="de-DE"/>
        </w:rPr>
        <w:t xml:space="preserve">, </w:t>
      </w:r>
      <w:proofErr w:type="spellStart"/>
      <w:r w:rsidRPr="00034339">
        <w:rPr>
          <w:sz w:val="20"/>
          <w:szCs w:val="20"/>
          <w:lang w:val="de-DE"/>
        </w:rPr>
        <w:t>bazen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tarım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makineleri</w:t>
      </w:r>
      <w:proofErr w:type="spellEnd"/>
      <w:r w:rsidRPr="00034339">
        <w:rPr>
          <w:sz w:val="20"/>
          <w:szCs w:val="20"/>
          <w:lang w:val="de-DE"/>
        </w:rPr>
        <w:t xml:space="preserve">, </w:t>
      </w:r>
      <w:proofErr w:type="spellStart"/>
      <w:r w:rsidRPr="00034339">
        <w:rPr>
          <w:sz w:val="20"/>
          <w:szCs w:val="20"/>
          <w:lang w:val="de-DE"/>
        </w:rPr>
        <w:t>engebeli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arazi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ve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ulaşım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altyapısı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ile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ilgili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zorluklar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gibi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tehlikeli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koşullarda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tarım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işçisi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olarak</w:t>
      </w:r>
      <w:proofErr w:type="spellEnd"/>
      <w:r w:rsidRPr="00034339">
        <w:rPr>
          <w:sz w:val="20"/>
          <w:szCs w:val="20"/>
          <w:lang w:val="de-DE"/>
        </w:rPr>
        <w:t xml:space="preserve"> </w:t>
      </w:r>
      <w:proofErr w:type="spellStart"/>
      <w:r w:rsidRPr="00034339">
        <w:rPr>
          <w:sz w:val="20"/>
          <w:szCs w:val="20"/>
          <w:lang w:val="de-DE"/>
        </w:rPr>
        <w:t>çalışmaktadır</w:t>
      </w:r>
      <w:proofErr w:type="spellEnd"/>
      <w:r w:rsidRPr="00034339">
        <w:rPr>
          <w:sz w:val="20"/>
          <w:szCs w:val="20"/>
          <w:lang w:val="de-DE"/>
        </w:rPr>
        <w:t xml:space="preserve">. (111)  </w:t>
      </w:r>
    </w:p>
    <w:p w14:paraId="024C69E2" w14:textId="77777777" w:rsidR="006E736E" w:rsidRDefault="006E736E" w:rsidP="006E736E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p w14:paraId="09B32B2B" w14:textId="4CC3499C" w:rsidR="00B17326" w:rsidRPr="007F0755" w:rsidRDefault="00B17326" w:rsidP="007F07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6E736E">
        <w:rPr>
          <w:sz w:val="16"/>
          <w:szCs w:val="16"/>
          <w:lang w:val="de-DE"/>
        </w:rPr>
        <w:t xml:space="preserve">103  </w:t>
      </w:r>
      <w:proofErr w:type="spellStart"/>
      <w:r w:rsidRPr="006E736E">
        <w:rPr>
          <w:sz w:val="16"/>
          <w:szCs w:val="16"/>
          <w:lang w:val="de-DE"/>
        </w:rPr>
        <w:t>Bkz</w:t>
      </w:r>
      <w:proofErr w:type="spellEnd"/>
      <w:r w:rsidRPr="006E736E">
        <w:rPr>
          <w:sz w:val="16"/>
          <w:szCs w:val="16"/>
          <w:lang w:val="de-DE"/>
        </w:rPr>
        <w:t xml:space="preserve">. </w:t>
      </w:r>
      <w:r w:rsidR="004961DB">
        <w:rPr>
          <w:sz w:val="16"/>
          <w:szCs w:val="16"/>
          <w:lang w:val="de-DE"/>
        </w:rPr>
        <w:t xml:space="preserve">United </w:t>
      </w:r>
      <w:proofErr w:type="spellStart"/>
      <w:r w:rsidR="004961DB">
        <w:rPr>
          <w:sz w:val="16"/>
          <w:szCs w:val="16"/>
          <w:lang w:val="de-DE"/>
        </w:rPr>
        <w:t>Nations</w:t>
      </w:r>
      <w:proofErr w:type="spellEnd"/>
      <w:r w:rsidRPr="006E736E">
        <w:rPr>
          <w:sz w:val="16"/>
          <w:szCs w:val="16"/>
          <w:lang w:val="de-DE"/>
        </w:rPr>
        <w:t xml:space="preserve"> </w:t>
      </w:r>
      <w:r w:rsidR="004961DB">
        <w:rPr>
          <w:sz w:val="16"/>
          <w:szCs w:val="16"/>
          <w:lang w:val="de-DE"/>
        </w:rPr>
        <w:t xml:space="preserve">Rules </w:t>
      </w:r>
      <w:proofErr w:type="spellStart"/>
      <w:r w:rsidR="004961DB">
        <w:rPr>
          <w:sz w:val="16"/>
          <w:szCs w:val="16"/>
          <w:lang w:val="de-DE"/>
        </w:rPr>
        <w:t>for</w:t>
      </w:r>
      <w:proofErr w:type="spellEnd"/>
      <w:r w:rsidR="004961DB">
        <w:rPr>
          <w:sz w:val="16"/>
          <w:szCs w:val="16"/>
          <w:lang w:val="de-DE"/>
        </w:rPr>
        <w:t xml:space="preserve"> </w:t>
      </w:r>
      <w:proofErr w:type="spellStart"/>
      <w:r w:rsidR="004961DB">
        <w:rPr>
          <w:sz w:val="16"/>
          <w:szCs w:val="16"/>
          <w:lang w:val="de-DE"/>
        </w:rPr>
        <w:t>the</w:t>
      </w:r>
      <w:proofErr w:type="spellEnd"/>
      <w:r w:rsidR="004961DB">
        <w:rPr>
          <w:sz w:val="16"/>
          <w:szCs w:val="16"/>
          <w:lang w:val="de-DE"/>
        </w:rPr>
        <w:t xml:space="preserve"> </w:t>
      </w:r>
      <w:r w:rsidR="004961DB" w:rsidRPr="004961DB">
        <w:rPr>
          <w:rFonts w:ascii="Cambria" w:hAnsi="Cambria" w:cs="Times New Roman"/>
          <w:color w:val="000000"/>
          <w:sz w:val="16"/>
          <w:szCs w:val="16"/>
        </w:rPr>
        <w:t>Treatment of Women Prisoners and Non-custodial Measures for</w:t>
      </w:r>
      <w:r w:rsidR="007F0755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4961DB" w:rsidRPr="004961DB">
        <w:rPr>
          <w:rFonts w:ascii="Cambria" w:hAnsi="Cambria" w:cs="Times New Roman"/>
          <w:color w:val="000000"/>
          <w:sz w:val="16"/>
          <w:szCs w:val="16"/>
        </w:rPr>
        <w:t>Women Offenders</w:t>
      </w:r>
      <w:r w:rsidR="004961DB" w:rsidRPr="004961DB">
        <w:rPr>
          <w:rFonts w:ascii="Cambria" w:hAnsi="Cambria"/>
          <w:sz w:val="16"/>
          <w:szCs w:val="16"/>
          <w:lang w:val="de-DE"/>
        </w:rPr>
        <w:t xml:space="preserve"> </w:t>
      </w:r>
      <w:r w:rsidRPr="004961DB">
        <w:rPr>
          <w:rFonts w:ascii="Cambria" w:hAnsi="Cambria"/>
          <w:sz w:val="16"/>
          <w:szCs w:val="16"/>
          <w:lang w:val="de-DE"/>
        </w:rPr>
        <w:t xml:space="preserve">(Bangkok </w:t>
      </w:r>
      <w:r w:rsidR="004961DB">
        <w:rPr>
          <w:rFonts w:ascii="Cambria" w:hAnsi="Cambria"/>
          <w:sz w:val="16"/>
          <w:szCs w:val="16"/>
          <w:lang w:val="de-DE"/>
        </w:rPr>
        <w:t>Rules/</w:t>
      </w:r>
      <w:r w:rsidR="004961DB" w:rsidRPr="004961DB">
        <w:rPr>
          <w:rFonts w:ascii="Cambria" w:hAnsi="Cambria"/>
          <w:sz w:val="16"/>
          <w:szCs w:val="16"/>
          <w:lang w:val="de-DE"/>
        </w:rPr>
        <w:t>Bangkok</w:t>
      </w:r>
      <w:r w:rsidR="004961DB">
        <w:rPr>
          <w:rFonts w:ascii="Cambria" w:hAnsi="Cambria"/>
          <w:sz w:val="16"/>
          <w:szCs w:val="16"/>
          <w:lang w:val="de-DE"/>
        </w:rPr>
        <w:t xml:space="preserve"> </w:t>
      </w:r>
      <w:proofErr w:type="spellStart"/>
      <w:r w:rsidRPr="004961DB">
        <w:rPr>
          <w:rFonts w:ascii="Cambria" w:hAnsi="Cambria"/>
          <w:sz w:val="16"/>
          <w:szCs w:val="16"/>
          <w:lang w:val="de-DE"/>
        </w:rPr>
        <w:t>Kuralları</w:t>
      </w:r>
      <w:proofErr w:type="spellEnd"/>
      <w:r w:rsidRPr="004961DB">
        <w:rPr>
          <w:rFonts w:ascii="Cambria" w:hAnsi="Cambria"/>
          <w:sz w:val="16"/>
          <w:szCs w:val="16"/>
          <w:lang w:val="de-DE"/>
        </w:rPr>
        <w:t>).</w:t>
      </w:r>
      <w:r w:rsidRPr="004961DB">
        <w:rPr>
          <w:rFonts w:ascii="Cambria" w:hAnsi="Cambria"/>
          <w:sz w:val="16"/>
          <w:szCs w:val="16"/>
          <w:lang w:val="de-DE"/>
        </w:rPr>
        <w:br/>
        <w:t xml:space="preserve">104  </w:t>
      </w:r>
      <w:proofErr w:type="spellStart"/>
      <w:r w:rsidRPr="004961DB">
        <w:rPr>
          <w:rFonts w:ascii="Cambria" w:hAnsi="Cambria"/>
          <w:sz w:val="16"/>
          <w:szCs w:val="16"/>
          <w:lang w:val="de-DE"/>
        </w:rPr>
        <w:t>A.g.e</w:t>
      </w:r>
      <w:proofErr w:type="spellEnd"/>
      <w:r w:rsidRPr="004961DB">
        <w:rPr>
          <w:rFonts w:ascii="Cambria" w:hAnsi="Cambria"/>
          <w:sz w:val="16"/>
          <w:szCs w:val="16"/>
          <w:lang w:val="de-DE"/>
        </w:rPr>
        <w:t>.</w:t>
      </w:r>
    </w:p>
    <w:p w14:paraId="2ADD2FD0" w14:textId="1CD50953" w:rsidR="004961DB" w:rsidRPr="007F0755" w:rsidRDefault="00B17326" w:rsidP="007F07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4961DB">
        <w:rPr>
          <w:rFonts w:ascii="Cambria" w:hAnsi="Cambria"/>
          <w:sz w:val="16"/>
          <w:szCs w:val="16"/>
          <w:lang w:val="de-DE"/>
        </w:rPr>
        <w:t xml:space="preserve">105  </w:t>
      </w:r>
      <w:r w:rsidR="004961DB" w:rsidRPr="004961DB">
        <w:rPr>
          <w:rFonts w:ascii="Cambria" w:hAnsi="Cambria" w:cs="Times New Roman"/>
          <w:color w:val="000000"/>
          <w:sz w:val="16"/>
          <w:szCs w:val="16"/>
        </w:rPr>
        <w:t xml:space="preserve">Principles and Good Practices on the Protection of the Rights of Women Relatives of Persons Deprived of their Liberty (Bogotá </w:t>
      </w:r>
      <w:r w:rsidR="004961DB">
        <w:rPr>
          <w:rFonts w:ascii="Cambria" w:hAnsi="Cambria" w:cs="Times New Roman"/>
          <w:color w:val="000000"/>
          <w:sz w:val="16"/>
          <w:szCs w:val="16"/>
        </w:rPr>
        <w:t>Principles/</w:t>
      </w:r>
      <w:r w:rsidR="004961DB" w:rsidRPr="004961DB">
        <w:rPr>
          <w:rFonts w:ascii="Cambria" w:hAnsi="Cambria" w:cs="Times New Roman"/>
          <w:color w:val="000000"/>
          <w:sz w:val="16"/>
          <w:szCs w:val="16"/>
        </w:rPr>
        <w:t xml:space="preserve">Bogotá </w:t>
      </w:r>
      <w:proofErr w:type="spellStart"/>
      <w:r w:rsidR="004961DB" w:rsidRPr="004961DB">
        <w:rPr>
          <w:rFonts w:ascii="Cambria" w:hAnsi="Cambria"/>
          <w:sz w:val="16"/>
          <w:szCs w:val="16"/>
          <w:lang w:val="de-DE"/>
        </w:rPr>
        <w:t>İlkeleri</w:t>
      </w:r>
      <w:proofErr w:type="spellEnd"/>
      <w:r w:rsidR="004961DB" w:rsidRPr="004961DB">
        <w:rPr>
          <w:rFonts w:ascii="Cambria" w:hAnsi="Cambria" w:cs="Times New Roman"/>
          <w:color w:val="000000"/>
          <w:sz w:val="16"/>
          <w:szCs w:val="16"/>
        </w:rPr>
        <w:t xml:space="preserve">), International Network of Women Relatives of Persons Deprived of their Liberty, </w:t>
      </w:r>
      <w:proofErr w:type="spellStart"/>
      <w:r w:rsidR="004961DB" w:rsidRPr="004961DB">
        <w:rPr>
          <w:rFonts w:ascii="Cambria" w:hAnsi="Cambria" w:cs="Times New Roman"/>
          <w:color w:val="000000"/>
          <w:sz w:val="16"/>
          <w:szCs w:val="16"/>
        </w:rPr>
        <w:t>Ekim</w:t>
      </w:r>
      <w:proofErr w:type="spellEnd"/>
      <w:r w:rsidR="004961DB" w:rsidRPr="004961DB">
        <w:rPr>
          <w:rFonts w:ascii="Cambria" w:hAnsi="Cambria" w:cs="Times New Roman"/>
          <w:color w:val="000000"/>
          <w:sz w:val="16"/>
          <w:szCs w:val="16"/>
        </w:rPr>
        <w:t xml:space="preserve"> 2022</w:t>
      </w:r>
      <w:r w:rsidR="004961DB" w:rsidRPr="004961DB">
        <w:rPr>
          <w:rFonts w:ascii="Cambria" w:hAnsi="Cambria"/>
          <w:sz w:val="16"/>
          <w:szCs w:val="16"/>
          <w:lang w:val="de-DE"/>
        </w:rPr>
        <w:t>.</w:t>
      </w:r>
      <w:r w:rsidRPr="004961DB">
        <w:rPr>
          <w:rFonts w:ascii="Cambria" w:hAnsi="Cambria"/>
          <w:sz w:val="16"/>
          <w:szCs w:val="16"/>
          <w:lang w:val="de-DE"/>
        </w:rPr>
        <w:br/>
        <w:t xml:space="preserve">106  </w:t>
      </w:r>
      <w:proofErr w:type="spellStart"/>
      <w:r w:rsidRPr="004961DB">
        <w:rPr>
          <w:rFonts w:ascii="Cambria" w:hAnsi="Cambria"/>
          <w:sz w:val="16"/>
          <w:szCs w:val="16"/>
          <w:lang w:val="de-DE"/>
        </w:rPr>
        <w:t>Bkz</w:t>
      </w:r>
      <w:proofErr w:type="spellEnd"/>
      <w:r w:rsidRPr="004961DB">
        <w:rPr>
          <w:rFonts w:ascii="Cambria" w:hAnsi="Cambria"/>
          <w:sz w:val="16"/>
          <w:szCs w:val="16"/>
          <w:lang w:val="de-DE"/>
        </w:rPr>
        <w:t xml:space="preserve">. </w:t>
      </w:r>
      <w:hyperlink r:id="rId56" w:history="1">
        <w:r w:rsidR="004961DB" w:rsidRPr="007F0755">
          <w:rPr>
            <w:rStyle w:val="Hyperlink"/>
            <w:rFonts w:ascii="Cambria" w:hAnsi="Cambria" w:cs="Times New Roman"/>
            <w:sz w:val="16"/>
            <w:szCs w:val="16"/>
          </w:rPr>
          <w:t>A/HRC/53/39</w:t>
        </w:r>
      </w:hyperlink>
      <w:r w:rsidRPr="004961DB">
        <w:rPr>
          <w:rFonts w:ascii="Cambria" w:hAnsi="Cambria"/>
          <w:sz w:val="16"/>
          <w:szCs w:val="16"/>
          <w:lang w:val="de-DE"/>
        </w:rPr>
        <w:t>.</w:t>
      </w:r>
      <w:r w:rsidRPr="006E736E">
        <w:rPr>
          <w:sz w:val="16"/>
          <w:szCs w:val="16"/>
          <w:lang w:val="de-DE"/>
        </w:rPr>
        <w:br/>
        <w:t xml:space="preserve">107  </w:t>
      </w:r>
      <w:proofErr w:type="spellStart"/>
      <w:r w:rsidRPr="006E736E">
        <w:rPr>
          <w:sz w:val="16"/>
          <w:szCs w:val="16"/>
          <w:lang w:val="de-DE"/>
        </w:rPr>
        <w:t>Dünya</w:t>
      </w:r>
      <w:proofErr w:type="spellEnd"/>
      <w:r w:rsidRPr="006E736E">
        <w:rPr>
          <w:sz w:val="16"/>
          <w:szCs w:val="16"/>
          <w:lang w:val="de-DE"/>
        </w:rPr>
        <w:t xml:space="preserve"> </w:t>
      </w:r>
      <w:proofErr w:type="spellStart"/>
      <w:r w:rsidRPr="006E736E">
        <w:rPr>
          <w:sz w:val="16"/>
          <w:szCs w:val="16"/>
          <w:lang w:val="de-DE"/>
        </w:rPr>
        <w:t>Sağlık</w:t>
      </w:r>
      <w:proofErr w:type="spellEnd"/>
      <w:r w:rsidRPr="006E736E">
        <w:rPr>
          <w:sz w:val="16"/>
          <w:szCs w:val="16"/>
          <w:lang w:val="de-DE"/>
        </w:rPr>
        <w:t xml:space="preserve"> </w:t>
      </w:r>
      <w:proofErr w:type="spellStart"/>
      <w:r w:rsidRPr="006E736E">
        <w:rPr>
          <w:sz w:val="16"/>
          <w:szCs w:val="16"/>
          <w:lang w:val="de-DE"/>
        </w:rPr>
        <w:t>Örgütü</w:t>
      </w:r>
      <w:proofErr w:type="spellEnd"/>
      <w:r w:rsidRPr="006E736E">
        <w:rPr>
          <w:sz w:val="16"/>
          <w:szCs w:val="16"/>
          <w:lang w:val="de-DE"/>
        </w:rPr>
        <w:t xml:space="preserve">, </w:t>
      </w:r>
      <w:r w:rsidR="007F0755" w:rsidRPr="00145CEA">
        <w:rPr>
          <w:rFonts w:ascii="Cambria" w:hAnsi="Cambria" w:cs="Times New Roman"/>
          <w:i/>
          <w:iCs/>
          <w:color w:val="000000"/>
          <w:sz w:val="16"/>
          <w:szCs w:val="16"/>
        </w:rPr>
        <w:t>Global Health Estimates 2020: Deaths by Cause, Age, Sex, by Country and by Region, 2000–</w:t>
      </w:r>
      <w:r w:rsidR="007F0755" w:rsidRPr="007F0755">
        <w:rPr>
          <w:rFonts w:ascii="Cambria" w:hAnsi="Cambria" w:cs="Times New Roman"/>
          <w:color w:val="000000"/>
          <w:sz w:val="16"/>
          <w:szCs w:val="16"/>
        </w:rPr>
        <w:t>2019</w:t>
      </w:r>
      <w:r w:rsidR="007F0755" w:rsidRPr="006E736E">
        <w:rPr>
          <w:sz w:val="16"/>
          <w:szCs w:val="16"/>
          <w:lang w:val="de-DE"/>
        </w:rPr>
        <w:t xml:space="preserve"> </w:t>
      </w:r>
      <w:r w:rsidRPr="006E736E">
        <w:rPr>
          <w:sz w:val="16"/>
          <w:szCs w:val="16"/>
          <w:lang w:val="de-DE"/>
        </w:rPr>
        <w:t>(</w:t>
      </w:r>
      <w:proofErr w:type="spellStart"/>
      <w:r w:rsidRPr="006E736E">
        <w:rPr>
          <w:sz w:val="16"/>
          <w:szCs w:val="16"/>
          <w:lang w:val="de-DE"/>
        </w:rPr>
        <w:t>Cenevre</w:t>
      </w:r>
      <w:proofErr w:type="spellEnd"/>
      <w:r w:rsidRPr="006E736E">
        <w:rPr>
          <w:sz w:val="16"/>
          <w:szCs w:val="16"/>
          <w:lang w:val="de-DE"/>
        </w:rPr>
        <w:t>, 2020).</w:t>
      </w:r>
      <w:r w:rsidRPr="006E736E">
        <w:rPr>
          <w:sz w:val="16"/>
          <w:szCs w:val="16"/>
          <w:lang w:val="de-DE"/>
        </w:rPr>
        <w:br/>
        <w:t xml:space="preserve">108  Mathias Lerch, </w:t>
      </w:r>
      <w:r w:rsidR="007F0755" w:rsidRPr="007F0755">
        <w:rPr>
          <w:rFonts w:ascii="Cambria" w:hAnsi="Cambria" w:cs="Times New Roman"/>
          <w:color w:val="000000"/>
          <w:sz w:val="16"/>
          <w:szCs w:val="16"/>
        </w:rPr>
        <w:t>“Regional variations in the rural-urban fertility gradient in the global South”,</w:t>
      </w:r>
      <w:r w:rsidR="007F0755" w:rsidRPr="007F0755">
        <w:rPr>
          <w:i/>
          <w:iCs/>
          <w:sz w:val="16"/>
          <w:szCs w:val="16"/>
          <w:lang w:val="de-DE"/>
        </w:rPr>
        <w:t xml:space="preserve"> </w:t>
      </w:r>
      <w:r w:rsidR="007F0755">
        <w:rPr>
          <w:i/>
          <w:iCs/>
          <w:sz w:val="16"/>
          <w:szCs w:val="16"/>
          <w:lang w:val="de-DE"/>
        </w:rPr>
        <w:t xml:space="preserve">PLOS </w:t>
      </w:r>
      <w:proofErr w:type="spellStart"/>
      <w:r w:rsidRPr="007F0755">
        <w:rPr>
          <w:i/>
          <w:iCs/>
          <w:sz w:val="16"/>
          <w:szCs w:val="16"/>
          <w:lang w:val="de-DE"/>
        </w:rPr>
        <w:t>One</w:t>
      </w:r>
      <w:proofErr w:type="spellEnd"/>
      <w:r w:rsidRPr="006E736E">
        <w:rPr>
          <w:sz w:val="16"/>
          <w:szCs w:val="16"/>
          <w:lang w:val="de-DE"/>
        </w:rPr>
        <w:t xml:space="preserve">, </w:t>
      </w:r>
      <w:proofErr w:type="spellStart"/>
      <w:r w:rsidRPr="006E736E">
        <w:rPr>
          <w:sz w:val="16"/>
          <w:szCs w:val="16"/>
          <w:lang w:val="de-DE"/>
        </w:rPr>
        <w:t>cilt</w:t>
      </w:r>
      <w:proofErr w:type="spellEnd"/>
      <w:r w:rsidRPr="006E736E">
        <w:rPr>
          <w:sz w:val="16"/>
          <w:szCs w:val="16"/>
          <w:lang w:val="de-DE"/>
        </w:rPr>
        <w:t xml:space="preserve"> 14, </w:t>
      </w:r>
      <w:proofErr w:type="spellStart"/>
      <w:r w:rsidRPr="006E736E">
        <w:rPr>
          <w:sz w:val="16"/>
          <w:szCs w:val="16"/>
          <w:lang w:val="de-DE"/>
        </w:rPr>
        <w:t>No</w:t>
      </w:r>
      <w:proofErr w:type="spellEnd"/>
      <w:r w:rsidRPr="006E736E">
        <w:rPr>
          <w:sz w:val="16"/>
          <w:szCs w:val="16"/>
          <w:lang w:val="de-DE"/>
        </w:rPr>
        <w:t xml:space="preserve">. 7 (2019). </w:t>
      </w:r>
      <w:proofErr w:type="spellStart"/>
      <w:r w:rsidRPr="006E736E">
        <w:rPr>
          <w:sz w:val="16"/>
          <w:szCs w:val="16"/>
          <w:lang w:val="es-ES"/>
        </w:rPr>
        <w:t>Ayrıca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bkz</w:t>
      </w:r>
      <w:proofErr w:type="spellEnd"/>
      <w:r w:rsidRPr="006E736E">
        <w:rPr>
          <w:sz w:val="16"/>
          <w:szCs w:val="16"/>
          <w:lang w:val="es-ES"/>
        </w:rPr>
        <w:t xml:space="preserve">. </w:t>
      </w:r>
      <w:hyperlink r:id="rId57" w:history="1">
        <w:r w:rsidR="004961DB" w:rsidRPr="00053A21">
          <w:rPr>
            <w:rStyle w:val="Hyperlink"/>
            <w:sz w:val="16"/>
            <w:szCs w:val="16"/>
            <w:lang w:val="es-ES"/>
          </w:rPr>
          <w:t>https://www.choiceforyouth.org/assets/Docs/198f89dc19/PositionPaper_CSW_DEF.pdf</w:t>
        </w:r>
      </w:hyperlink>
      <w:r w:rsidR="004961DB">
        <w:rPr>
          <w:sz w:val="16"/>
          <w:szCs w:val="16"/>
          <w:lang w:val="es-ES"/>
        </w:rPr>
        <w:t xml:space="preserve"> </w:t>
      </w:r>
      <w:r w:rsidRPr="006E736E">
        <w:rPr>
          <w:sz w:val="16"/>
          <w:szCs w:val="16"/>
          <w:lang w:val="es-ES"/>
        </w:rPr>
        <w:t xml:space="preserve">ve </w:t>
      </w:r>
      <w:r w:rsidRPr="006E736E">
        <w:rPr>
          <w:sz w:val="16"/>
          <w:szCs w:val="16"/>
          <w:lang w:val="es-ES"/>
        </w:rPr>
        <w:br/>
      </w:r>
      <w:hyperlink r:id="rId58" w:history="1">
        <w:r w:rsidR="004961DB" w:rsidRPr="00053A21">
          <w:rPr>
            <w:rStyle w:val="Hyperlink"/>
            <w:sz w:val="16"/>
            <w:szCs w:val="16"/>
            <w:lang w:val="es-ES"/>
          </w:rPr>
          <w:t>https://www.apa.org/pubs/reports/rural-women-summary.pdf</w:t>
        </w:r>
      </w:hyperlink>
      <w:r w:rsidRPr="006E736E">
        <w:rPr>
          <w:sz w:val="16"/>
          <w:szCs w:val="16"/>
          <w:lang w:val="es-ES"/>
        </w:rPr>
        <w:t>.</w:t>
      </w:r>
    </w:p>
    <w:p w14:paraId="5DABE809" w14:textId="110B2C83" w:rsidR="00B17326" w:rsidRPr="006E736E" w:rsidRDefault="00B17326" w:rsidP="00034339">
      <w:pPr>
        <w:spacing w:after="0"/>
        <w:rPr>
          <w:sz w:val="16"/>
          <w:szCs w:val="16"/>
          <w:lang w:val="es-ES"/>
        </w:rPr>
      </w:pPr>
      <w:r w:rsidRPr="006E736E">
        <w:rPr>
          <w:sz w:val="16"/>
          <w:szCs w:val="16"/>
          <w:lang w:val="es-ES"/>
        </w:rPr>
        <w:t xml:space="preserve">109  </w:t>
      </w:r>
      <w:proofErr w:type="spellStart"/>
      <w:r w:rsidRPr="006E736E">
        <w:rPr>
          <w:sz w:val="16"/>
          <w:szCs w:val="16"/>
          <w:lang w:val="es-ES"/>
        </w:rPr>
        <w:t>Bkz</w:t>
      </w:r>
      <w:proofErr w:type="spellEnd"/>
      <w:r w:rsidRPr="006E736E">
        <w:rPr>
          <w:sz w:val="16"/>
          <w:szCs w:val="16"/>
          <w:lang w:val="es-ES"/>
        </w:rPr>
        <w:t xml:space="preserve">. </w:t>
      </w:r>
      <w:hyperlink r:id="rId59" w:history="1">
        <w:r w:rsidRPr="0005167E">
          <w:rPr>
            <w:rStyle w:val="Hyperlink"/>
            <w:sz w:val="16"/>
            <w:szCs w:val="16"/>
            <w:lang w:val="es-ES"/>
          </w:rPr>
          <w:t>A/HRC/47/38</w:t>
        </w:r>
      </w:hyperlink>
      <w:r w:rsidRPr="006E736E">
        <w:rPr>
          <w:sz w:val="16"/>
          <w:szCs w:val="16"/>
          <w:lang w:val="es-ES"/>
        </w:rPr>
        <w:t xml:space="preserve"> ve </w:t>
      </w:r>
      <w:hyperlink r:id="rId60" w:history="1">
        <w:r w:rsidR="004961DB" w:rsidRPr="00053A21">
          <w:rPr>
            <w:rStyle w:val="Hyperlink"/>
            <w:sz w:val="16"/>
            <w:szCs w:val="16"/>
            <w:lang w:val="es-ES"/>
          </w:rPr>
          <w:t>https://www.choiceforyouth.org/assets/Docs/198f89dc19/PositionPaper_CSW_DEF.pdf</w:t>
        </w:r>
      </w:hyperlink>
      <w:r w:rsidRPr="006E736E">
        <w:rPr>
          <w:sz w:val="16"/>
          <w:szCs w:val="16"/>
          <w:lang w:val="es-ES"/>
        </w:rPr>
        <w:t>.</w:t>
      </w:r>
      <w:r w:rsidR="004961DB">
        <w:rPr>
          <w:sz w:val="16"/>
          <w:szCs w:val="16"/>
          <w:lang w:val="es-ES"/>
        </w:rPr>
        <w:t xml:space="preserve"> </w:t>
      </w:r>
      <w:r w:rsidRPr="006E736E">
        <w:rPr>
          <w:sz w:val="16"/>
          <w:szCs w:val="16"/>
          <w:lang w:val="es-ES"/>
        </w:rPr>
        <w:br/>
        <w:t xml:space="preserve">110  Kevin </w:t>
      </w:r>
      <w:proofErr w:type="spellStart"/>
      <w:r w:rsidRPr="006E736E">
        <w:rPr>
          <w:sz w:val="16"/>
          <w:szCs w:val="16"/>
          <w:lang w:val="es-ES"/>
        </w:rPr>
        <w:t>Kinsella</w:t>
      </w:r>
      <w:proofErr w:type="spellEnd"/>
      <w:r w:rsidRPr="006E736E">
        <w:rPr>
          <w:sz w:val="16"/>
          <w:szCs w:val="16"/>
          <w:lang w:val="es-ES"/>
        </w:rPr>
        <w:t>, “</w:t>
      </w:r>
      <w:proofErr w:type="spellStart"/>
      <w:r w:rsidRPr="006E736E">
        <w:rPr>
          <w:sz w:val="16"/>
          <w:szCs w:val="16"/>
          <w:lang w:val="es-ES"/>
        </w:rPr>
        <w:t>Küresel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nüfus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yaşlanmasının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kentsel</w:t>
      </w:r>
      <w:proofErr w:type="spellEnd"/>
      <w:r w:rsidRPr="006E736E">
        <w:rPr>
          <w:sz w:val="16"/>
          <w:szCs w:val="16"/>
          <w:lang w:val="es-ES"/>
        </w:rPr>
        <w:t xml:space="preserve"> ve </w:t>
      </w:r>
      <w:proofErr w:type="spellStart"/>
      <w:r w:rsidRPr="006E736E">
        <w:rPr>
          <w:sz w:val="16"/>
          <w:szCs w:val="16"/>
          <w:lang w:val="es-ES"/>
        </w:rPr>
        <w:t>kırsal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boyutları</w:t>
      </w:r>
      <w:proofErr w:type="spellEnd"/>
      <w:r w:rsidRPr="006E736E">
        <w:rPr>
          <w:sz w:val="16"/>
          <w:szCs w:val="16"/>
          <w:lang w:val="es-ES"/>
        </w:rPr>
        <w:t xml:space="preserve">: </w:t>
      </w:r>
      <w:proofErr w:type="spellStart"/>
      <w:r w:rsidRPr="006E736E">
        <w:rPr>
          <w:sz w:val="16"/>
          <w:szCs w:val="16"/>
          <w:lang w:val="es-ES"/>
        </w:rPr>
        <w:t>genel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bakış</w:t>
      </w:r>
      <w:proofErr w:type="spellEnd"/>
      <w:r w:rsidRPr="006E736E">
        <w:rPr>
          <w:sz w:val="16"/>
          <w:szCs w:val="16"/>
          <w:lang w:val="es-ES"/>
        </w:rPr>
        <w:t xml:space="preserve">”, </w:t>
      </w:r>
      <w:proofErr w:type="spellStart"/>
      <w:r w:rsidRPr="0005167E">
        <w:rPr>
          <w:i/>
          <w:iCs/>
          <w:sz w:val="16"/>
          <w:szCs w:val="16"/>
          <w:lang w:val="es-ES"/>
        </w:rPr>
        <w:t>The</w:t>
      </w:r>
      <w:proofErr w:type="spellEnd"/>
      <w:r w:rsidRPr="0005167E">
        <w:rPr>
          <w:i/>
          <w:iCs/>
          <w:sz w:val="16"/>
          <w:szCs w:val="16"/>
          <w:lang w:val="es-ES"/>
        </w:rPr>
        <w:t xml:space="preserve"> </w:t>
      </w:r>
      <w:proofErr w:type="spellStart"/>
      <w:r w:rsidRPr="0005167E">
        <w:rPr>
          <w:i/>
          <w:iCs/>
          <w:sz w:val="16"/>
          <w:szCs w:val="16"/>
          <w:lang w:val="es-ES"/>
        </w:rPr>
        <w:t>Journal</w:t>
      </w:r>
      <w:proofErr w:type="spellEnd"/>
      <w:r w:rsidRPr="0005167E">
        <w:rPr>
          <w:i/>
          <w:iCs/>
          <w:sz w:val="16"/>
          <w:szCs w:val="16"/>
          <w:lang w:val="es-ES"/>
        </w:rPr>
        <w:t xml:space="preserve"> </w:t>
      </w:r>
      <w:proofErr w:type="spellStart"/>
      <w:r w:rsidRPr="0005167E">
        <w:rPr>
          <w:i/>
          <w:iCs/>
          <w:sz w:val="16"/>
          <w:szCs w:val="16"/>
          <w:lang w:val="es-ES"/>
        </w:rPr>
        <w:t>of</w:t>
      </w:r>
      <w:proofErr w:type="spellEnd"/>
      <w:r w:rsidRPr="0005167E">
        <w:rPr>
          <w:i/>
          <w:iCs/>
          <w:sz w:val="16"/>
          <w:szCs w:val="16"/>
          <w:lang w:val="es-ES"/>
        </w:rPr>
        <w:t xml:space="preserve"> Rural </w:t>
      </w:r>
      <w:proofErr w:type="spellStart"/>
      <w:r w:rsidRPr="0005167E">
        <w:rPr>
          <w:i/>
          <w:iCs/>
          <w:sz w:val="16"/>
          <w:szCs w:val="16"/>
          <w:lang w:val="es-ES"/>
        </w:rPr>
        <w:t>Health</w:t>
      </w:r>
      <w:proofErr w:type="spellEnd"/>
      <w:r w:rsidRPr="006E736E">
        <w:rPr>
          <w:sz w:val="16"/>
          <w:szCs w:val="16"/>
          <w:lang w:val="es-ES"/>
        </w:rPr>
        <w:t xml:space="preserve">, (2001) </w:t>
      </w:r>
      <w:proofErr w:type="spellStart"/>
      <w:r w:rsidRPr="006E736E">
        <w:rPr>
          <w:sz w:val="16"/>
          <w:szCs w:val="16"/>
          <w:lang w:val="es-ES"/>
        </w:rPr>
        <w:t>cilt</w:t>
      </w:r>
      <w:proofErr w:type="spellEnd"/>
      <w:r w:rsidRPr="006E736E">
        <w:rPr>
          <w:sz w:val="16"/>
          <w:szCs w:val="16"/>
          <w:lang w:val="es-ES"/>
        </w:rPr>
        <w:t xml:space="preserve"> 17, No. 4, s. 314–322.</w:t>
      </w:r>
    </w:p>
    <w:p w14:paraId="1842C47E" w14:textId="153BBC64" w:rsidR="00034339" w:rsidRPr="0005167E" w:rsidRDefault="00034339" w:rsidP="0005167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  <w:r w:rsidRPr="0005167E">
        <w:rPr>
          <w:rFonts w:ascii="Cambria" w:hAnsi="Cambria"/>
          <w:sz w:val="16"/>
          <w:szCs w:val="16"/>
          <w:lang w:val="es-ES"/>
        </w:rPr>
        <w:t xml:space="preserve">111  </w:t>
      </w:r>
      <w:proofErr w:type="spellStart"/>
      <w:r w:rsidRPr="006E736E">
        <w:rPr>
          <w:sz w:val="16"/>
          <w:szCs w:val="16"/>
          <w:lang w:val="es-ES"/>
        </w:rPr>
        <w:t>Çalışma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Grubunun</w:t>
      </w:r>
      <w:proofErr w:type="spellEnd"/>
      <w:r w:rsidRPr="006E736E">
        <w:rPr>
          <w:sz w:val="16"/>
          <w:szCs w:val="16"/>
          <w:lang w:val="es-ES"/>
        </w:rPr>
        <w:t xml:space="preserve"> Orta </w:t>
      </w:r>
      <w:proofErr w:type="spellStart"/>
      <w:r w:rsidRPr="006E736E">
        <w:rPr>
          <w:sz w:val="16"/>
          <w:szCs w:val="16"/>
          <w:lang w:val="es-ES"/>
        </w:rPr>
        <w:t>Doğu</w:t>
      </w:r>
      <w:proofErr w:type="spellEnd"/>
      <w:r w:rsidRPr="006E736E">
        <w:rPr>
          <w:sz w:val="16"/>
          <w:szCs w:val="16"/>
          <w:lang w:val="es-ES"/>
        </w:rPr>
        <w:t xml:space="preserve"> ve </w:t>
      </w:r>
      <w:proofErr w:type="spellStart"/>
      <w:r w:rsidRPr="006E736E">
        <w:rPr>
          <w:sz w:val="16"/>
          <w:szCs w:val="16"/>
          <w:lang w:val="es-ES"/>
        </w:rPr>
        <w:t>Kuzey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Afrika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istişaresinde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ifade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edilen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görüşler</w:t>
      </w:r>
      <w:proofErr w:type="spellEnd"/>
      <w:r w:rsidRPr="006E736E">
        <w:rPr>
          <w:sz w:val="16"/>
          <w:szCs w:val="16"/>
          <w:lang w:val="es-ES"/>
        </w:rPr>
        <w:t xml:space="preserve">. </w:t>
      </w:r>
      <w:proofErr w:type="spellStart"/>
      <w:r w:rsidRPr="006E736E">
        <w:rPr>
          <w:sz w:val="16"/>
          <w:szCs w:val="16"/>
          <w:lang w:val="es-ES"/>
        </w:rPr>
        <w:t>Ayrıca</w:t>
      </w:r>
      <w:proofErr w:type="spellEnd"/>
      <w:r w:rsidRPr="006E736E">
        <w:rPr>
          <w:sz w:val="16"/>
          <w:szCs w:val="16"/>
          <w:lang w:val="es-ES"/>
        </w:rPr>
        <w:t xml:space="preserve"> </w:t>
      </w:r>
      <w:proofErr w:type="spellStart"/>
      <w:r w:rsidRPr="006E736E">
        <w:rPr>
          <w:sz w:val="16"/>
          <w:szCs w:val="16"/>
          <w:lang w:val="es-ES"/>
        </w:rPr>
        <w:t>bkz</w:t>
      </w:r>
      <w:proofErr w:type="spellEnd"/>
      <w:r w:rsidRPr="006E736E">
        <w:rPr>
          <w:sz w:val="16"/>
          <w:szCs w:val="16"/>
          <w:lang w:val="es-ES"/>
        </w:rPr>
        <w:t xml:space="preserve">. ILO ve FAO, </w:t>
      </w:r>
      <w:r w:rsidR="0005167E" w:rsidRPr="005941F7">
        <w:rPr>
          <w:rFonts w:ascii="Cambria" w:hAnsi="Cambria" w:cs="Times New Roman"/>
          <w:i/>
          <w:iCs/>
          <w:color w:val="000000"/>
          <w:sz w:val="16"/>
          <w:szCs w:val="16"/>
        </w:rPr>
        <w:t>Extending Social Protection to Rural Populations: Perspectives for a Common FAO and ILO Approach</w:t>
      </w:r>
      <w:r w:rsidRPr="005941F7">
        <w:rPr>
          <w:rFonts w:ascii="Cambria" w:hAnsi="Cambria"/>
          <w:sz w:val="16"/>
          <w:szCs w:val="16"/>
          <w:lang w:val="es-ES"/>
        </w:rPr>
        <w:t xml:space="preserve"> </w:t>
      </w:r>
      <w:r w:rsidRPr="006E736E">
        <w:rPr>
          <w:sz w:val="16"/>
          <w:szCs w:val="16"/>
          <w:lang w:val="es-ES"/>
        </w:rPr>
        <w:t>(</w:t>
      </w:r>
      <w:proofErr w:type="spellStart"/>
      <w:r w:rsidRPr="006E736E">
        <w:rPr>
          <w:sz w:val="16"/>
          <w:szCs w:val="16"/>
          <w:lang w:val="es-ES"/>
        </w:rPr>
        <w:t>Cenevre</w:t>
      </w:r>
      <w:proofErr w:type="spellEnd"/>
      <w:r w:rsidRPr="006E736E">
        <w:rPr>
          <w:sz w:val="16"/>
          <w:szCs w:val="16"/>
          <w:lang w:val="es-ES"/>
        </w:rPr>
        <w:t>, 2021).</w:t>
      </w:r>
    </w:p>
    <w:p w14:paraId="12F04D49" w14:textId="77777777" w:rsidR="004961DB" w:rsidRDefault="004961DB" w:rsidP="002616CA">
      <w:pPr>
        <w:rPr>
          <w:lang w:val="de-DE"/>
        </w:rPr>
      </w:pPr>
    </w:p>
    <w:p w14:paraId="3EB021C7" w14:textId="4EF7C876" w:rsidR="00034339" w:rsidRPr="00A35D24" w:rsidRDefault="00034339" w:rsidP="00836406">
      <w:pPr>
        <w:spacing w:after="0"/>
        <w:jc w:val="both"/>
        <w:rPr>
          <w:b/>
          <w:bCs/>
          <w:sz w:val="20"/>
          <w:szCs w:val="20"/>
          <w:lang w:val="de-DE"/>
        </w:rPr>
      </w:pPr>
      <w:proofErr w:type="spellStart"/>
      <w:r w:rsidRPr="00836406">
        <w:rPr>
          <w:sz w:val="20"/>
          <w:szCs w:val="20"/>
          <w:lang w:val="de-DE"/>
        </w:rPr>
        <w:lastRenderedPageBreak/>
        <w:t>Tehlikeler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arasında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pestisitlere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maruz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kalma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ısı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stresi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yer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almaktadır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bu</w:t>
      </w:r>
      <w:proofErr w:type="spellEnd"/>
      <w:r w:rsidRPr="00836406">
        <w:rPr>
          <w:sz w:val="20"/>
          <w:szCs w:val="20"/>
          <w:lang w:val="de-DE"/>
        </w:rPr>
        <w:t xml:space="preserve"> da </w:t>
      </w:r>
      <w:proofErr w:type="spellStart"/>
      <w:r w:rsidRPr="00836406">
        <w:rPr>
          <w:sz w:val="20"/>
          <w:szCs w:val="20"/>
          <w:lang w:val="de-DE"/>
        </w:rPr>
        <w:t>özellikle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adet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gören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hamile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kadınlar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için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belirli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cinsiyete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bağlı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zararların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riskini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artırmaktadır</w:t>
      </w:r>
      <w:proofErr w:type="spellEnd"/>
      <w:r w:rsidRPr="00836406">
        <w:rPr>
          <w:sz w:val="20"/>
          <w:szCs w:val="20"/>
          <w:lang w:val="de-DE"/>
        </w:rPr>
        <w:t xml:space="preserve">. (112) </w:t>
      </w:r>
      <w:proofErr w:type="spellStart"/>
      <w:r w:rsidRPr="00836406">
        <w:rPr>
          <w:sz w:val="20"/>
          <w:szCs w:val="20"/>
          <w:lang w:val="de-DE"/>
        </w:rPr>
        <w:t>Tarımda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kayıt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dışı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işgücü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oranı</w:t>
      </w:r>
      <w:proofErr w:type="spellEnd"/>
      <w:r w:rsidRPr="00836406">
        <w:rPr>
          <w:sz w:val="20"/>
          <w:szCs w:val="20"/>
          <w:lang w:val="de-DE"/>
        </w:rPr>
        <w:t xml:space="preserve"> %93,6'dır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tarım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işçileri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mevcut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yasal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düzenlemeler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ve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sosyal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korumalardan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genellikle</w:t>
      </w:r>
      <w:proofErr w:type="spellEnd"/>
      <w:r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hariç</w:t>
      </w:r>
      <w:proofErr w:type="spellEnd"/>
      <w:r w:rsidR="00C152A5" w:rsidRPr="00836406">
        <w:rPr>
          <w:sz w:val="20"/>
          <w:szCs w:val="20"/>
          <w:lang w:val="de-DE"/>
        </w:rPr>
        <w:t xml:space="preserve"> </w:t>
      </w:r>
      <w:proofErr w:type="spellStart"/>
      <w:r w:rsidRPr="00836406">
        <w:rPr>
          <w:sz w:val="20"/>
          <w:szCs w:val="20"/>
          <w:lang w:val="de-DE"/>
        </w:rPr>
        <w:t>tutulmaktadır</w:t>
      </w:r>
      <w:proofErr w:type="spellEnd"/>
      <w:r w:rsidRPr="00836406">
        <w:rPr>
          <w:sz w:val="20"/>
          <w:szCs w:val="20"/>
          <w:lang w:val="de-DE"/>
        </w:rPr>
        <w:t>. (113)</w:t>
      </w:r>
      <w:r w:rsidR="000C7284" w:rsidRPr="003B2022">
        <w:rPr>
          <w:lang w:val="de-DE"/>
        </w:rPr>
        <w:br/>
      </w:r>
    </w:p>
    <w:p w14:paraId="23CF71B3" w14:textId="77777777" w:rsidR="00A35D24" w:rsidRDefault="000C7284" w:rsidP="00A35D24">
      <w:pPr>
        <w:spacing w:after="0"/>
        <w:rPr>
          <w:b/>
          <w:bCs/>
          <w:lang w:val="de-DE"/>
        </w:rPr>
      </w:pPr>
      <w:r w:rsidRPr="003B2022">
        <w:rPr>
          <w:b/>
          <w:bCs/>
          <w:lang w:val="de-DE"/>
        </w:rPr>
        <w:t>VI.</w:t>
      </w:r>
      <w:r w:rsidR="008F2661">
        <w:rPr>
          <w:b/>
          <w:bCs/>
          <w:lang w:val="de-DE"/>
        </w:rPr>
        <w:t xml:space="preserve"> </w:t>
      </w:r>
      <w:proofErr w:type="spellStart"/>
      <w:r w:rsidR="008F2661">
        <w:rPr>
          <w:b/>
          <w:bCs/>
          <w:lang w:val="de-DE"/>
        </w:rPr>
        <w:t>Öz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bakım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ve</w:t>
      </w:r>
      <w:proofErr w:type="spellEnd"/>
      <w:r w:rsidRPr="003B2022">
        <w:rPr>
          <w:b/>
          <w:bCs/>
          <w:lang w:val="de-DE"/>
        </w:rPr>
        <w:t xml:space="preserve"> </w:t>
      </w:r>
      <w:r w:rsidR="00DC4CAE">
        <w:rPr>
          <w:b/>
          <w:bCs/>
          <w:lang w:val="tr-TR"/>
        </w:rPr>
        <w:t xml:space="preserve">kolektif </w:t>
      </w:r>
      <w:proofErr w:type="spellStart"/>
      <w:r w:rsidRPr="003B2022">
        <w:rPr>
          <w:b/>
          <w:bCs/>
          <w:lang w:val="de-DE"/>
        </w:rPr>
        <w:t>bakım</w:t>
      </w:r>
      <w:proofErr w:type="spellEnd"/>
    </w:p>
    <w:p w14:paraId="02F5DDC8" w14:textId="247B233D" w:rsidR="005347F2" w:rsidRPr="00C152A5" w:rsidRDefault="000C7284" w:rsidP="00C152A5">
      <w:pPr>
        <w:jc w:val="both"/>
        <w:rPr>
          <w:sz w:val="20"/>
          <w:szCs w:val="20"/>
          <w:lang w:val="de-DE"/>
        </w:rPr>
      </w:pPr>
      <w:r w:rsidRPr="003B2022">
        <w:rPr>
          <w:b/>
          <w:bCs/>
          <w:lang w:val="de-DE"/>
        </w:rPr>
        <w:br/>
      </w:r>
      <w:r w:rsidRPr="00C152A5">
        <w:rPr>
          <w:sz w:val="20"/>
          <w:szCs w:val="20"/>
          <w:lang w:val="de-DE"/>
        </w:rPr>
        <w:t xml:space="preserve">36. </w:t>
      </w:r>
      <w:proofErr w:type="spellStart"/>
      <w:r w:rsidRPr="00C152A5">
        <w:rPr>
          <w:sz w:val="20"/>
          <w:szCs w:val="20"/>
          <w:lang w:val="de-DE"/>
        </w:rPr>
        <w:t>Dünya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Örgütü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öz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bakımı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bireylerin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ailelerin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toplulukların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çalışanlarının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desteği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olsun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</w:t>
      </w:r>
      <w:proofErr w:type="spellEnd"/>
      <w:r w:rsidRPr="00C152A5">
        <w:rPr>
          <w:sz w:val="20"/>
          <w:szCs w:val="20"/>
          <w:lang w:val="de-DE"/>
        </w:rPr>
        <w:t xml:space="preserve"> da </w:t>
      </w:r>
      <w:proofErr w:type="spellStart"/>
      <w:r w:rsidRPr="00C152A5">
        <w:rPr>
          <w:sz w:val="20"/>
          <w:szCs w:val="20"/>
          <w:lang w:val="de-DE"/>
        </w:rPr>
        <w:t>olmasın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kendi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sağlıklarını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geliştirme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hastalıkları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önleme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sağlığı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koruma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hastalıklarla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başa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çıkma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becerisi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olarak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tanımlamaktadır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r w:rsidR="00860843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114</w:t>
      </w:r>
      <w:r w:rsidR="00860843" w:rsidRPr="00C152A5">
        <w:rPr>
          <w:sz w:val="20"/>
          <w:szCs w:val="20"/>
          <w:lang w:val="de-DE"/>
        </w:rPr>
        <w:t>)</w:t>
      </w:r>
      <w:r w:rsid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, insan </w:t>
      </w:r>
      <w:proofErr w:type="spellStart"/>
      <w:r w:rsidRPr="00C152A5">
        <w:rPr>
          <w:sz w:val="20"/>
          <w:szCs w:val="20"/>
          <w:lang w:val="de-DE"/>
        </w:rPr>
        <w:t>hakları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belgelerinde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açıkça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kodlanmamış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olsa</w:t>
      </w:r>
      <w:proofErr w:type="spellEnd"/>
      <w:r w:rsidRPr="00C152A5">
        <w:rPr>
          <w:sz w:val="20"/>
          <w:szCs w:val="20"/>
          <w:lang w:val="de-DE"/>
        </w:rPr>
        <w:t xml:space="preserve"> da, </w:t>
      </w:r>
      <w:proofErr w:type="spellStart"/>
      <w:r w:rsidRPr="00C152A5">
        <w:rPr>
          <w:sz w:val="20"/>
          <w:szCs w:val="20"/>
          <w:lang w:val="de-DE"/>
        </w:rPr>
        <w:t>feminist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akademi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savunuculukta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hayati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tema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olmuştur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r w:rsidR="00EA4268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115</w:t>
      </w:r>
      <w:r w:rsidR="00EA4268" w:rsidRPr="00C152A5">
        <w:rPr>
          <w:sz w:val="20"/>
          <w:szCs w:val="20"/>
          <w:lang w:val="de-DE"/>
        </w:rPr>
        <w:t>)</w:t>
      </w:r>
      <w:r w:rsidRPr="00C152A5">
        <w:rPr>
          <w:sz w:val="20"/>
          <w:szCs w:val="20"/>
          <w:lang w:val="de-DE"/>
        </w:rPr>
        <w:t xml:space="preserve">  </w:t>
      </w:r>
      <w:proofErr w:type="spellStart"/>
      <w:r w:rsidRPr="00C152A5">
        <w:rPr>
          <w:sz w:val="20"/>
          <w:szCs w:val="20"/>
          <w:lang w:val="de-DE"/>
        </w:rPr>
        <w:t>Öz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="002616CA" w:rsidRPr="00C152A5">
        <w:rPr>
          <w:sz w:val="20"/>
          <w:szCs w:val="20"/>
          <w:lang w:val="de-DE"/>
        </w:rPr>
        <w:t>sağlık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hakkı</w:t>
      </w:r>
      <w:proofErr w:type="spellEnd"/>
      <w:r w:rsidR="002616CA" w:rsidRPr="00C152A5">
        <w:rPr>
          <w:sz w:val="20"/>
          <w:szCs w:val="20"/>
          <w:lang w:val="de-DE"/>
        </w:rPr>
        <w:t xml:space="preserve">, </w:t>
      </w:r>
      <w:proofErr w:type="spellStart"/>
      <w:r w:rsidR="002616CA" w:rsidRPr="00C152A5">
        <w:rPr>
          <w:sz w:val="20"/>
          <w:szCs w:val="20"/>
          <w:lang w:val="de-DE"/>
        </w:rPr>
        <w:t>bedensel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özerklik</w:t>
      </w:r>
      <w:proofErr w:type="spellEnd"/>
      <w:r w:rsidR="002616CA" w:rsidRPr="00C152A5">
        <w:rPr>
          <w:sz w:val="20"/>
          <w:szCs w:val="20"/>
          <w:lang w:val="de-DE"/>
        </w:rPr>
        <w:t xml:space="preserve">, </w:t>
      </w:r>
      <w:proofErr w:type="spellStart"/>
      <w:r w:rsidR="002616CA" w:rsidRPr="00C152A5">
        <w:rPr>
          <w:sz w:val="20"/>
          <w:szCs w:val="20"/>
          <w:lang w:val="de-DE"/>
        </w:rPr>
        <w:t>dinlenme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ve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boş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zaman</w:t>
      </w:r>
      <w:r w:rsidR="00160DCD" w:rsidRPr="00C152A5">
        <w:rPr>
          <w:sz w:val="20"/>
          <w:szCs w:val="20"/>
          <w:lang w:val="de-DE"/>
        </w:rPr>
        <w:t>la</w:t>
      </w:r>
      <w:proofErr w:type="spellEnd"/>
      <w:r w:rsidR="00160DCD" w:rsidRPr="00C152A5">
        <w:rPr>
          <w:sz w:val="20"/>
          <w:szCs w:val="20"/>
          <w:lang w:val="de-DE"/>
        </w:rPr>
        <w:t xml:space="preserve"> </w:t>
      </w:r>
      <w:proofErr w:type="spellStart"/>
      <w:r w:rsidR="00160DCD" w:rsidRPr="00C152A5">
        <w:rPr>
          <w:sz w:val="20"/>
          <w:szCs w:val="20"/>
          <w:lang w:val="de-DE"/>
        </w:rPr>
        <w:t>ilgili</w:t>
      </w:r>
      <w:proofErr w:type="spellEnd"/>
      <w:r w:rsidR="00160DCD" w:rsidRPr="00C152A5">
        <w:rPr>
          <w:sz w:val="20"/>
          <w:szCs w:val="20"/>
          <w:lang w:val="de-DE"/>
        </w:rPr>
        <w:t xml:space="preserve"> </w:t>
      </w:r>
      <w:proofErr w:type="spellStart"/>
      <w:r w:rsidR="00160DCD" w:rsidRPr="00C152A5">
        <w:rPr>
          <w:sz w:val="20"/>
          <w:szCs w:val="20"/>
          <w:lang w:val="de-DE"/>
        </w:rPr>
        <w:t>haklar</w:t>
      </w:r>
      <w:proofErr w:type="spellEnd"/>
      <w:r w:rsidR="00C314D5" w:rsidRPr="00C152A5">
        <w:rPr>
          <w:sz w:val="20"/>
          <w:szCs w:val="20"/>
          <w:lang w:val="de-DE"/>
        </w:rPr>
        <w:t xml:space="preserve"> </w:t>
      </w:r>
      <w:proofErr w:type="spellStart"/>
      <w:r w:rsidR="00C314D5" w:rsidRPr="00C152A5">
        <w:rPr>
          <w:sz w:val="20"/>
          <w:szCs w:val="20"/>
          <w:lang w:val="de-DE"/>
        </w:rPr>
        <w:t>için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ve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bu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nedenle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bakım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ve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destek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sistemlerinde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C314D5" w:rsidRPr="00C152A5">
        <w:rPr>
          <w:sz w:val="20"/>
          <w:szCs w:val="20"/>
          <w:lang w:val="de-DE"/>
        </w:rPr>
        <w:t>toplumsal</w:t>
      </w:r>
      <w:proofErr w:type="spellEnd"/>
      <w:r w:rsidR="00C314D5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cinsiyet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eşitliğinin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sağlanması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için</w:t>
      </w:r>
      <w:proofErr w:type="spellEnd"/>
      <w:r w:rsidR="002616CA" w:rsidRPr="00C152A5">
        <w:rPr>
          <w:sz w:val="20"/>
          <w:szCs w:val="20"/>
          <w:lang w:val="de-DE"/>
        </w:rPr>
        <w:t xml:space="preserve"> </w:t>
      </w:r>
      <w:proofErr w:type="spellStart"/>
      <w:r w:rsidR="002616CA" w:rsidRPr="00C152A5">
        <w:rPr>
          <w:sz w:val="20"/>
          <w:szCs w:val="20"/>
          <w:lang w:val="de-DE"/>
        </w:rPr>
        <w:t>vazgeçilmezdir</w:t>
      </w:r>
      <w:proofErr w:type="spellEnd"/>
      <w:r w:rsidR="002616CA" w:rsidRPr="00C152A5" w:rsidDel="002616CA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önemli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boyutudur</w:t>
      </w:r>
      <w:proofErr w:type="spellEnd"/>
      <w:r w:rsidR="008F2661" w:rsidRPr="00C152A5">
        <w:rPr>
          <w:sz w:val="20"/>
          <w:szCs w:val="20"/>
          <w:lang w:val="de-DE"/>
        </w:rPr>
        <w:t>.</w:t>
      </w:r>
    </w:p>
    <w:p w14:paraId="71F2702A" w14:textId="77777777" w:rsidR="00A35D24" w:rsidRPr="00C152A5" w:rsidRDefault="000C7284" w:rsidP="00C152A5">
      <w:pPr>
        <w:spacing w:after="0"/>
        <w:jc w:val="both"/>
        <w:rPr>
          <w:sz w:val="20"/>
          <w:szCs w:val="20"/>
          <w:lang w:val="de-DE"/>
        </w:rPr>
      </w:pPr>
      <w:proofErr w:type="spellStart"/>
      <w:r w:rsidRPr="00C152A5">
        <w:rPr>
          <w:sz w:val="20"/>
          <w:szCs w:val="20"/>
          <w:lang w:val="de-DE"/>
        </w:rPr>
        <w:t>Eşitsiz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sorumluluğu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kendilerine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yeteneklerini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önemli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ölçüde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tehlikeye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atmaktadır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verenler</w:t>
      </w:r>
      <w:proofErr w:type="spellEnd"/>
      <w:r w:rsidRPr="00C152A5">
        <w:rPr>
          <w:sz w:val="20"/>
          <w:szCs w:val="20"/>
          <w:lang w:val="de-DE"/>
        </w:rPr>
        <w:t xml:space="preserve"> – </w:t>
      </w:r>
      <w:proofErr w:type="spellStart"/>
      <w:r w:rsidRPr="00C152A5">
        <w:rPr>
          <w:sz w:val="20"/>
          <w:szCs w:val="20"/>
          <w:lang w:val="de-DE"/>
        </w:rPr>
        <w:t>ücretli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veya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ücretsiz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olsun</w:t>
      </w:r>
      <w:proofErr w:type="spellEnd"/>
      <w:r w:rsidRPr="00C152A5">
        <w:rPr>
          <w:sz w:val="20"/>
          <w:szCs w:val="20"/>
          <w:lang w:val="de-DE"/>
        </w:rPr>
        <w:t xml:space="preserve"> – </w:t>
      </w:r>
      <w:proofErr w:type="spellStart"/>
      <w:r w:rsidRPr="00C152A5">
        <w:rPr>
          <w:sz w:val="20"/>
          <w:szCs w:val="20"/>
          <w:lang w:val="de-DE"/>
        </w:rPr>
        <w:t>kendi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refahlarını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koruyamadıklarında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verdikleri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kalitesi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kaçınılmaz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olarak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düşer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proofErr w:type="spellStart"/>
      <w:r w:rsidRPr="00C152A5">
        <w:rPr>
          <w:sz w:val="20"/>
          <w:szCs w:val="20"/>
          <w:lang w:val="de-DE"/>
        </w:rPr>
        <w:t>Kadınlar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kız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çocukları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başkaları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tarafından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bakıldığında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desteklendiğinde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akran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desteği</w:t>
      </w:r>
      <w:proofErr w:type="spellEnd"/>
      <w:r w:rsidRPr="00C152A5">
        <w:rPr>
          <w:sz w:val="20"/>
          <w:szCs w:val="20"/>
          <w:lang w:val="de-DE"/>
        </w:rPr>
        <w:t xml:space="preserve"> de </w:t>
      </w:r>
      <w:proofErr w:type="spellStart"/>
      <w:r w:rsidRPr="00C152A5">
        <w:rPr>
          <w:sz w:val="20"/>
          <w:szCs w:val="20"/>
          <w:lang w:val="de-DE"/>
        </w:rPr>
        <w:t>dahil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olmak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üzere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kendi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seçtikleri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özbakımı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uygulayabilecekleri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="008C2D39"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özerkliğe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sahip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olmaları</w:t>
      </w:r>
      <w:proofErr w:type="spellEnd"/>
      <w:r w:rsidRPr="00C152A5">
        <w:rPr>
          <w:sz w:val="20"/>
          <w:szCs w:val="20"/>
          <w:lang w:val="de-DE"/>
        </w:rPr>
        <w:t xml:space="preserve"> da </w:t>
      </w:r>
      <w:proofErr w:type="spellStart"/>
      <w:r w:rsidRPr="00C152A5">
        <w:rPr>
          <w:sz w:val="20"/>
          <w:szCs w:val="20"/>
          <w:lang w:val="de-DE"/>
        </w:rPr>
        <w:t>önemlidir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proofErr w:type="spellStart"/>
      <w:r w:rsidRPr="00C152A5">
        <w:rPr>
          <w:sz w:val="20"/>
          <w:szCs w:val="20"/>
          <w:lang w:val="de-DE"/>
        </w:rPr>
        <w:t>Özbakım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için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zaman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alan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kaynakların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sağlanması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bu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nedenle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="003F052F" w:rsidRPr="00C152A5">
        <w:rPr>
          <w:sz w:val="20"/>
          <w:szCs w:val="20"/>
          <w:lang w:val="de-DE"/>
        </w:rPr>
        <w:t>bir</w:t>
      </w:r>
      <w:proofErr w:type="spellEnd"/>
      <w:r w:rsidR="003F052F"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lüks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değil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onurlu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ilişkileri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insan</w:t>
      </w:r>
      <w:r w:rsidR="006D5B79"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haklarının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yerine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getirilmesi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için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gerekli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koşuldur</w:t>
      </w:r>
      <w:proofErr w:type="spellEnd"/>
      <w:r w:rsidRPr="00C152A5">
        <w:rPr>
          <w:sz w:val="20"/>
          <w:szCs w:val="20"/>
          <w:lang w:val="de-DE"/>
        </w:rPr>
        <w:t>.</w:t>
      </w:r>
    </w:p>
    <w:p w14:paraId="6E91D303" w14:textId="73432514" w:rsidR="008F2661" w:rsidRPr="00C152A5" w:rsidRDefault="000C7284" w:rsidP="00C152A5">
      <w:pPr>
        <w:spacing w:after="0"/>
        <w:jc w:val="both"/>
        <w:rPr>
          <w:sz w:val="20"/>
          <w:szCs w:val="20"/>
          <w:lang w:val="de-DE"/>
        </w:rPr>
      </w:pPr>
      <w:r w:rsidRPr="00C152A5">
        <w:rPr>
          <w:sz w:val="20"/>
          <w:szCs w:val="20"/>
          <w:lang w:val="de-DE"/>
        </w:rPr>
        <w:br/>
        <w:t>37.</w:t>
      </w:r>
      <w:r w:rsidR="008F2661" w:rsidRPr="00C152A5">
        <w:rPr>
          <w:sz w:val="20"/>
          <w:szCs w:val="20"/>
          <w:lang w:val="de-DE"/>
        </w:rPr>
        <w:t xml:space="preserve"> </w:t>
      </w:r>
      <w:r w:rsidRPr="00C152A5">
        <w:rPr>
          <w:sz w:val="20"/>
          <w:szCs w:val="20"/>
          <w:lang w:val="de-DE"/>
        </w:rPr>
        <w:t xml:space="preserve">Beden </w:t>
      </w:r>
      <w:proofErr w:type="spellStart"/>
      <w:r w:rsidRPr="00C152A5">
        <w:rPr>
          <w:sz w:val="20"/>
          <w:szCs w:val="20"/>
          <w:lang w:val="de-DE"/>
        </w:rPr>
        <w:t>özerkliği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cinsel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üreme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sağlığı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haklarının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sistematik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olarak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ihlal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edilmesi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r w:rsidRPr="00C152A5">
        <w:rPr>
          <w:sz w:val="20"/>
          <w:szCs w:val="20"/>
          <w:lang w:val="de-DE"/>
        </w:rPr>
        <w:br/>
      </w:r>
      <w:proofErr w:type="spellStart"/>
      <w:r w:rsidRPr="00C152A5">
        <w:rPr>
          <w:sz w:val="20"/>
          <w:szCs w:val="20"/>
          <w:lang w:val="de-DE"/>
        </w:rPr>
        <w:t>ev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dışına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çıkma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kısıtlamaları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kız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çocuklarının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kendi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bakımlarını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yapma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r w:rsidRPr="00C152A5">
        <w:rPr>
          <w:sz w:val="20"/>
          <w:szCs w:val="20"/>
          <w:lang w:val="de-DE"/>
        </w:rPr>
        <w:br/>
      </w:r>
      <w:proofErr w:type="spellStart"/>
      <w:r w:rsidRPr="00C152A5">
        <w:rPr>
          <w:sz w:val="20"/>
          <w:szCs w:val="20"/>
          <w:lang w:val="de-DE"/>
        </w:rPr>
        <w:t>becerilerini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sınırlamaktadır</w:t>
      </w:r>
      <w:proofErr w:type="spellEnd"/>
      <w:r w:rsidRPr="00C152A5">
        <w:rPr>
          <w:sz w:val="20"/>
          <w:szCs w:val="20"/>
          <w:lang w:val="de-DE"/>
        </w:rPr>
        <w:t xml:space="preserve">. 57 </w:t>
      </w:r>
      <w:proofErr w:type="spellStart"/>
      <w:r w:rsidRPr="00C152A5">
        <w:rPr>
          <w:sz w:val="20"/>
          <w:szCs w:val="20"/>
          <w:lang w:val="de-DE"/>
        </w:rPr>
        <w:t>gelişmekte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ülkedeki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neredeyse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yarısı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eşleriyle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cinsel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ilişkiye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girip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girmeyeceğine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doğum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kontrolü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kullanıp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kullanmayacağına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veya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sağlık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hizmeti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alıp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almayacağına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karar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verme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hakkından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mahrumdur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r w:rsidR="00807204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116</w:t>
      </w:r>
      <w:r w:rsidR="00807204" w:rsidRPr="00C152A5">
        <w:rPr>
          <w:sz w:val="20"/>
          <w:szCs w:val="20"/>
          <w:lang w:val="de-DE"/>
        </w:rPr>
        <w:t>)</w:t>
      </w:r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Engelli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kız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çocuklarının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özerkliği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genellikle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daha</w:t>
      </w:r>
      <w:proofErr w:type="spellEnd"/>
      <w:r w:rsidRPr="00C152A5">
        <w:rPr>
          <w:sz w:val="20"/>
          <w:szCs w:val="20"/>
          <w:lang w:val="de-DE"/>
        </w:rPr>
        <w:t xml:space="preserve"> da </w:t>
      </w:r>
      <w:proofErr w:type="spellStart"/>
      <w:r w:rsidRPr="00C152A5">
        <w:rPr>
          <w:sz w:val="20"/>
          <w:szCs w:val="20"/>
          <w:lang w:val="de-DE"/>
        </w:rPr>
        <w:t>fazla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reddedilmektedi</w:t>
      </w:r>
      <w:r w:rsidR="008F2661" w:rsidRPr="00C152A5">
        <w:rPr>
          <w:sz w:val="20"/>
          <w:szCs w:val="20"/>
          <w:lang w:val="de-DE"/>
        </w:rPr>
        <w:t>r</w:t>
      </w:r>
      <w:proofErr w:type="spellEnd"/>
      <w:r w:rsidRPr="00C152A5">
        <w:rPr>
          <w:sz w:val="20"/>
          <w:szCs w:val="20"/>
          <w:lang w:val="de-DE"/>
        </w:rPr>
        <w:t>.</w:t>
      </w:r>
      <w:r w:rsidR="008F2661" w:rsidRPr="00C152A5">
        <w:rPr>
          <w:sz w:val="20"/>
          <w:szCs w:val="20"/>
          <w:lang w:val="de-DE"/>
        </w:rPr>
        <w:t xml:space="preserve"> </w:t>
      </w:r>
      <w:r w:rsidR="00807204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117</w:t>
      </w:r>
      <w:r w:rsidR="00807204" w:rsidRPr="00C152A5">
        <w:rPr>
          <w:sz w:val="20"/>
          <w:szCs w:val="20"/>
          <w:lang w:val="de-DE"/>
        </w:rPr>
        <w:t>)</w:t>
      </w:r>
      <w:r w:rsidRPr="00C152A5">
        <w:rPr>
          <w:sz w:val="20"/>
          <w:szCs w:val="20"/>
          <w:lang w:val="de-DE"/>
        </w:rPr>
        <w:t xml:space="preserve"> Her </w:t>
      </w:r>
      <w:proofErr w:type="spellStart"/>
      <w:r w:rsidRPr="00C152A5">
        <w:rPr>
          <w:sz w:val="20"/>
          <w:szCs w:val="20"/>
          <w:lang w:val="de-DE"/>
        </w:rPr>
        <w:t>yıl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dünya</w:t>
      </w:r>
      <w:proofErr w:type="spellEnd"/>
      <w:r w:rsidRPr="00C152A5">
        <w:rPr>
          <w:sz w:val="20"/>
          <w:szCs w:val="20"/>
          <w:lang w:val="de-DE"/>
        </w:rPr>
        <w:t xml:space="preserve"> genelinde </w:t>
      </w:r>
      <w:proofErr w:type="spellStart"/>
      <w:r w:rsidRPr="00C152A5">
        <w:rPr>
          <w:sz w:val="20"/>
          <w:szCs w:val="20"/>
          <w:lang w:val="de-DE"/>
        </w:rPr>
        <w:t>toplam</w:t>
      </w:r>
      <w:proofErr w:type="spellEnd"/>
      <w:r w:rsidRPr="00C152A5">
        <w:rPr>
          <w:sz w:val="20"/>
          <w:szCs w:val="20"/>
          <w:lang w:val="de-DE"/>
        </w:rPr>
        <w:t xml:space="preserve"> 121 </w:t>
      </w:r>
      <w:proofErr w:type="spellStart"/>
      <w:r w:rsidRPr="00C152A5">
        <w:rPr>
          <w:sz w:val="20"/>
          <w:szCs w:val="20"/>
          <w:lang w:val="de-DE"/>
        </w:rPr>
        <w:t>milyon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gebeliklerin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neredeyse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yarısı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istenmeyen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gebeliklerdir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bunların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yüzde</w:t>
      </w:r>
      <w:proofErr w:type="spellEnd"/>
      <w:r w:rsidRPr="00C152A5">
        <w:rPr>
          <w:sz w:val="20"/>
          <w:szCs w:val="20"/>
          <w:lang w:val="de-DE"/>
        </w:rPr>
        <w:t xml:space="preserve"> 60'ından </w:t>
      </w:r>
      <w:proofErr w:type="spellStart"/>
      <w:r w:rsidRPr="00C152A5">
        <w:rPr>
          <w:sz w:val="20"/>
          <w:szCs w:val="20"/>
          <w:lang w:val="de-DE"/>
        </w:rPr>
        <w:t>fazlası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kürtajla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sonlandırılmaktadır</w:t>
      </w:r>
      <w:proofErr w:type="spellEnd"/>
      <w:r w:rsidRPr="00C152A5">
        <w:rPr>
          <w:sz w:val="20"/>
          <w:szCs w:val="20"/>
          <w:lang w:val="de-DE"/>
        </w:rPr>
        <w:t xml:space="preserve">. </w:t>
      </w:r>
      <w:proofErr w:type="spellStart"/>
      <w:r w:rsidRPr="00C152A5">
        <w:rPr>
          <w:sz w:val="20"/>
          <w:szCs w:val="20"/>
          <w:lang w:val="de-DE"/>
        </w:rPr>
        <w:t>Tüm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kürtajların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yaklaşık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yüzde</w:t>
      </w:r>
      <w:proofErr w:type="spellEnd"/>
      <w:r w:rsidRPr="00C152A5">
        <w:rPr>
          <w:sz w:val="20"/>
          <w:szCs w:val="20"/>
          <w:lang w:val="de-DE"/>
        </w:rPr>
        <w:t xml:space="preserve"> 45'i </w:t>
      </w:r>
      <w:proofErr w:type="spellStart"/>
      <w:r w:rsidRPr="00C152A5">
        <w:rPr>
          <w:sz w:val="20"/>
          <w:szCs w:val="20"/>
          <w:lang w:val="de-DE"/>
        </w:rPr>
        <w:t>güvenli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değildir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tüm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anne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ölümlerinin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yüzde</w:t>
      </w:r>
      <w:proofErr w:type="spellEnd"/>
      <w:r w:rsidRPr="00C152A5">
        <w:rPr>
          <w:sz w:val="20"/>
          <w:szCs w:val="20"/>
          <w:lang w:val="de-DE"/>
        </w:rPr>
        <w:t xml:space="preserve"> 5 </w:t>
      </w:r>
      <w:proofErr w:type="spellStart"/>
      <w:r w:rsidRPr="00C152A5">
        <w:rPr>
          <w:sz w:val="20"/>
          <w:szCs w:val="20"/>
          <w:lang w:val="de-DE"/>
        </w:rPr>
        <w:t>ila</w:t>
      </w:r>
      <w:proofErr w:type="spellEnd"/>
      <w:r w:rsidRPr="00C152A5">
        <w:rPr>
          <w:sz w:val="20"/>
          <w:szCs w:val="20"/>
          <w:lang w:val="de-DE"/>
        </w:rPr>
        <w:t xml:space="preserve"> 13'üne </w:t>
      </w:r>
      <w:proofErr w:type="spellStart"/>
      <w:r w:rsidRPr="00C152A5">
        <w:rPr>
          <w:sz w:val="20"/>
          <w:szCs w:val="20"/>
          <w:lang w:val="de-DE"/>
        </w:rPr>
        <w:t>neden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olmaktadır</w:t>
      </w:r>
      <w:proofErr w:type="spellEnd"/>
      <w:r w:rsidRPr="00C152A5">
        <w:rPr>
          <w:sz w:val="20"/>
          <w:szCs w:val="20"/>
          <w:lang w:val="de-DE"/>
        </w:rPr>
        <w:t xml:space="preserve">. 30'dan </w:t>
      </w:r>
      <w:proofErr w:type="spellStart"/>
      <w:r w:rsidRPr="00C152A5">
        <w:rPr>
          <w:sz w:val="20"/>
          <w:szCs w:val="20"/>
          <w:lang w:val="de-DE"/>
        </w:rPr>
        <w:t>fazla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ülke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ev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dışına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çıkma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hakkını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kısıtlamaktadır</w:t>
      </w:r>
      <w:proofErr w:type="spellEnd"/>
      <w:r w:rsidRPr="00C152A5">
        <w:rPr>
          <w:sz w:val="20"/>
          <w:szCs w:val="20"/>
          <w:lang w:val="de-DE"/>
        </w:rPr>
        <w:t>.</w:t>
      </w:r>
      <w:r w:rsidR="005F42F3" w:rsidRPr="00C152A5">
        <w:rPr>
          <w:sz w:val="20"/>
          <w:szCs w:val="20"/>
          <w:lang w:val="de-DE"/>
        </w:rPr>
        <w:t xml:space="preserve"> (</w:t>
      </w:r>
      <w:r w:rsidRPr="00C152A5">
        <w:rPr>
          <w:sz w:val="20"/>
          <w:szCs w:val="20"/>
          <w:lang w:val="de-DE"/>
        </w:rPr>
        <w:t>118</w:t>
      </w:r>
      <w:r w:rsidR="005F42F3" w:rsidRPr="00C152A5">
        <w:rPr>
          <w:sz w:val="20"/>
          <w:szCs w:val="20"/>
          <w:lang w:val="de-DE"/>
        </w:rPr>
        <w:t>)</w:t>
      </w:r>
    </w:p>
    <w:p w14:paraId="52A8AB7A" w14:textId="3A4DF143" w:rsidR="00A35D24" w:rsidRPr="003F153F" w:rsidRDefault="00C152A5" w:rsidP="003F153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sz w:val="20"/>
          <w:szCs w:val="20"/>
        </w:rPr>
        <w:t>_______________</w:t>
      </w:r>
      <w:r w:rsidR="00A35D24" w:rsidRPr="00B17326">
        <w:rPr>
          <w:sz w:val="16"/>
          <w:szCs w:val="16"/>
          <w:highlight w:val="cyan"/>
          <w:lang w:val="es-ES"/>
        </w:rPr>
        <w:br/>
      </w:r>
      <w:r w:rsidR="00A35D24" w:rsidRPr="00C152A5">
        <w:rPr>
          <w:sz w:val="16"/>
          <w:szCs w:val="16"/>
          <w:lang w:val="es-ES"/>
        </w:rPr>
        <w:t xml:space="preserve">112  </w:t>
      </w:r>
      <w:r w:rsidR="003F153F" w:rsidRPr="003F153F">
        <w:rPr>
          <w:rFonts w:ascii="Cambria" w:hAnsi="Cambria" w:cs="Times New Roman"/>
          <w:color w:val="000000"/>
          <w:sz w:val="16"/>
          <w:szCs w:val="16"/>
        </w:rPr>
        <w:t>European Agency for Safety and Health at Work, “Reproductive effects caused by chemical and</w:t>
      </w:r>
      <w:r w:rsidR="003F153F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3F153F" w:rsidRPr="003F153F">
        <w:rPr>
          <w:rFonts w:ascii="Cambria" w:hAnsi="Cambria" w:cs="Times New Roman"/>
          <w:color w:val="000000"/>
          <w:sz w:val="16"/>
          <w:szCs w:val="16"/>
        </w:rPr>
        <w:t>biological agents”</w:t>
      </w:r>
      <w:r w:rsidR="003F153F" w:rsidRPr="003F153F">
        <w:rPr>
          <w:rFonts w:ascii="Cambria" w:hAnsi="Cambria"/>
          <w:sz w:val="16"/>
          <w:szCs w:val="16"/>
          <w:lang w:val="es-ES"/>
        </w:rPr>
        <w:t xml:space="preserve"> </w:t>
      </w:r>
      <w:r w:rsidR="00A35D24" w:rsidRPr="003F153F">
        <w:rPr>
          <w:rFonts w:ascii="Cambria" w:hAnsi="Cambria"/>
          <w:sz w:val="16"/>
          <w:szCs w:val="16"/>
          <w:lang w:val="es-ES"/>
        </w:rPr>
        <w:t>23</w:t>
      </w:r>
      <w:r w:rsidR="00335C3D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="00A35D24" w:rsidRPr="003F153F">
        <w:rPr>
          <w:rFonts w:ascii="Cambria" w:hAnsi="Cambria"/>
          <w:sz w:val="16"/>
          <w:szCs w:val="16"/>
          <w:lang w:val="es-ES"/>
        </w:rPr>
        <w:t>Kasım</w:t>
      </w:r>
      <w:proofErr w:type="spellEnd"/>
      <w:r w:rsidR="00A35D24" w:rsidRPr="003F153F">
        <w:rPr>
          <w:rFonts w:ascii="Cambria" w:hAnsi="Cambria"/>
          <w:sz w:val="16"/>
          <w:szCs w:val="16"/>
          <w:lang w:val="es-ES"/>
        </w:rPr>
        <w:t xml:space="preserve"> 2012.</w:t>
      </w:r>
      <w:r w:rsidR="003F153F" w:rsidRPr="003F153F">
        <w:rPr>
          <w:rFonts w:ascii="Cambria" w:hAnsi="Cambria"/>
          <w:sz w:val="16"/>
          <w:szCs w:val="16"/>
          <w:lang w:val="es-ES"/>
        </w:rPr>
        <w:t xml:space="preserve"> </w:t>
      </w:r>
      <w:r w:rsidR="00A35D24" w:rsidRPr="00C152A5">
        <w:rPr>
          <w:sz w:val="16"/>
          <w:szCs w:val="16"/>
          <w:lang w:val="es-ES"/>
        </w:rPr>
        <w:br/>
        <w:t xml:space="preserve">113  ILO, </w:t>
      </w:r>
      <w:r w:rsidR="003F153F" w:rsidRPr="00335C3D">
        <w:rPr>
          <w:rFonts w:ascii="Cambria" w:hAnsi="Cambria" w:cs="Times New Roman"/>
          <w:i/>
          <w:iCs/>
          <w:color w:val="000000"/>
          <w:sz w:val="16"/>
          <w:szCs w:val="16"/>
        </w:rPr>
        <w:t>Women and Men in the Informal Economy: A Statistical Picture</w:t>
      </w:r>
      <w:r w:rsidR="00A35D24" w:rsidRPr="00335C3D">
        <w:rPr>
          <w:rFonts w:ascii="Cambria" w:hAnsi="Cambria"/>
          <w:sz w:val="16"/>
          <w:szCs w:val="16"/>
          <w:lang w:val="es-ES"/>
        </w:rPr>
        <w:t xml:space="preserve">, </w:t>
      </w:r>
      <w:proofErr w:type="spellStart"/>
      <w:r w:rsidR="00A35D24" w:rsidRPr="00C152A5">
        <w:rPr>
          <w:sz w:val="16"/>
          <w:szCs w:val="16"/>
          <w:lang w:val="es-ES"/>
        </w:rPr>
        <w:t>üçüncü</w:t>
      </w:r>
      <w:proofErr w:type="spellEnd"/>
      <w:r w:rsidR="00A35D24" w:rsidRPr="00C152A5">
        <w:rPr>
          <w:sz w:val="16"/>
          <w:szCs w:val="16"/>
          <w:lang w:val="es-ES"/>
        </w:rPr>
        <w:t xml:space="preserve"> </w:t>
      </w:r>
      <w:proofErr w:type="spellStart"/>
      <w:r w:rsidR="00A35D24" w:rsidRPr="00C152A5">
        <w:rPr>
          <w:sz w:val="16"/>
          <w:szCs w:val="16"/>
          <w:lang w:val="es-ES"/>
        </w:rPr>
        <w:t>baskı</w:t>
      </w:r>
      <w:proofErr w:type="spellEnd"/>
      <w:r w:rsidR="00A35D24" w:rsidRPr="00C152A5">
        <w:rPr>
          <w:sz w:val="16"/>
          <w:szCs w:val="16"/>
          <w:lang w:val="es-ES"/>
        </w:rPr>
        <w:t xml:space="preserve"> (</w:t>
      </w:r>
      <w:proofErr w:type="spellStart"/>
      <w:r w:rsidR="00A35D24" w:rsidRPr="00C152A5">
        <w:rPr>
          <w:sz w:val="16"/>
          <w:szCs w:val="16"/>
          <w:lang w:val="es-ES"/>
        </w:rPr>
        <w:t>Cenevre</w:t>
      </w:r>
      <w:proofErr w:type="spellEnd"/>
      <w:r w:rsidR="00A35D24" w:rsidRPr="00C152A5">
        <w:rPr>
          <w:sz w:val="16"/>
          <w:szCs w:val="16"/>
          <w:lang w:val="es-ES"/>
        </w:rPr>
        <w:t>, 2018).</w:t>
      </w:r>
      <w:r w:rsidR="00A35D24" w:rsidRPr="00C152A5">
        <w:rPr>
          <w:sz w:val="16"/>
          <w:szCs w:val="16"/>
          <w:lang w:val="es-ES"/>
        </w:rPr>
        <w:br/>
      </w:r>
      <w:r w:rsidR="00A35D24" w:rsidRPr="00C152A5">
        <w:rPr>
          <w:sz w:val="16"/>
          <w:szCs w:val="16"/>
          <w:lang w:val="de-DE"/>
        </w:rPr>
        <w:t xml:space="preserve">114  </w:t>
      </w:r>
      <w:proofErr w:type="spellStart"/>
      <w:r w:rsidR="00A35D24" w:rsidRPr="00C152A5">
        <w:rPr>
          <w:sz w:val="16"/>
          <w:szCs w:val="16"/>
          <w:lang w:val="de-DE"/>
        </w:rPr>
        <w:t>Bkz</w:t>
      </w:r>
      <w:proofErr w:type="spellEnd"/>
      <w:r w:rsidR="00A35D24" w:rsidRPr="00C152A5">
        <w:rPr>
          <w:sz w:val="16"/>
          <w:szCs w:val="16"/>
          <w:lang w:val="de-DE"/>
        </w:rPr>
        <w:t>.</w:t>
      </w:r>
      <w:r w:rsidR="003F153F">
        <w:rPr>
          <w:sz w:val="16"/>
          <w:szCs w:val="16"/>
          <w:lang w:val="de-DE"/>
        </w:rPr>
        <w:t xml:space="preserve"> </w:t>
      </w:r>
      <w:r w:rsidR="00A35D24" w:rsidRPr="00C152A5">
        <w:rPr>
          <w:sz w:val="16"/>
          <w:szCs w:val="16"/>
          <w:lang w:val="de-DE"/>
        </w:rPr>
        <w:t xml:space="preserve">https://www.who.int/news-room/fact-sheets/detail/self-care-health </w:t>
      </w:r>
      <w:proofErr w:type="spellStart"/>
      <w:r w:rsidR="00A35D24" w:rsidRPr="00C152A5">
        <w:rPr>
          <w:sz w:val="16"/>
          <w:szCs w:val="16"/>
          <w:lang w:val="de-DE"/>
        </w:rPr>
        <w:t>interventions</w:t>
      </w:r>
      <w:proofErr w:type="spellEnd"/>
      <w:r w:rsidR="00A35D24" w:rsidRPr="00C152A5">
        <w:rPr>
          <w:sz w:val="16"/>
          <w:szCs w:val="16"/>
          <w:lang w:val="de-DE"/>
        </w:rPr>
        <w:br/>
        <w:t xml:space="preserve">115  Laura </w:t>
      </w:r>
      <w:proofErr w:type="spellStart"/>
      <w:r w:rsidR="00A35D24" w:rsidRPr="00C152A5">
        <w:rPr>
          <w:sz w:val="16"/>
          <w:szCs w:val="16"/>
          <w:lang w:val="de-DE"/>
        </w:rPr>
        <w:t>Pautassi</w:t>
      </w:r>
      <w:proofErr w:type="spellEnd"/>
      <w:r w:rsidR="00A35D24" w:rsidRPr="00C152A5">
        <w:rPr>
          <w:sz w:val="16"/>
          <w:szCs w:val="16"/>
          <w:lang w:val="de-DE"/>
        </w:rPr>
        <w:t xml:space="preserve">, “El </w:t>
      </w:r>
      <w:proofErr w:type="spellStart"/>
      <w:r w:rsidR="00A35D24" w:rsidRPr="00C152A5">
        <w:rPr>
          <w:sz w:val="16"/>
          <w:szCs w:val="16"/>
          <w:lang w:val="de-DE"/>
        </w:rPr>
        <w:t>cuidado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como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cuestión</w:t>
      </w:r>
      <w:proofErr w:type="spellEnd"/>
      <w:r w:rsidR="00A35D24" w:rsidRPr="00C152A5">
        <w:rPr>
          <w:sz w:val="16"/>
          <w:szCs w:val="16"/>
          <w:lang w:val="de-DE"/>
        </w:rPr>
        <w:t xml:space="preserve"> social </w:t>
      </w:r>
      <w:proofErr w:type="spellStart"/>
      <w:r w:rsidR="00A35D24" w:rsidRPr="00C152A5">
        <w:rPr>
          <w:sz w:val="16"/>
          <w:szCs w:val="16"/>
          <w:lang w:val="de-DE"/>
        </w:rPr>
        <w:t>desde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un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enfoque</w:t>
      </w:r>
      <w:proofErr w:type="spellEnd"/>
      <w:r w:rsidR="00A35D24" w:rsidRPr="00C152A5">
        <w:rPr>
          <w:sz w:val="16"/>
          <w:szCs w:val="16"/>
          <w:lang w:val="de-DE"/>
        </w:rPr>
        <w:t xml:space="preserve"> de </w:t>
      </w:r>
      <w:proofErr w:type="spellStart"/>
      <w:r w:rsidR="00A35D24" w:rsidRPr="00C152A5">
        <w:rPr>
          <w:sz w:val="16"/>
          <w:szCs w:val="16"/>
          <w:lang w:val="de-DE"/>
        </w:rPr>
        <w:t>derechos</w:t>
      </w:r>
      <w:proofErr w:type="spellEnd"/>
      <w:r w:rsidR="00A35D24" w:rsidRPr="00C152A5">
        <w:rPr>
          <w:sz w:val="16"/>
          <w:szCs w:val="16"/>
          <w:lang w:val="de-DE"/>
        </w:rPr>
        <w:t xml:space="preserve">” (Hak </w:t>
      </w:r>
      <w:proofErr w:type="spellStart"/>
      <w:r w:rsidR="00A35D24" w:rsidRPr="00C152A5">
        <w:rPr>
          <w:sz w:val="16"/>
          <w:szCs w:val="16"/>
          <w:lang w:val="de-DE"/>
        </w:rPr>
        <w:t>temelli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bir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bakış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açısıyla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sosyal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bir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sorun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olarak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bakım</w:t>
      </w:r>
      <w:proofErr w:type="spellEnd"/>
      <w:r w:rsidR="00A35D24" w:rsidRPr="00C152A5">
        <w:rPr>
          <w:sz w:val="16"/>
          <w:szCs w:val="16"/>
          <w:lang w:val="de-DE"/>
        </w:rPr>
        <w:t xml:space="preserve">), Serie </w:t>
      </w:r>
      <w:proofErr w:type="spellStart"/>
      <w:r w:rsidR="00A35D24" w:rsidRPr="00C152A5">
        <w:rPr>
          <w:sz w:val="16"/>
          <w:szCs w:val="16"/>
          <w:lang w:val="de-DE"/>
        </w:rPr>
        <w:t>Mujer</w:t>
      </w:r>
      <w:proofErr w:type="spellEnd"/>
      <w:r w:rsidR="00A35D24" w:rsidRPr="00C152A5">
        <w:rPr>
          <w:sz w:val="16"/>
          <w:szCs w:val="16"/>
          <w:lang w:val="de-DE"/>
        </w:rPr>
        <w:t xml:space="preserve"> y </w:t>
      </w:r>
      <w:proofErr w:type="spellStart"/>
      <w:r w:rsidR="00A35D24" w:rsidRPr="00C152A5">
        <w:rPr>
          <w:sz w:val="16"/>
          <w:szCs w:val="16"/>
          <w:lang w:val="de-DE"/>
        </w:rPr>
        <w:t>Desarrollo</w:t>
      </w:r>
      <w:proofErr w:type="spellEnd"/>
      <w:r w:rsidR="00A35D24" w:rsidRPr="00C152A5">
        <w:rPr>
          <w:sz w:val="16"/>
          <w:szCs w:val="16"/>
          <w:lang w:val="de-DE"/>
        </w:rPr>
        <w:t xml:space="preserve">, </w:t>
      </w:r>
      <w:proofErr w:type="spellStart"/>
      <w:r w:rsidR="00A35D24" w:rsidRPr="00C152A5">
        <w:rPr>
          <w:sz w:val="16"/>
          <w:szCs w:val="16"/>
          <w:lang w:val="de-DE"/>
        </w:rPr>
        <w:t>No</w:t>
      </w:r>
      <w:proofErr w:type="spellEnd"/>
      <w:r w:rsidR="00A35D24" w:rsidRPr="00C152A5">
        <w:rPr>
          <w:sz w:val="16"/>
          <w:szCs w:val="16"/>
          <w:lang w:val="de-DE"/>
        </w:rPr>
        <w:t>. 87 (</w:t>
      </w:r>
      <w:proofErr w:type="spellStart"/>
      <w:r w:rsidR="00A35D24" w:rsidRPr="00C152A5">
        <w:rPr>
          <w:sz w:val="16"/>
          <w:szCs w:val="16"/>
          <w:lang w:val="de-DE"/>
        </w:rPr>
        <w:t>Latin</w:t>
      </w:r>
      <w:proofErr w:type="spellEnd"/>
      <w:r w:rsidR="00A35D24" w:rsidRPr="00C152A5">
        <w:rPr>
          <w:sz w:val="16"/>
          <w:szCs w:val="16"/>
          <w:lang w:val="de-DE"/>
        </w:rPr>
        <w:t xml:space="preserve"> Amerika </w:t>
      </w:r>
      <w:proofErr w:type="spellStart"/>
      <w:r w:rsidR="00A35D24" w:rsidRPr="00C152A5">
        <w:rPr>
          <w:sz w:val="16"/>
          <w:szCs w:val="16"/>
          <w:lang w:val="de-DE"/>
        </w:rPr>
        <w:t>ve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Karayipler</w:t>
      </w:r>
      <w:proofErr w:type="spellEnd"/>
      <w:r w:rsidR="00A35D24" w:rsidRPr="00C152A5">
        <w:rPr>
          <w:sz w:val="16"/>
          <w:szCs w:val="16"/>
          <w:lang w:val="de-DE"/>
        </w:rPr>
        <w:t xml:space="preserve">, </w:t>
      </w:r>
      <w:proofErr w:type="spellStart"/>
      <w:r w:rsidR="00A35D24" w:rsidRPr="00C152A5">
        <w:rPr>
          <w:sz w:val="16"/>
          <w:szCs w:val="16"/>
          <w:lang w:val="de-DE"/>
        </w:rPr>
        <w:t>Ekim</w:t>
      </w:r>
      <w:proofErr w:type="spellEnd"/>
      <w:r w:rsidR="00A35D24" w:rsidRPr="00C152A5">
        <w:rPr>
          <w:sz w:val="16"/>
          <w:szCs w:val="16"/>
          <w:lang w:val="de-DE"/>
        </w:rPr>
        <w:t xml:space="preserve"> 2007), Laura </w:t>
      </w:r>
      <w:proofErr w:type="spellStart"/>
      <w:r w:rsidR="00A35D24" w:rsidRPr="00C152A5">
        <w:rPr>
          <w:sz w:val="16"/>
          <w:szCs w:val="16"/>
          <w:lang w:val="de-DE"/>
        </w:rPr>
        <w:t>Pautassi</w:t>
      </w:r>
      <w:proofErr w:type="spellEnd"/>
      <w:r w:rsidR="00A35D24" w:rsidRPr="00C152A5">
        <w:rPr>
          <w:sz w:val="16"/>
          <w:szCs w:val="16"/>
          <w:lang w:val="de-DE"/>
        </w:rPr>
        <w:t xml:space="preserve">, </w:t>
      </w:r>
      <w:r w:rsidR="003F153F" w:rsidRPr="003F153F">
        <w:rPr>
          <w:rFonts w:ascii="Cambria" w:hAnsi="Cambria" w:cs="Times New Roman"/>
          <w:color w:val="000000"/>
          <w:sz w:val="16"/>
          <w:szCs w:val="16"/>
        </w:rPr>
        <w:t>“The right to care: from recognition to its effective exercise”</w:t>
      </w:r>
      <w:r w:rsidR="003F153F" w:rsidRPr="003F153F">
        <w:rPr>
          <w:rFonts w:ascii="Cambria" w:hAnsi="Cambria"/>
          <w:sz w:val="16"/>
          <w:szCs w:val="16"/>
          <w:lang w:val="de-DE"/>
        </w:rPr>
        <w:t xml:space="preserve"> </w:t>
      </w:r>
      <w:r w:rsidR="00A35D24" w:rsidRPr="00C152A5">
        <w:rPr>
          <w:sz w:val="16"/>
          <w:szCs w:val="16"/>
          <w:lang w:val="de-DE"/>
        </w:rPr>
        <w:t xml:space="preserve">(Friedrich Ebert Stiftung, Mart 2023) </w:t>
      </w:r>
      <w:proofErr w:type="spellStart"/>
      <w:r w:rsidR="00A35D24" w:rsidRPr="00C152A5">
        <w:rPr>
          <w:sz w:val="16"/>
          <w:szCs w:val="16"/>
          <w:lang w:val="de-DE"/>
        </w:rPr>
        <w:t>adlı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raporda</w:t>
      </w:r>
      <w:proofErr w:type="spellEnd"/>
      <w:r w:rsidR="00A35D24" w:rsidRPr="00C152A5">
        <w:rPr>
          <w:sz w:val="16"/>
          <w:szCs w:val="16"/>
          <w:lang w:val="de-DE"/>
        </w:rPr>
        <w:t xml:space="preserve"> </w:t>
      </w:r>
      <w:proofErr w:type="spellStart"/>
      <w:r w:rsidR="00A35D24" w:rsidRPr="00C152A5">
        <w:rPr>
          <w:sz w:val="16"/>
          <w:szCs w:val="16"/>
          <w:lang w:val="de-DE"/>
        </w:rPr>
        <w:t>alıntılanmıştır</w:t>
      </w:r>
      <w:proofErr w:type="spellEnd"/>
      <w:r w:rsidR="00A35D24" w:rsidRPr="00C152A5">
        <w:rPr>
          <w:sz w:val="16"/>
          <w:szCs w:val="16"/>
          <w:lang w:val="de-DE"/>
        </w:rPr>
        <w:t>.</w:t>
      </w:r>
    </w:p>
    <w:p w14:paraId="19652021" w14:textId="57FE1694" w:rsidR="003F153F" w:rsidRPr="003F153F" w:rsidRDefault="00A35D24" w:rsidP="003F153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i/>
          <w:iCs/>
          <w:color w:val="000000"/>
          <w:sz w:val="16"/>
          <w:szCs w:val="16"/>
        </w:rPr>
      </w:pPr>
      <w:r w:rsidRPr="00C152A5">
        <w:rPr>
          <w:sz w:val="16"/>
          <w:szCs w:val="16"/>
          <w:lang w:val="de-DE"/>
        </w:rPr>
        <w:t xml:space="preserve">116  </w:t>
      </w:r>
      <w:proofErr w:type="spellStart"/>
      <w:r w:rsidRPr="00C152A5">
        <w:rPr>
          <w:sz w:val="16"/>
          <w:szCs w:val="16"/>
          <w:lang w:val="de-DE"/>
        </w:rPr>
        <w:t>Birleşmiş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Milletler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Nüfus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Fonu</w:t>
      </w:r>
      <w:proofErr w:type="spellEnd"/>
      <w:r w:rsidRPr="00C152A5">
        <w:rPr>
          <w:sz w:val="16"/>
          <w:szCs w:val="16"/>
          <w:lang w:val="de-DE"/>
        </w:rPr>
        <w:t xml:space="preserve">, </w:t>
      </w:r>
      <w:r w:rsidR="003F153F" w:rsidRPr="003F153F">
        <w:rPr>
          <w:rFonts w:ascii="Cambria" w:hAnsi="Cambria" w:cs="Times New Roman"/>
          <w:i/>
          <w:iCs/>
          <w:color w:val="000000"/>
          <w:sz w:val="16"/>
          <w:szCs w:val="16"/>
        </w:rPr>
        <w:t>State of World Population</w:t>
      </w:r>
      <w:r w:rsidR="003F153F" w:rsidRPr="003F153F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3F153F" w:rsidRPr="003F153F">
        <w:rPr>
          <w:rFonts w:ascii="Cambria" w:hAnsi="Cambria" w:cs="Times New Roman"/>
          <w:i/>
          <w:iCs/>
          <w:color w:val="000000"/>
          <w:sz w:val="16"/>
          <w:szCs w:val="16"/>
        </w:rPr>
        <w:t>2021 – My Body Is My Own: Claiming</w:t>
      </w:r>
      <w:r w:rsidR="003F153F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</w:t>
      </w:r>
      <w:r w:rsidR="003F153F" w:rsidRPr="003F153F">
        <w:rPr>
          <w:rFonts w:ascii="Cambria" w:hAnsi="Cambria" w:cs="Times New Roman"/>
          <w:i/>
          <w:iCs/>
          <w:color w:val="000000"/>
          <w:sz w:val="16"/>
          <w:szCs w:val="16"/>
        </w:rPr>
        <w:t>the Right to Autonomy and Self-Determination</w:t>
      </w:r>
      <w:r w:rsidR="003F153F" w:rsidRPr="003F153F">
        <w:rPr>
          <w:rFonts w:ascii="Cambria" w:hAnsi="Cambria"/>
          <w:sz w:val="16"/>
          <w:szCs w:val="16"/>
          <w:lang w:val="de-DE"/>
        </w:rPr>
        <w:t xml:space="preserve"> </w:t>
      </w:r>
    </w:p>
    <w:p w14:paraId="11DA60EA" w14:textId="5D26E445" w:rsidR="00A35D24" w:rsidRPr="00C152A5" w:rsidRDefault="00A35D24" w:rsidP="003F153F">
      <w:pPr>
        <w:spacing w:after="0"/>
        <w:rPr>
          <w:sz w:val="16"/>
          <w:szCs w:val="16"/>
          <w:lang w:val="de-DE"/>
        </w:rPr>
      </w:pPr>
      <w:r w:rsidRPr="00C152A5">
        <w:rPr>
          <w:sz w:val="16"/>
          <w:szCs w:val="16"/>
          <w:lang w:val="de-DE"/>
        </w:rPr>
        <w:t xml:space="preserve">117  </w:t>
      </w:r>
      <w:proofErr w:type="spellStart"/>
      <w:r w:rsidRPr="00C152A5">
        <w:rPr>
          <w:sz w:val="16"/>
          <w:szCs w:val="16"/>
          <w:lang w:val="de-DE"/>
        </w:rPr>
        <w:t>Engelli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Kişilerin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Hakları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Komitesi</w:t>
      </w:r>
      <w:proofErr w:type="spellEnd"/>
      <w:r w:rsidRPr="00C152A5">
        <w:rPr>
          <w:sz w:val="16"/>
          <w:szCs w:val="16"/>
          <w:lang w:val="de-DE"/>
        </w:rPr>
        <w:t xml:space="preserve">, </w:t>
      </w:r>
      <w:proofErr w:type="spellStart"/>
      <w:r w:rsidR="003F153F">
        <w:rPr>
          <w:sz w:val="16"/>
          <w:szCs w:val="16"/>
          <w:lang w:val="de-DE"/>
        </w:rPr>
        <w:t>G</w:t>
      </w:r>
      <w:r w:rsidRPr="00C152A5">
        <w:rPr>
          <w:sz w:val="16"/>
          <w:szCs w:val="16"/>
          <w:lang w:val="de-DE"/>
        </w:rPr>
        <w:t>enel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="003F153F">
        <w:rPr>
          <w:sz w:val="16"/>
          <w:szCs w:val="16"/>
          <w:lang w:val="de-DE"/>
        </w:rPr>
        <w:t>Y</w:t>
      </w:r>
      <w:r w:rsidRPr="00C152A5">
        <w:rPr>
          <w:sz w:val="16"/>
          <w:szCs w:val="16"/>
          <w:lang w:val="de-DE"/>
        </w:rPr>
        <w:t>orum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No</w:t>
      </w:r>
      <w:proofErr w:type="spellEnd"/>
      <w:r w:rsidRPr="00C152A5">
        <w:rPr>
          <w:sz w:val="16"/>
          <w:szCs w:val="16"/>
          <w:lang w:val="de-DE"/>
        </w:rPr>
        <w:t>. 3 (2016).</w:t>
      </w:r>
    </w:p>
    <w:p w14:paraId="2CDC9EBC" w14:textId="77777777" w:rsidR="00A35D24" w:rsidRDefault="00A35D24" w:rsidP="00A35D24">
      <w:pPr>
        <w:rPr>
          <w:sz w:val="16"/>
          <w:szCs w:val="16"/>
          <w:lang w:val="de-DE"/>
        </w:rPr>
      </w:pPr>
      <w:r w:rsidRPr="00C152A5">
        <w:rPr>
          <w:sz w:val="16"/>
          <w:szCs w:val="16"/>
          <w:lang w:val="de-DE"/>
        </w:rPr>
        <w:t xml:space="preserve">118  </w:t>
      </w:r>
      <w:proofErr w:type="spellStart"/>
      <w:r w:rsidRPr="00C152A5">
        <w:rPr>
          <w:sz w:val="16"/>
          <w:szCs w:val="16"/>
          <w:lang w:val="de-DE"/>
        </w:rPr>
        <w:t>A.g.e</w:t>
      </w:r>
      <w:proofErr w:type="spellEnd"/>
      <w:r w:rsidRPr="00C152A5">
        <w:rPr>
          <w:sz w:val="16"/>
          <w:szCs w:val="16"/>
          <w:lang w:val="de-DE"/>
        </w:rPr>
        <w:t>.</w:t>
      </w:r>
    </w:p>
    <w:p w14:paraId="5D58344C" w14:textId="77777777" w:rsidR="00C152A5" w:rsidRDefault="00C152A5" w:rsidP="00A35D24">
      <w:pPr>
        <w:rPr>
          <w:sz w:val="16"/>
          <w:szCs w:val="16"/>
          <w:lang w:val="de-DE"/>
        </w:rPr>
      </w:pPr>
    </w:p>
    <w:p w14:paraId="40264FE2" w14:textId="77777777" w:rsidR="00C152A5" w:rsidRDefault="00C152A5" w:rsidP="00A35D24">
      <w:pPr>
        <w:rPr>
          <w:lang w:val="de-DE"/>
        </w:rPr>
      </w:pPr>
    </w:p>
    <w:p w14:paraId="5E0B56BD" w14:textId="77777777" w:rsidR="003F153F" w:rsidRDefault="003F153F" w:rsidP="00A35D24">
      <w:pPr>
        <w:rPr>
          <w:lang w:val="de-DE"/>
        </w:rPr>
      </w:pPr>
    </w:p>
    <w:p w14:paraId="0CDE2886" w14:textId="42C115DC" w:rsidR="006D5B79" w:rsidRPr="00A35D24" w:rsidRDefault="000C7284" w:rsidP="0059027B">
      <w:pPr>
        <w:spacing w:after="0"/>
        <w:jc w:val="both"/>
        <w:rPr>
          <w:lang w:val="de-DE"/>
        </w:rPr>
      </w:pPr>
      <w:r w:rsidRPr="00A35D24">
        <w:rPr>
          <w:sz w:val="20"/>
          <w:szCs w:val="20"/>
          <w:lang w:val="de-DE"/>
        </w:rPr>
        <w:lastRenderedPageBreak/>
        <w:t xml:space="preserve">38. </w:t>
      </w:r>
      <w:proofErr w:type="spellStart"/>
      <w:r w:rsidR="00C152A5">
        <w:rPr>
          <w:sz w:val="20"/>
          <w:szCs w:val="20"/>
          <w:lang w:val="de-DE"/>
        </w:rPr>
        <w:t>Öz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sağlamak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gerekli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olan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boş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zaman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hakkı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sadece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bireyler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r w:rsidRPr="00A35D24">
        <w:rPr>
          <w:sz w:val="20"/>
          <w:szCs w:val="20"/>
          <w:lang w:val="de-DE"/>
        </w:rPr>
        <w:br/>
      </w:r>
      <w:proofErr w:type="spellStart"/>
      <w:r w:rsidRPr="00A35D24">
        <w:rPr>
          <w:sz w:val="20"/>
          <w:szCs w:val="20"/>
          <w:lang w:val="de-DE"/>
        </w:rPr>
        <w:t>değil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aileleri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de </w:t>
      </w:r>
      <w:proofErr w:type="spellStart"/>
      <w:r w:rsidRPr="00A35D24">
        <w:rPr>
          <w:sz w:val="20"/>
          <w:szCs w:val="20"/>
          <w:lang w:val="de-DE"/>
        </w:rPr>
        <w:t>yeterli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dinlenme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olmadan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aşırı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="00931F93" w:rsidRPr="00A35D24">
        <w:rPr>
          <w:sz w:val="20"/>
          <w:szCs w:val="20"/>
          <w:lang w:val="de-DE"/>
        </w:rPr>
        <w:t>uzun</w:t>
      </w:r>
      <w:proofErr w:type="spellEnd"/>
      <w:r w:rsidR="00931F93"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saatler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çalışmanın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risklerini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kabul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eden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</w:t>
      </w:r>
      <w:proofErr w:type="spellEnd"/>
      <w:r w:rsidRPr="00A35D24">
        <w:rPr>
          <w:sz w:val="20"/>
          <w:szCs w:val="20"/>
          <w:lang w:val="de-DE"/>
        </w:rPr>
        <w:t xml:space="preserve"> insan </w:t>
      </w:r>
      <w:proofErr w:type="spellStart"/>
      <w:r w:rsidRPr="00A35D24">
        <w:rPr>
          <w:sz w:val="20"/>
          <w:szCs w:val="20"/>
          <w:lang w:val="de-DE"/>
        </w:rPr>
        <w:t>hakkıdır</w:t>
      </w:r>
      <w:proofErr w:type="spellEnd"/>
      <w:r w:rsidRPr="00A35D24">
        <w:rPr>
          <w:sz w:val="20"/>
          <w:szCs w:val="20"/>
          <w:lang w:val="de-DE"/>
        </w:rPr>
        <w:t xml:space="preserve">. </w:t>
      </w:r>
      <w:r w:rsidR="00931F93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119</w:t>
      </w:r>
      <w:r w:rsidR="00692006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 Zaman </w:t>
      </w:r>
      <w:proofErr w:type="spellStart"/>
      <w:r w:rsidRPr="00A35D24">
        <w:rPr>
          <w:sz w:val="20"/>
          <w:szCs w:val="20"/>
          <w:lang w:val="de-DE"/>
        </w:rPr>
        <w:t>yoksulluğu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büyük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ölçüde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ücretsiz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sorumlulukları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nedeniyle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kadınları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kız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çocuklarını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orantısız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şekilde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etkileyen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yaygın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sosyal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durumdur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r w:rsidR="009A464D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120</w:t>
      </w:r>
      <w:r w:rsidR="006D5B79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sağlık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refah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üzerinde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önemli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sonuçları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vardır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olumsuz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fiziksel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zihinsel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sonuçlara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katkıda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bulunur</w:t>
      </w:r>
      <w:proofErr w:type="spellEnd"/>
      <w:r w:rsidRPr="00A35D24">
        <w:rPr>
          <w:sz w:val="20"/>
          <w:szCs w:val="20"/>
          <w:lang w:val="de-DE"/>
        </w:rPr>
        <w:t>.</w:t>
      </w:r>
      <w:r w:rsidR="008F2661" w:rsidRPr="00A35D24">
        <w:rPr>
          <w:sz w:val="20"/>
          <w:szCs w:val="20"/>
          <w:lang w:val="de-DE"/>
        </w:rPr>
        <w:t xml:space="preserve"> </w:t>
      </w:r>
      <w:r w:rsidR="00C17FDD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121</w:t>
      </w:r>
      <w:r w:rsidR="00C17FDD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Zaman </w:t>
      </w:r>
      <w:proofErr w:type="spellStart"/>
      <w:r w:rsidRPr="00A35D24">
        <w:rPr>
          <w:sz w:val="20"/>
          <w:szCs w:val="20"/>
          <w:lang w:val="de-DE"/>
        </w:rPr>
        <w:t>yoksulluğu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bireylerin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zaman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eksikliği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sosyal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bağları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zayıflatarak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birbirleriyle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bağlantı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kurma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birbirlerini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destekleme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sağlama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fırsatlarını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sınırladığından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toplulukları</w:t>
      </w:r>
      <w:proofErr w:type="spellEnd"/>
      <w:r w:rsidRPr="00A35D24">
        <w:rPr>
          <w:sz w:val="20"/>
          <w:szCs w:val="20"/>
          <w:lang w:val="de-DE"/>
        </w:rPr>
        <w:t xml:space="preserve"> da </w:t>
      </w:r>
      <w:proofErr w:type="spellStart"/>
      <w:r w:rsidRPr="00A35D24">
        <w:rPr>
          <w:sz w:val="20"/>
          <w:szCs w:val="20"/>
          <w:lang w:val="de-DE"/>
        </w:rPr>
        <w:t>etkilemektedir</w:t>
      </w:r>
      <w:proofErr w:type="spellEnd"/>
      <w:r w:rsidRPr="00A35D24">
        <w:rPr>
          <w:sz w:val="20"/>
          <w:szCs w:val="20"/>
          <w:lang w:val="de-DE"/>
        </w:rPr>
        <w:t>.</w:t>
      </w:r>
    </w:p>
    <w:p w14:paraId="3B8BAB8A" w14:textId="6B23601F" w:rsidR="00FB63CE" w:rsidRPr="00A35D24" w:rsidRDefault="000C7284" w:rsidP="0059027B">
      <w:pPr>
        <w:spacing w:after="0"/>
        <w:jc w:val="both"/>
        <w:rPr>
          <w:sz w:val="20"/>
          <w:szCs w:val="20"/>
          <w:lang w:val="de-DE"/>
        </w:rPr>
      </w:pPr>
      <w:r w:rsidRPr="00A35D24">
        <w:rPr>
          <w:sz w:val="20"/>
          <w:szCs w:val="20"/>
          <w:lang w:val="de-DE"/>
        </w:rPr>
        <w:br/>
        <w:t>39.</w:t>
      </w:r>
      <w:r w:rsidR="008F2661"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Kolektif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örneği</w:t>
      </w:r>
      <w:proofErr w:type="spellEnd"/>
      <w:r w:rsidRPr="00A35D24">
        <w:rPr>
          <w:sz w:val="20"/>
          <w:szCs w:val="20"/>
          <w:lang w:val="de-DE"/>
        </w:rPr>
        <w:t xml:space="preserve">, 1990'larda </w:t>
      </w:r>
      <w:proofErr w:type="spellStart"/>
      <w:r w:rsidRPr="00A35D24">
        <w:rPr>
          <w:sz w:val="20"/>
          <w:szCs w:val="20"/>
          <w:lang w:val="de-DE"/>
        </w:rPr>
        <w:t>Afrika'da</w:t>
      </w:r>
      <w:proofErr w:type="spellEnd"/>
      <w:r w:rsidRPr="00A35D24">
        <w:rPr>
          <w:sz w:val="20"/>
          <w:szCs w:val="20"/>
          <w:lang w:val="de-DE"/>
        </w:rPr>
        <w:t xml:space="preserve"> AIDS </w:t>
      </w:r>
      <w:proofErr w:type="spellStart"/>
      <w:r w:rsidRPr="00A35D24">
        <w:rPr>
          <w:sz w:val="20"/>
          <w:szCs w:val="20"/>
          <w:lang w:val="de-DE"/>
        </w:rPr>
        <w:t>salgını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sırasında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birbirlerine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r w:rsidRPr="00A35D24">
        <w:rPr>
          <w:sz w:val="20"/>
          <w:szCs w:val="20"/>
          <w:lang w:val="de-DE"/>
        </w:rPr>
        <w:br/>
      </w:r>
      <w:proofErr w:type="spellStart"/>
      <w:r w:rsidRPr="00A35D24">
        <w:rPr>
          <w:sz w:val="20"/>
          <w:szCs w:val="20"/>
          <w:lang w:val="de-DE"/>
        </w:rPr>
        <w:t>duygusal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destek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iyi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beslenme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yaşam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konusunda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tavsiyeler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sunan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kadın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aktivistler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r w:rsidRPr="00A35D24">
        <w:rPr>
          <w:sz w:val="20"/>
          <w:szCs w:val="20"/>
          <w:lang w:val="de-DE"/>
        </w:rPr>
        <w:br/>
      </w:r>
      <w:proofErr w:type="spellStart"/>
      <w:r w:rsidRPr="00A35D24">
        <w:rPr>
          <w:sz w:val="20"/>
          <w:szCs w:val="20"/>
          <w:lang w:val="de-DE"/>
        </w:rPr>
        <w:t>tarafından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geliştirilmiştir</w:t>
      </w:r>
      <w:proofErr w:type="spellEnd"/>
      <w:r w:rsidRPr="00A35D24">
        <w:rPr>
          <w:sz w:val="20"/>
          <w:szCs w:val="20"/>
          <w:lang w:val="de-DE"/>
        </w:rPr>
        <w:t>.</w:t>
      </w:r>
      <w:r w:rsidR="008F2661" w:rsidRPr="00A35D24">
        <w:rPr>
          <w:sz w:val="20"/>
          <w:szCs w:val="20"/>
          <w:lang w:val="de-DE"/>
        </w:rPr>
        <w:t xml:space="preserve"> </w:t>
      </w:r>
      <w:r w:rsidR="00CC4C68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122</w:t>
      </w:r>
      <w:r w:rsidR="00CC4C68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kendine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gerekli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olan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bu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kolektif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modeli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kadınların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korunması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="008817E5">
        <w:rPr>
          <w:sz w:val="20"/>
          <w:szCs w:val="20"/>
          <w:lang w:val="de-DE"/>
        </w:rPr>
        <w:t>öz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güvenliği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kolektivist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alternatifler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sunan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Me</w:t>
      </w:r>
      <w:r w:rsidR="008817E5">
        <w:rPr>
          <w:sz w:val="20"/>
          <w:szCs w:val="20"/>
          <w:lang w:val="de-DE"/>
        </w:rPr>
        <w:t>s</w:t>
      </w:r>
      <w:r w:rsidRPr="00A35D24">
        <w:rPr>
          <w:sz w:val="20"/>
          <w:szCs w:val="20"/>
          <w:lang w:val="de-DE"/>
        </w:rPr>
        <w:t>oameri</w:t>
      </w:r>
      <w:r w:rsidR="008817E5">
        <w:rPr>
          <w:sz w:val="20"/>
          <w:szCs w:val="20"/>
          <w:lang w:val="de-DE"/>
        </w:rPr>
        <w:t>c</w:t>
      </w:r>
      <w:r w:rsidRPr="00A35D24">
        <w:rPr>
          <w:sz w:val="20"/>
          <w:szCs w:val="20"/>
          <w:lang w:val="de-DE"/>
        </w:rPr>
        <w:t>an</w:t>
      </w:r>
      <w:proofErr w:type="spellEnd"/>
      <w:r w:rsidRPr="00A35D24">
        <w:rPr>
          <w:sz w:val="20"/>
          <w:szCs w:val="20"/>
          <w:lang w:val="de-DE"/>
        </w:rPr>
        <w:t xml:space="preserve"> Initiative </w:t>
      </w:r>
      <w:proofErr w:type="spellStart"/>
      <w:r w:rsidRPr="00A35D24">
        <w:rPr>
          <w:sz w:val="20"/>
          <w:szCs w:val="20"/>
          <w:lang w:val="de-DE"/>
        </w:rPr>
        <w:t>of</w:t>
      </w:r>
      <w:proofErr w:type="spellEnd"/>
      <w:r w:rsidRPr="00A35D24">
        <w:rPr>
          <w:sz w:val="20"/>
          <w:szCs w:val="20"/>
          <w:lang w:val="de-DE"/>
        </w:rPr>
        <w:t xml:space="preserve"> Women Human Rights Defenders (</w:t>
      </w:r>
      <w:proofErr w:type="spellStart"/>
      <w:r w:rsidRPr="00A35D24">
        <w:rPr>
          <w:sz w:val="20"/>
          <w:szCs w:val="20"/>
          <w:lang w:val="de-DE"/>
        </w:rPr>
        <w:t>Mesoamerican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Kadın</w:t>
      </w:r>
      <w:proofErr w:type="spellEnd"/>
      <w:r w:rsidRPr="00A35D24">
        <w:rPr>
          <w:sz w:val="20"/>
          <w:szCs w:val="20"/>
          <w:lang w:val="de-DE"/>
        </w:rPr>
        <w:t xml:space="preserve"> İnsan </w:t>
      </w:r>
      <w:proofErr w:type="spellStart"/>
      <w:r w:rsidRPr="00A35D24">
        <w:rPr>
          <w:sz w:val="20"/>
          <w:szCs w:val="20"/>
          <w:lang w:val="de-DE"/>
        </w:rPr>
        <w:t>Hakları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Savunucuları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Girişimi</w:t>
      </w:r>
      <w:proofErr w:type="spellEnd"/>
      <w:r w:rsidRPr="00A35D24">
        <w:rPr>
          <w:sz w:val="20"/>
          <w:szCs w:val="20"/>
          <w:lang w:val="de-DE"/>
        </w:rPr>
        <w:t xml:space="preserve">) </w:t>
      </w:r>
      <w:proofErr w:type="spellStart"/>
      <w:r w:rsidRPr="00A35D24">
        <w:rPr>
          <w:sz w:val="20"/>
          <w:szCs w:val="20"/>
          <w:lang w:val="de-DE"/>
        </w:rPr>
        <w:t>gibi</w:t>
      </w:r>
      <w:proofErr w:type="spellEnd"/>
      <w:r w:rsidRPr="00A35D24">
        <w:rPr>
          <w:sz w:val="20"/>
          <w:szCs w:val="20"/>
          <w:lang w:val="de-DE"/>
        </w:rPr>
        <w:t xml:space="preserve"> insan </w:t>
      </w:r>
      <w:proofErr w:type="spellStart"/>
      <w:r w:rsidRPr="00A35D24">
        <w:rPr>
          <w:sz w:val="20"/>
          <w:szCs w:val="20"/>
          <w:lang w:val="de-DE"/>
        </w:rPr>
        <w:t>hakları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savunucularının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çalışmalarında</w:t>
      </w:r>
      <w:proofErr w:type="spellEnd"/>
      <w:r w:rsidRPr="00A35D24">
        <w:rPr>
          <w:sz w:val="20"/>
          <w:szCs w:val="20"/>
          <w:lang w:val="de-DE"/>
        </w:rPr>
        <w:t xml:space="preserve"> da </w:t>
      </w:r>
      <w:proofErr w:type="spellStart"/>
      <w:r w:rsidRPr="00A35D24">
        <w:rPr>
          <w:sz w:val="20"/>
          <w:szCs w:val="20"/>
          <w:lang w:val="de-DE"/>
        </w:rPr>
        <w:t>yansıtılmaktadır</w:t>
      </w:r>
      <w:proofErr w:type="spellEnd"/>
      <w:r w:rsidRPr="00A35D24">
        <w:rPr>
          <w:sz w:val="20"/>
          <w:szCs w:val="20"/>
          <w:lang w:val="de-DE"/>
        </w:rPr>
        <w:t xml:space="preserve">. </w:t>
      </w:r>
      <w:r w:rsidR="00ED2B99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123</w:t>
      </w:r>
      <w:r w:rsidR="00ED2B99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Bu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yaklaşım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gezegenin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için</w:t>
      </w:r>
      <w:proofErr w:type="spellEnd"/>
      <w:r w:rsidRPr="00A35D24">
        <w:rPr>
          <w:sz w:val="20"/>
          <w:szCs w:val="20"/>
          <w:lang w:val="de-DE"/>
        </w:rPr>
        <w:t xml:space="preserve"> de </w:t>
      </w:r>
      <w:proofErr w:type="spellStart"/>
      <w:r w:rsidRPr="00A35D24">
        <w:rPr>
          <w:sz w:val="20"/>
          <w:szCs w:val="20"/>
          <w:lang w:val="de-DE"/>
        </w:rPr>
        <w:t>geçerlidir</w:t>
      </w:r>
      <w:proofErr w:type="spellEnd"/>
      <w:r w:rsidRPr="00A35D24">
        <w:rPr>
          <w:sz w:val="20"/>
          <w:szCs w:val="20"/>
          <w:lang w:val="de-DE"/>
        </w:rPr>
        <w:t xml:space="preserve">. Hava, </w:t>
      </w:r>
      <w:proofErr w:type="spellStart"/>
      <w:r w:rsidRPr="00A35D24">
        <w:rPr>
          <w:sz w:val="20"/>
          <w:szCs w:val="20"/>
          <w:lang w:val="de-DE"/>
        </w:rPr>
        <w:t>su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toprak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gibi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hayati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kaynaklar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azaldıkça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kirlendikçe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herkesin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sağlığı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bozulur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kadınların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ücretsiz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işleri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artar</w:t>
      </w:r>
      <w:proofErr w:type="spellEnd"/>
      <w:r w:rsidRPr="00A35D24">
        <w:rPr>
          <w:sz w:val="20"/>
          <w:szCs w:val="20"/>
          <w:lang w:val="de-DE"/>
        </w:rPr>
        <w:t>.</w:t>
      </w:r>
      <w:r w:rsidR="00063304" w:rsidRPr="00A35D24">
        <w:rPr>
          <w:sz w:val="20"/>
          <w:szCs w:val="20"/>
          <w:lang w:val="de-DE"/>
        </w:rPr>
        <w:t xml:space="preserve"> (</w:t>
      </w:r>
      <w:r w:rsidRPr="00A35D24">
        <w:rPr>
          <w:sz w:val="20"/>
          <w:szCs w:val="20"/>
          <w:lang w:val="de-DE"/>
        </w:rPr>
        <w:t>124</w:t>
      </w:r>
      <w:r w:rsidR="00063304" w:rsidRPr="00A35D24">
        <w:rPr>
          <w:sz w:val="20"/>
          <w:szCs w:val="20"/>
          <w:lang w:val="de-DE"/>
        </w:rPr>
        <w:t>)</w:t>
      </w:r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kendine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kolektif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hayati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doğal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kaynakların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korunması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insanların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kendine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bakımla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doğrudan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ilgili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haklarını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kullanmalarını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sağlayan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sosyal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fiziksel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bir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bakım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altyapısının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oluşturulmasıyla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mümkündür</w:t>
      </w:r>
      <w:proofErr w:type="spellEnd"/>
      <w:r w:rsidRPr="00A35D24">
        <w:rPr>
          <w:sz w:val="20"/>
          <w:szCs w:val="20"/>
          <w:lang w:val="de-DE"/>
        </w:rPr>
        <w:t xml:space="preserve">: </w:t>
      </w:r>
      <w:proofErr w:type="spellStart"/>
      <w:r w:rsidRPr="00A35D24">
        <w:rPr>
          <w:sz w:val="20"/>
          <w:szCs w:val="20"/>
          <w:lang w:val="de-DE"/>
        </w:rPr>
        <w:t>dinlenme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boş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zaman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hakkı</w:t>
      </w:r>
      <w:proofErr w:type="spellEnd"/>
      <w:r w:rsidRPr="00A35D24">
        <w:rPr>
          <w:sz w:val="20"/>
          <w:szCs w:val="20"/>
          <w:lang w:val="de-DE"/>
        </w:rPr>
        <w:t xml:space="preserve">, </w:t>
      </w:r>
      <w:proofErr w:type="spellStart"/>
      <w:r w:rsidRPr="00A35D24">
        <w:rPr>
          <w:sz w:val="20"/>
          <w:szCs w:val="20"/>
          <w:lang w:val="de-DE"/>
        </w:rPr>
        <w:t>bedensel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özerklik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hakkı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cinsel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ve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üreme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sağlığı</w:t>
      </w:r>
      <w:proofErr w:type="spellEnd"/>
      <w:r w:rsidRPr="00A35D24">
        <w:rPr>
          <w:sz w:val="20"/>
          <w:szCs w:val="20"/>
          <w:lang w:val="de-DE"/>
        </w:rPr>
        <w:t xml:space="preserve"> da </w:t>
      </w:r>
      <w:proofErr w:type="spellStart"/>
      <w:r w:rsidRPr="00A35D24">
        <w:rPr>
          <w:sz w:val="20"/>
          <w:szCs w:val="20"/>
          <w:lang w:val="de-DE"/>
        </w:rPr>
        <w:t>dahil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olmak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üzere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sağlık</w:t>
      </w:r>
      <w:proofErr w:type="spellEnd"/>
      <w:r w:rsidRPr="00A35D24">
        <w:rPr>
          <w:sz w:val="20"/>
          <w:szCs w:val="20"/>
          <w:lang w:val="de-DE"/>
        </w:rPr>
        <w:t xml:space="preserve"> </w:t>
      </w:r>
      <w:proofErr w:type="spellStart"/>
      <w:r w:rsidRPr="00A35D24">
        <w:rPr>
          <w:sz w:val="20"/>
          <w:szCs w:val="20"/>
          <w:lang w:val="de-DE"/>
        </w:rPr>
        <w:t>hakkı</w:t>
      </w:r>
      <w:proofErr w:type="spellEnd"/>
      <w:r w:rsidRPr="00A35D24">
        <w:rPr>
          <w:sz w:val="20"/>
          <w:szCs w:val="20"/>
          <w:lang w:val="de-DE"/>
        </w:rPr>
        <w:t xml:space="preserve">. </w:t>
      </w:r>
      <w:r w:rsidR="00D7598F" w:rsidRPr="00A35D24">
        <w:rPr>
          <w:sz w:val="20"/>
          <w:szCs w:val="20"/>
          <w:lang w:val="de-DE"/>
        </w:rPr>
        <w:t>(</w:t>
      </w:r>
      <w:r w:rsidRPr="00A35D24">
        <w:rPr>
          <w:sz w:val="20"/>
          <w:szCs w:val="20"/>
          <w:lang w:val="de-DE"/>
        </w:rPr>
        <w:t>125</w:t>
      </w:r>
      <w:r w:rsidR="00D7598F" w:rsidRPr="00A35D24">
        <w:rPr>
          <w:sz w:val="20"/>
          <w:szCs w:val="20"/>
          <w:lang w:val="de-DE"/>
        </w:rPr>
        <w:t>)</w:t>
      </w:r>
    </w:p>
    <w:p w14:paraId="30F8CA68" w14:textId="33904F4E" w:rsidR="00A35D24" w:rsidRPr="00A35D24" w:rsidRDefault="00A35D24" w:rsidP="0059027B">
      <w:pPr>
        <w:spacing w:after="0"/>
        <w:jc w:val="both"/>
        <w:rPr>
          <w:sz w:val="16"/>
          <w:szCs w:val="16"/>
          <w:lang w:val="de-DE"/>
        </w:rPr>
      </w:pPr>
    </w:p>
    <w:p w14:paraId="39ED6F5A" w14:textId="77777777" w:rsidR="00A35D24" w:rsidRDefault="000C7284" w:rsidP="0059027B">
      <w:pPr>
        <w:spacing w:after="0"/>
        <w:jc w:val="both"/>
        <w:rPr>
          <w:b/>
          <w:bCs/>
          <w:lang w:val="de-DE"/>
        </w:rPr>
      </w:pPr>
      <w:r w:rsidRPr="003B2022">
        <w:rPr>
          <w:b/>
          <w:bCs/>
          <w:lang w:val="de-DE"/>
        </w:rPr>
        <w:t>VII.</w:t>
      </w:r>
      <w:r w:rsidR="00FE5A87">
        <w:rPr>
          <w:b/>
          <w:bCs/>
          <w:lang w:val="de-DE"/>
        </w:rPr>
        <w:t xml:space="preserve"> </w:t>
      </w:r>
      <w:r w:rsidRPr="003B2022">
        <w:rPr>
          <w:b/>
          <w:bCs/>
          <w:lang w:val="de-DE"/>
        </w:rPr>
        <w:t xml:space="preserve">Umut </w:t>
      </w:r>
      <w:proofErr w:type="spellStart"/>
      <w:r w:rsidRPr="003B2022">
        <w:rPr>
          <w:b/>
          <w:bCs/>
          <w:lang w:val="de-DE"/>
        </w:rPr>
        <w:t>vaat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eden</w:t>
      </w:r>
      <w:proofErr w:type="spellEnd"/>
      <w:r w:rsidRPr="003B2022">
        <w:rPr>
          <w:b/>
          <w:bCs/>
          <w:lang w:val="de-DE"/>
        </w:rPr>
        <w:t xml:space="preserve"> </w:t>
      </w:r>
      <w:proofErr w:type="spellStart"/>
      <w:r w:rsidRPr="003B2022">
        <w:rPr>
          <w:b/>
          <w:bCs/>
          <w:lang w:val="de-DE"/>
        </w:rPr>
        <w:t>uygulamalar</w:t>
      </w:r>
      <w:proofErr w:type="spellEnd"/>
    </w:p>
    <w:p w14:paraId="7459F87D" w14:textId="4A5F14DC" w:rsidR="00A35D24" w:rsidRPr="00C152A5" w:rsidRDefault="000C7284" w:rsidP="0059027B">
      <w:pPr>
        <w:spacing w:after="0"/>
        <w:jc w:val="both"/>
        <w:rPr>
          <w:sz w:val="20"/>
          <w:szCs w:val="20"/>
          <w:lang w:val="de-DE"/>
        </w:rPr>
      </w:pPr>
      <w:r w:rsidRPr="00C152A5">
        <w:rPr>
          <w:sz w:val="20"/>
          <w:szCs w:val="20"/>
          <w:lang w:val="de-DE"/>
        </w:rPr>
        <w:br/>
        <w:t>40.</w:t>
      </w:r>
      <w:r w:rsidR="00FE5A87"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Ücretsiz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işinin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tanınması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azaltılması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yeniden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dağıtılması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ücretli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r w:rsidRPr="00C152A5">
        <w:rPr>
          <w:sz w:val="20"/>
          <w:szCs w:val="20"/>
          <w:lang w:val="de-DE"/>
        </w:rPr>
        <w:br/>
      </w:r>
      <w:proofErr w:type="spellStart"/>
      <w:r w:rsidRPr="00C152A5">
        <w:rPr>
          <w:sz w:val="20"/>
          <w:szCs w:val="20"/>
          <w:lang w:val="de-DE"/>
        </w:rPr>
        <w:t>işinde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çalışanların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daha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adil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bir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şekilde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ödüllendirilmesi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karar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alma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süreçlerinde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temsil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r w:rsidRPr="00C152A5">
        <w:rPr>
          <w:sz w:val="20"/>
          <w:szCs w:val="20"/>
          <w:lang w:val="de-DE"/>
        </w:rPr>
        <w:br/>
      </w:r>
      <w:proofErr w:type="spellStart"/>
      <w:r w:rsidRPr="00C152A5">
        <w:rPr>
          <w:sz w:val="20"/>
          <w:szCs w:val="20"/>
          <w:lang w:val="de-DE"/>
        </w:rPr>
        <w:t>edilmesi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konusunda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bazı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umut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verici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gelişmeler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iyi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uygulamalar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bulunmaktadır</w:t>
      </w:r>
      <w:proofErr w:type="spellEnd"/>
      <w:r w:rsidRPr="00C152A5">
        <w:rPr>
          <w:sz w:val="20"/>
          <w:szCs w:val="20"/>
          <w:lang w:val="de-DE"/>
        </w:rPr>
        <w:t xml:space="preserve">. (126)  </w:t>
      </w:r>
      <w:r w:rsidRPr="00C152A5">
        <w:rPr>
          <w:sz w:val="20"/>
          <w:szCs w:val="20"/>
          <w:lang w:val="de-DE"/>
        </w:rPr>
        <w:br/>
      </w:r>
      <w:proofErr w:type="spellStart"/>
      <w:r w:rsidRPr="00C152A5">
        <w:rPr>
          <w:sz w:val="20"/>
          <w:szCs w:val="20"/>
          <w:lang w:val="de-DE"/>
        </w:rPr>
        <w:t>Ekvador</w:t>
      </w:r>
      <w:proofErr w:type="spellEnd"/>
      <w:r w:rsidRPr="00C152A5">
        <w:rPr>
          <w:sz w:val="20"/>
          <w:szCs w:val="20"/>
          <w:lang w:val="de-DE"/>
        </w:rPr>
        <w:t xml:space="preserve">, 2008 </w:t>
      </w:r>
      <w:proofErr w:type="spellStart"/>
      <w:r w:rsidRPr="00C152A5">
        <w:rPr>
          <w:sz w:val="20"/>
          <w:szCs w:val="20"/>
          <w:lang w:val="de-DE"/>
        </w:rPr>
        <w:t>yılından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bu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evde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yapılan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hizmetlerini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üretken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iş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olarak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tanımış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"</w:t>
      </w:r>
      <w:proofErr w:type="spellStart"/>
      <w:r w:rsidRPr="00C152A5">
        <w:rPr>
          <w:sz w:val="20"/>
          <w:szCs w:val="20"/>
          <w:lang w:val="de-DE"/>
        </w:rPr>
        <w:t>çocuk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bakımı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engelli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işçilerin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iş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faaliyetlerini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yerine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getirebilmeleri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için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gerekli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diğer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hizmetleri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sunmayı</w:t>
      </w:r>
      <w:proofErr w:type="spellEnd"/>
      <w:r w:rsidRPr="00C152A5">
        <w:rPr>
          <w:sz w:val="20"/>
          <w:szCs w:val="20"/>
          <w:lang w:val="de-DE"/>
        </w:rPr>
        <w:t xml:space="preserve">" </w:t>
      </w:r>
      <w:proofErr w:type="spellStart"/>
      <w:r w:rsidRPr="00C152A5">
        <w:rPr>
          <w:sz w:val="20"/>
          <w:szCs w:val="20"/>
          <w:lang w:val="de-DE"/>
        </w:rPr>
        <w:t>taahhüt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etmiş</w:t>
      </w:r>
      <w:proofErr w:type="spellEnd"/>
      <w:r w:rsidRPr="00C152A5">
        <w:rPr>
          <w:sz w:val="20"/>
          <w:szCs w:val="20"/>
          <w:lang w:val="de-DE"/>
        </w:rPr>
        <w:t>, "</w:t>
      </w:r>
      <w:proofErr w:type="spellStart"/>
      <w:r w:rsidRPr="00C152A5">
        <w:rPr>
          <w:sz w:val="20"/>
          <w:szCs w:val="20"/>
          <w:lang w:val="de-DE"/>
        </w:rPr>
        <w:t>ev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işleri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aile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yükümlülüklerinde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erkek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kadınların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ortak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sorumluluğu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karşılıklılığı"na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atıfta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bulunmuştur</w:t>
      </w:r>
      <w:proofErr w:type="spellEnd"/>
      <w:r w:rsidRPr="00C152A5">
        <w:rPr>
          <w:sz w:val="20"/>
          <w:szCs w:val="20"/>
          <w:lang w:val="de-DE"/>
        </w:rPr>
        <w:t>.</w:t>
      </w:r>
      <w:r w:rsidR="00FE5A87" w:rsidRPr="00C152A5">
        <w:rPr>
          <w:sz w:val="20"/>
          <w:szCs w:val="20"/>
          <w:lang w:val="de-DE"/>
        </w:rPr>
        <w:t xml:space="preserve"> </w:t>
      </w:r>
      <w:r w:rsidR="008A320F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127</w:t>
      </w:r>
      <w:r w:rsidR="006A7EE0" w:rsidRPr="00C152A5">
        <w:rPr>
          <w:sz w:val="20"/>
          <w:szCs w:val="20"/>
          <w:lang w:val="de-DE"/>
        </w:rPr>
        <w:t>)</w:t>
      </w:r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Meksika</w:t>
      </w:r>
      <w:proofErr w:type="spellEnd"/>
      <w:r w:rsidRPr="00C152A5">
        <w:rPr>
          <w:sz w:val="20"/>
          <w:szCs w:val="20"/>
          <w:lang w:val="de-DE"/>
        </w:rPr>
        <w:t xml:space="preserve">, 2020 </w:t>
      </w:r>
      <w:proofErr w:type="spellStart"/>
      <w:r w:rsidRPr="00C152A5">
        <w:rPr>
          <w:sz w:val="20"/>
          <w:szCs w:val="20"/>
          <w:lang w:val="de-DE"/>
        </w:rPr>
        <w:t>yılında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Sosyal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Güvenlik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Kanunu'nda</w:t>
      </w:r>
      <w:proofErr w:type="spellEnd"/>
      <w:r w:rsidRPr="00C152A5">
        <w:rPr>
          <w:sz w:val="20"/>
          <w:szCs w:val="20"/>
          <w:lang w:val="de-DE"/>
        </w:rPr>
        <w:t xml:space="preserve"> (</w:t>
      </w:r>
      <w:proofErr w:type="spellStart"/>
      <w:r w:rsidRPr="00C152A5">
        <w:rPr>
          <w:sz w:val="20"/>
          <w:szCs w:val="20"/>
          <w:lang w:val="de-DE"/>
        </w:rPr>
        <w:t>madde</w:t>
      </w:r>
      <w:proofErr w:type="spellEnd"/>
      <w:r w:rsidRPr="00C152A5">
        <w:rPr>
          <w:sz w:val="20"/>
          <w:szCs w:val="20"/>
          <w:lang w:val="de-DE"/>
        </w:rPr>
        <w:t xml:space="preserve"> 201) </w:t>
      </w:r>
      <w:proofErr w:type="spellStart"/>
      <w:r w:rsidRPr="00C152A5">
        <w:rPr>
          <w:sz w:val="20"/>
          <w:szCs w:val="20"/>
          <w:lang w:val="de-DE"/>
        </w:rPr>
        <w:t>yaptığı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reformla</w:t>
      </w:r>
      <w:proofErr w:type="spellEnd"/>
      <w:r w:rsidRPr="00C152A5">
        <w:rPr>
          <w:sz w:val="20"/>
          <w:szCs w:val="20"/>
          <w:lang w:val="de-DE"/>
        </w:rPr>
        <w:t xml:space="preserve">, </w:t>
      </w:r>
      <w:proofErr w:type="spellStart"/>
      <w:r w:rsidRPr="00C152A5">
        <w:rPr>
          <w:sz w:val="20"/>
          <w:szCs w:val="20"/>
          <w:lang w:val="de-DE"/>
        </w:rPr>
        <w:t>katkı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payı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sisteminin</w:t>
      </w:r>
      <w:proofErr w:type="spellEnd"/>
      <w:r w:rsidRPr="00C152A5">
        <w:rPr>
          <w:sz w:val="20"/>
          <w:szCs w:val="20"/>
          <w:lang w:val="de-DE"/>
        </w:rPr>
        <w:t xml:space="preserve"> hak </w:t>
      </w:r>
      <w:proofErr w:type="spellStart"/>
      <w:r w:rsidRPr="00C152A5">
        <w:rPr>
          <w:sz w:val="20"/>
          <w:szCs w:val="20"/>
          <w:lang w:val="de-DE"/>
        </w:rPr>
        <w:t>sahipleri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olan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erkek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kadın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bakıcıların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çocuklarını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çocuk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bakım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hizmetlerine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kaydettirmelerine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izin</w:t>
      </w:r>
      <w:proofErr w:type="spellEnd"/>
      <w:r w:rsidRPr="00C152A5">
        <w:rPr>
          <w:sz w:val="20"/>
          <w:szCs w:val="20"/>
          <w:lang w:val="de-DE"/>
        </w:rPr>
        <w:t xml:space="preserve"> </w:t>
      </w:r>
      <w:proofErr w:type="spellStart"/>
      <w:r w:rsidRPr="00C152A5">
        <w:rPr>
          <w:sz w:val="20"/>
          <w:szCs w:val="20"/>
          <w:lang w:val="de-DE"/>
        </w:rPr>
        <w:t>vermektedir</w:t>
      </w:r>
      <w:proofErr w:type="spellEnd"/>
      <w:r w:rsidRPr="00C152A5">
        <w:rPr>
          <w:sz w:val="20"/>
          <w:szCs w:val="20"/>
          <w:lang w:val="de-DE"/>
        </w:rPr>
        <w:t>.</w:t>
      </w:r>
      <w:r w:rsidR="00FE5A87" w:rsidRPr="00C152A5">
        <w:rPr>
          <w:sz w:val="20"/>
          <w:szCs w:val="20"/>
          <w:lang w:val="de-DE"/>
        </w:rPr>
        <w:t xml:space="preserve"> </w:t>
      </w:r>
      <w:r w:rsidR="00557425" w:rsidRPr="00C152A5">
        <w:rPr>
          <w:sz w:val="20"/>
          <w:szCs w:val="20"/>
          <w:lang w:val="de-DE"/>
        </w:rPr>
        <w:t>(</w:t>
      </w:r>
      <w:r w:rsidRPr="00C152A5">
        <w:rPr>
          <w:sz w:val="20"/>
          <w:szCs w:val="20"/>
          <w:lang w:val="de-DE"/>
        </w:rPr>
        <w:t>128</w:t>
      </w:r>
      <w:r w:rsidR="00557425" w:rsidRPr="00C152A5">
        <w:rPr>
          <w:sz w:val="20"/>
          <w:szCs w:val="20"/>
          <w:lang w:val="de-DE"/>
        </w:rPr>
        <w:t>)</w:t>
      </w:r>
      <w:r w:rsidRPr="00C152A5">
        <w:rPr>
          <w:sz w:val="20"/>
          <w:szCs w:val="20"/>
          <w:lang w:val="de-DE"/>
        </w:rPr>
        <w:t xml:space="preserve"> </w:t>
      </w:r>
    </w:p>
    <w:p w14:paraId="3A9ED569" w14:textId="16A9C0DF" w:rsidR="00A35D24" w:rsidRPr="00B83B02" w:rsidRDefault="00C152A5" w:rsidP="00B83B0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>
        <w:rPr>
          <w:sz w:val="20"/>
          <w:szCs w:val="20"/>
        </w:rPr>
        <w:t>_______________</w:t>
      </w:r>
      <w:r w:rsidR="00A35D24" w:rsidRPr="00A35D24">
        <w:rPr>
          <w:sz w:val="16"/>
          <w:szCs w:val="16"/>
          <w:highlight w:val="cyan"/>
          <w:lang w:val="de-DE"/>
        </w:rPr>
        <w:br/>
      </w:r>
      <w:r w:rsidR="00A35D24" w:rsidRPr="0059027B">
        <w:rPr>
          <w:sz w:val="16"/>
          <w:szCs w:val="16"/>
          <w:lang w:val="de-DE"/>
        </w:rPr>
        <w:t xml:space="preserve">119  İnsan </w:t>
      </w:r>
      <w:proofErr w:type="spellStart"/>
      <w:r w:rsidR="00A35D24" w:rsidRPr="0059027B">
        <w:rPr>
          <w:sz w:val="16"/>
          <w:szCs w:val="16"/>
          <w:lang w:val="de-DE"/>
        </w:rPr>
        <w:t>Hakları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Evrensel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Beyannamesi</w:t>
      </w:r>
      <w:proofErr w:type="spellEnd"/>
      <w:r w:rsidR="00A35D24" w:rsidRPr="0059027B">
        <w:rPr>
          <w:sz w:val="16"/>
          <w:szCs w:val="16"/>
          <w:lang w:val="de-DE"/>
        </w:rPr>
        <w:t xml:space="preserve">, </w:t>
      </w:r>
      <w:proofErr w:type="spellStart"/>
      <w:r w:rsidR="00A35D24" w:rsidRPr="0059027B">
        <w:rPr>
          <w:sz w:val="16"/>
          <w:szCs w:val="16"/>
          <w:lang w:val="de-DE"/>
        </w:rPr>
        <w:t>madde</w:t>
      </w:r>
      <w:proofErr w:type="spellEnd"/>
      <w:r w:rsidR="00A35D24" w:rsidRPr="0059027B">
        <w:rPr>
          <w:sz w:val="16"/>
          <w:szCs w:val="16"/>
          <w:lang w:val="de-DE"/>
        </w:rPr>
        <w:t xml:space="preserve"> 24.</w:t>
      </w:r>
      <w:r w:rsidR="00A35D24" w:rsidRPr="0059027B">
        <w:rPr>
          <w:sz w:val="16"/>
          <w:szCs w:val="16"/>
          <w:lang w:val="de-DE"/>
        </w:rPr>
        <w:br/>
        <w:t xml:space="preserve">120  </w:t>
      </w:r>
      <w:r w:rsidR="00B83B02" w:rsidRPr="00B83B02">
        <w:rPr>
          <w:rFonts w:ascii="Cambria" w:hAnsi="Cambria" w:cs="Times New Roman"/>
          <w:color w:val="000000"/>
          <w:sz w:val="16"/>
          <w:szCs w:val="16"/>
        </w:rPr>
        <w:t xml:space="preserve">Plan International, </w:t>
      </w:r>
      <w:r w:rsidR="00B83B02" w:rsidRPr="00B83B02">
        <w:rPr>
          <w:rFonts w:ascii="Cambria" w:hAnsi="Cambria" w:cs="Times New Roman"/>
          <w:i/>
          <w:iCs/>
          <w:color w:val="000000"/>
          <w:sz w:val="16"/>
          <w:szCs w:val="16"/>
        </w:rPr>
        <w:t>Real Choices, Real Lives – Out of Time: The Gendered Care Divide and its Impact</w:t>
      </w:r>
      <w:r w:rsidR="00B83B02">
        <w:rPr>
          <w:rFonts w:ascii="Cambria" w:hAnsi="Cambria" w:cs="Times New Roman"/>
          <w:i/>
          <w:iCs/>
          <w:color w:val="000000"/>
          <w:sz w:val="16"/>
          <w:szCs w:val="16"/>
        </w:rPr>
        <w:t xml:space="preserve"> </w:t>
      </w:r>
      <w:r w:rsidR="00B83B02" w:rsidRPr="00B83B02">
        <w:rPr>
          <w:rFonts w:ascii="Cambria" w:hAnsi="Cambria" w:cs="Times New Roman"/>
          <w:i/>
          <w:iCs/>
          <w:color w:val="000000"/>
          <w:sz w:val="16"/>
          <w:szCs w:val="16"/>
        </w:rPr>
        <w:t>on Girls</w:t>
      </w:r>
      <w:r w:rsidR="00B83B02" w:rsidRPr="00B83B02">
        <w:rPr>
          <w:rFonts w:ascii="Cambria" w:hAnsi="Cambria" w:cs="Times New Roman"/>
          <w:color w:val="000000"/>
          <w:sz w:val="16"/>
          <w:szCs w:val="16"/>
        </w:rPr>
        <w:t xml:space="preserve">; </w:t>
      </w:r>
      <w:proofErr w:type="spellStart"/>
      <w:r w:rsidR="00B83B02">
        <w:rPr>
          <w:rFonts w:ascii="Cambria" w:hAnsi="Cambria" w:cs="Times New Roman"/>
          <w:color w:val="000000"/>
          <w:sz w:val="16"/>
          <w:szCs w:val="16"/>
        </w:rPr>
        <w:t>ve</w:t>
      </w:r>
      <w:proofErr w:type="spellEnd"/>
      <w:r w:rsidR="00B83B02" w:rsidRPr="00B83B02">
        <w:rPr>
          <w:rFonts w:ascii="Cambria" w:hAnsi="Cambria" w:cs="Times New Roman"/>
          <w:color w:val="000000"/>
          <w:sz w:val="16"/>
          <w:szCs w:val="16"/>
        </w:rPr>
        <w:t xml:space="preserve"> Make Mothers Matter, “</w:t>
      </w:r>
      <w:hyperlink r:id="rId61" w:history="1">
        <w:r w:rsidR="00B83B02" w:rsidRPr="00B83B02">
          <w:rPr>
            <w:rStyle w:val="Hyperlink"/>
            <w:rFonts w:ascii="Cambria" w:hAnsi="Cambria" w:cs="Times New Roman"/>
            <w:sz w:val="16"/>
            <w:szCs w:val="16"/>
          </w:rPr>
          <w:t>Time poverty and the motherhood penalty</w:t>
        </w:r>
      </w:hyperlink>
      <w:r w:rsidR="00B83B02" w:rsidRPr="00B83B02">
        <w:rPr>
          <w:rFonts w:ascii="Cambria" w:hAnsi="Cambria" w:cs="Times New Roman"/>
          <w:color w:val="0000FF"/>
          <w:sz w:val="16"/>
          <w:szCs w:val="16"/>
        </w:rPr>
        <w:t>”</w:t>
      </w:r>
      <w:r w:rsidR="00A35D24" w:rsidRPr="00B83B02">
        <w:rPr>
          <w:rFonts w:ascii="Cambria" w:hAnsi="Cambria"/>
          <w:sz w:val="16"/>
          <w:szCs w:val="16"/>
          <w:lang w:val="de-DE"/>
        </w:rPr>
        <w:t>,</w:t>
      </w:r>
      <w:r w:rsidR="00A35D24" w:rsidRPr="0059027B">
        <w:rPr>
          <w:sz w:val="16"/>
          <w:szCs w:val="16"/>
          <w:lang w:val="de-DE"/>
        </w:rPr>
        <w:t xml:space="preserve"> 9 </w:t>
      </w:r>
      <w:proofErr w:type="spellStart"/>
      <w:r w:rsidR="00A35D24" w:rsidRPr="0059027B">
        <w:rPr>
          <w:sz w:val="16"/>
          <w:szCs w:val="16"/>
          <w:lang w:val="de-DE"/>
        </w:rPr>
        <w:t>Temmuz</w:t>
      </w:r>
      <w:proofErr w:type="spellEnd"/>
      <w:r w:rsidR="00A35D24" w:rsidRPr="0059027B">
        <w:rPr>
          <w:sz w:val="16"/>
          <w:szCs w:val="16"/>
          <w:lang w:val="de-DE"/>
        </w:rPr>
        <w:t xml:space="preserve"> 2024.</w:t>
      </w:r>
      <w:r w:rsidR="00A35D24" w:rsidRPr="0059027B">
        <w:rPr>
          <w:sz w:val="16"/>
          <w:szCs w:val="16"/>
          <w:lang w:val="de-DE"/>
        </w:rPr>
        <w:br/>
        <w:t xml:space="preserve">121  Elizabeth Hyde, Margaret E. Greene </w:t>
      </w:r>
      <w:proofErr w:type="spellStart"/>
      <w:r w:rsidR="00A35D24" w:rsidRPr="0059027B">
        <w:rPr>
          <w:sz w:val="16"/>
          <w:szCs w:val="16"/>
          <w:lang w:val="de-DE"/>
        </w:rPr>
        <w:t>ve</w:t>
      </w:r>
      <w:proofErr w:type="spellEnd"/>
      <w:r w:rsidR="00A35D24" w:rsidRPr="0059027B">
        <w:rPr>
          <w:sz w:val="16"/>
          <w:szCs w:val="16"/>
          <w:lang w:val="de-DE"/>
        </w:rPr>
        <w:t xml:space="preserve"> Gary L. Darmstadt</w:t>
      </w:r>
      <w:r w:rsidR="00A35D24" w:rsidRPr="00B83B02">
        <w:rPr>
          <w:rFonts w:ascii="Cambria" w:hAnsi="Cambria"/>
          <w:sz w:val="16"/>
          <w:szCs w:val="16"/>
          <w:lang w:val="de-DE"/>
        </w:rPr>
        <w:t xml:space="preserve">, </w:t>
      </w:r>
      <w:r w:rsidR="00B83B02" w:rsidRPr="00B83B02">
        <w:rPr>
          <w:rFonts w:ascii="Cambria" w:hAnsi="Cambria" w:cs="Times New Roman"/>
          <w:color w:val="000000"/>
          <w:sz w:val="16"/>
          <w:szCs w:val="16"/>
        </w:rPr>
        <w:t>“Time poverty: obstacle to women’s</w:t>
      </w:r>
      <w:r w:rsidR="00B83B02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B83B02" w:rsidRPr="00B83B02">
        <w:rPr>
          <w:rFonts w:ascii="Cambria" w:hAnsi="Cambria" w:cs="Times New Roman"/>
          <w:color w:val="000000"/>
          <w:sz w:val="16"/>
          <w:szCs w:val="16"/>
        </w:rPr>
        <w:t xml:space="preserve">human rights, health and sustainable development”, </w:t>
      </w:r>
      <w:r w:rsidR="00B83B02" w:rsidRPr="00B83B02">
        <w:rPr>
          <w:rFonts w:ascii="Cambria" w:hAnsi="Cambria" w:cs="Times New Roman"/>
          <w:i/>
          <w:iCs/>
          <w:color w:val="000000"/>
          <w:sz w:val="16"/>
          <w:szCs w:val="16"/>
        </w:rPr>
        <w:t>Journal of Global Health</w:t>
      </w:r>
      <w:r w:rsidR="00A35D24" w:rsidRPr="00B83B02">
        <w:rPr>
          <w:rFonts w:ascii="Cambria" w:hAnsi="Cambria"/>
          <w:sz w:val="16"/>
          <w:szCs w:val="16"/>
          <w:lang w:val="de-DE"/>
        </w:rPr>
        <w:t>,</w:t>
      </w:r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cilt</w:t>
      </w:r>
      <w:proofErr w:type="spellEnd"/>
      <w:r w:rsidR="00A35D24" w:rsidRPr="0059027B">
        <w:rPr>
          <w:sz w:val="16"/>
          <w:szCs w:val="16"/>
          <w:lang w:val="de-DE"/>
        </w:rPr>
        <w:t xml:space="preserve"> 10, </w:t>
      </w:r>
      <w:proofErr w:type="spellStart"/>
      <w:r w:rsidR="00A35D24" w:rsidRPr="0059027B">
        <w:rPr>
          <w:sz w:val="16"/>
          <w:szCs w:val="16"/>
          <w:lang w:val="de-DE"/>
        </w:rPr>
        <w:t>No</w:t>
      </w:r>
      <w:proofErr w:type="spellEnd"/>
      <w:r w:rsidR="00A35D24" w:rsidRPr="0059027B">
        <w:rPr>
          <w:sz w:val="16"/>
          <w:szCs w:val="16"/>
          <w:lang w:val="de-DE"/>
        </w:rPr>
        <w:t>. 2 (</w:t>
      </w:r>
      <w:proofErr w:type="spellStart"/>
      <w:r w:rsidR="00A35D24" w:rsidRPr="0059027B">
        <w:rPr>
          <w:sz w:val="16"/>
          <w:szCs w:val="16"/>
          <w:lang w:val="de-DE"/>
        </w:rPr>
        <w:t>Kasım</w:t>
      </w:r>
      <w:proofErr w:type="spellEnd"/>
      <w:r w:rsidR="00A35D24" w:rsidRPr="0059027B">
        <w:rPr>
          <w:sz w:val="16"/>
          <w:szCs w:val="16"/>
          <w:lang w:val="de-DE"/>
        </w:rPr>
        <w:t xml:space="preserve"> 2020).</w:t>
      </w:r>
      <w:r w:rsidR="00A35D24" w:rsidRPr="0059027B">
        <w:rPr>
          <w:sz w:val="16"/>
          <w:szCs w:val="16"/>
          <w:lang w:val="de-DE"/>
        </w:rPr>
        <w:br/>
        <w:t xml:space="preserve">122  </w:t>
      </w:r>
      <w:proofErr w:type="spellStart"/>
      <w:r w:rsidR="00A35D24" w:rsidRPr="0059027B">
        <w:rPr>
          <w:sz w:val="16"/>
          <w:szCs w:val="16"/>
          <w:lang w:val="de-DE"/>
        </w:rPr>
        <w:t>Birleşmiş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Milletler</w:t>
      </w:r>
      <w:proofErr w:type="spellEnd"/>
      <w:r w:rsidR="00A35D24" w:rsidRPr="0059027B">
        <w:rPr>
          <w:sz w:val="16"/>
          <w:szCs w:val="16"/>
          <w:lang w:val="de-DE"/>
        </w:rPr>
        <w:t xml:space="preserve"> HIV/AIDS </w:t>
      </w:r>
      <w:proofErr w:type="spellStart"/>
      <w:r w:rsidR="00A35D24" w:rsidRPr="0059027B">
        <w:rPr>
          <w:sz w:val="16"/>
          <w:szCs w:val="16"/>
          <w:lang w:val="de-DE"/>
        </w:rPr>
        <w:t>Ortak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Programı</w:t>
      </w:r>
      <w:proofErr w:type="spellEnd"/>
      <w:r w:rsidR="00A35D24" w:rsidRPr="0059027B">
        <w:rPr>
          <w:sz w:val="16"/>
          <w:szCs w:val="16"/>
          <w:lang w:val="de-DE"/>
        </w:rPr>
        <w:t xml:space="preserve"> (UNAIDS) </w:t>
      </w:r>
      <w:proofErr w:type="spellStart"/>
      <w:r w:rsidR="00A35D24" w:rsidRPr="0059027B">
        <w:rPr>
          <w:sz w:val="16"/>
          <w:szCs w:val="16"/>
          <w:lang w:val="de-DE"/>
        </w:rPr>
        <w:t>tarafından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yazılı</w:t>
      </w:r>
      <w:proofErr w:type="spellEnd"/>
      <w:r w:rsidR="00A35D24" w:rsidRPr="0059027B">
        <w:rPr>
          <w:sz w:val="16"/>
          <w:szCs w:val="16"/>
          <w:lang w:val="de-DE"/>
        </w:rPr>
        <w:t xml:space="preserve"> </w:t>
      </w:r>
      <w:proofErr w:type="spellStart"/>
      <w:r w:rsidR="00A35D24" w:rsidRPr="0059027B">
        <w:rPr>
          <w:sz w:val="16"/>
          <w:szCs w:val="16"/>
          <w:lang w:val="de-DE"/>
        </w:rPr>
        <w:t>katkı</w:t>
      </w:r>
      <w:proofErr w:type="spellEnd"/>
      <w:r w:rsidR="00A35D24" w:rsidRPr="0059027B">
        <w:rPr>
          <w:sz w:val="16"/>
          <w:szCs w:val="16"/>
          <w:lang w:val="de-DE"/>
        </w:rPr>
        <w:t>.</w:t>
      </w:r>
      <w:r w:rsidR="00A35D24" w:rsidRPr="0059027B">
        <w:rPr>
          <w:sz w:val="16"/>
          <w:szCs w:val="16"/>
          <w:lang w:val="de-DE"/>
        </w:rPr>
        <w:br/>
        <w:t xml:space="preserve">123  </w:t>
      </w:r>
      <w:proofErr w:type="spellStart"/>
      <w:r w:rsidR="00A35D24" w:rsidRPr="0059027B">
        <w:rPr>
          <w:sz w:val="16"/>
          <w:szCs w:val="16"/>
          <w:lang w:val="de-DE"/>
        </w:rPr>
        <w:t>Bkz</w:t>
      </w:r>
      <w:proofErr w:type="spellEnd"/>
      <w:r w:rsidR="00A35D24" w:rsidRPr="0059027B">
        <w:rPr>
          <w:sz w:val="16"/>
          <w:szCs w:val="16"/>
          <w:lang w:val="de-DE"/>
        </w:rPr>
        <w:t xml:space="preserve">. </w:t>
      </w:r>
      <w:hyperlink r:id="rId62" w:history="1">
        <w:r w:rsidR="008817E5" w:rsidRPr="00053A21">
          <w:rPr>
            <w:rStyle w:val="Hyperlink"/>
            <w:sz w:val="16"/>
            <w:szCs w:val="16"/>
            <w:lang w:val="de-DE"/>
          </w:rPr>
          <w:t>https://im-defensoras.org/en/2022/12/protecci%C3%B3n-integral-feminista/</w:t>
        </w:r>
      </w:hyperlink>
      <w:r w:rsidR="00A35D24" w:rsidRPr="0059027B">
        <w:rPr>
          <w:sz w:val="16"/>
          <w:szCs w:val="16"/>
          <w:lang w:val="de-DE"/>
        </w:rPr>
        <w:t>.</w:t>
      </w:r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 w:rsidRPr="008817E5">
        <w:rPr>
          <w:b/>
          <w:bCs/>
          <w:sz w:val="16"/>
          <w:szCs w:val="16"/>
          <w:lang w:val="de-DE"/>
        </w:rPr>
        <w:t>Çevirmenlerin</w:t>
      </w:r>
      <w:proofErr w:type="spellEnd"/>
      <w:r w:rsidR="008817E5" w:rsidRPr="008817E5">
        <w:rPr>
          <w:b/>
          <w:bCs/>
          <w:sz w:val="16"/>
          <w:szCs w:val="16"/>
          <w:lang w:val="de-DE"/>
        </w:rPr>
        <w:t xml:space="preserve"> </w:t>
      </w:r>
      <w:proofErr w:type="spellStart"/>
      <w:r w:rsidR="008817E5" w:rsidRPr="008817E5">
        <w:rPr>
          <w:b/>
          <w:bCs/>
          <w:sz w:val="16"/>
          <w:szCs w:val="16"/>
          <w:lang w:val="de-DE"/>
        </w:rPr>
        <w:t>notu</w:t>
      </w:r>
      <w:proofErr w:type="spellEnd"/>
      <w:r w:rsidR="008817E5" w:rsidRPr="008817E5">
        <w:rPr>
          <w:b/>
          <w:bCs/>
          <w:sz w:val="16"/>
          <w:szCs w:val="16"/>
          <w:lang w:val="de-DE"/>
        </w:rPr>
        <w:t>:</w:t>
      </w:r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Türkiye’de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kad</w:t>
      </w:r>
      <w:r w:rsidR="008817E5" w:rsidRPr="0059027B">
        <w:rPr>
          <w:sz w:val="16"/>
          <w:szCs w:val="16"/>
          <w:lang w:val="de-DE"/>
        </w:rPr>
        <w:t>ı</w:t>
      </w:r>
      <w:r w:rsidR="008817E5">
        <w:rPr>
          <w:sz w:val="16"/>
          <w:szCs w:val="16"/>
          <w:lang w:val="de-DE"/>
        </w:rPr>
        <w:t>n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hareketinin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kulland</w:t>
      </w:r>
      <w:r w:rsidR="008817E5" w:rsidRPr="0059027B">
        <w:rPr>
          <w:sz w:val="16"/>
          <w:szCs w:val="16"/>
          <w:lang w:val="de-DE"/>
        </w:rPr>
        <w:t>ığı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 w:rsidRPr="008817E5">
        <w:rPr>
          <w:i/>
          <w:iCs/>
          <w:sz w:val="16"/>
          <w:szCs w:val="16"/>
          <w:lang w:val="de-DE"/>
        </w:rPr>
        <w:t>Dayanışma</w:t>
      </w:r>
      <w:proofErr w:type="spellEnd"/>
      <w:r w:rsidR="008817E5" w:rsidRPr="008817E5">
        <w:rPr>
          <w:i/>
          <w:iCs/>
          <w:sz w:val="16"/>
          <w:szCs w:val="16"/>
          <w:lang w:val="de-DE"/>
        </w:rPr>
        <w:t xml:space="preserve"> </w:t>
      </w:r>
      <w:proofErr w:type="spellStart"/>
      <w:r w:rsidR="008817E5" w:rsidRPr="008817E5">
        <w:rPr>
          <w:i/>
          <w:iCs/>
          <w:sz w:val="16"/>
          <w:szCs w:val="16"/>
          <w:lang w:val="de-DE"/>
        </w:rPr>
        <w:t>Yaşatır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slogan</w:t>
      </w:r>
      <w:r w:rsidR="008817E5" w:rsidRPr="0059027B">
        <w:rPr>
          <w:sz w:val="16"/>
          <w:szCs w:val="16"/>
          <w:lang w:val="de-DE"/>
        </w:rPr>
        <w:t>ı</w:t>
      </w:r>
      <w:proofErr w:type="spellEnd"/>
      <w:r w:rsidR="008817E5">
        <w:rPr>
          <w:sz w:val="16"/>
          <w:szCs w:val="16"/>
          <w:lang w:val="de-DE"/>
        </w:rPr>
        <w:t xml:space="preserve"> da </w:t>
      </w:r>
      <w:proofErr w:type="spellStart"/>
      <w:r w:rsidR="008817E5">
        <w:rPr>
          <w:sz w:val="16"/>
          <w:szCs w:val="16"/>
          <w:lang w:val="de-DE"/>
        </w:rPr>
        <w:t>kollektif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bak</w:t>
      </w:r>
      <w:r w:rsidR="008817E5" w:rsidRPr="0059027B">
        <w:rPr>
          <w:sz w:val="16"/>
          <w:szCs w:val="16"/>
          <w:lang w:val="de-DE"/>
        </w:rPr>
        <w:t>ı</w:t>
      </w:r>
      <w:r w:rsidR="008817E5">
        <w:rPr>
          <w:sz w:val="16"/>
          <w:szCs w:val="16"/>
          <w:lang w:val="de-DE"/>
        </w:rPr>
        <w:t>m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kavram</w:t>
      </w:r>
      <w:r w:rsidR="008817E5" w:rsidRPr="0059027B">
        <w:rPr>
          <w:sz w:val="16"/>
          <w:szCs w:val="16"/>
          <w:lang w:val="de-DE"/>
        </w:rPr>
        <w:t>ı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çerçevesinde</w:t>
      </w:r>
      <w:proofErr w:type="spellEnd"/>
      <w:r w:rsidR="008817E5">
        <w:rPr>
          <w:sz w:val="16"/>
          <w:szCs w:val="16"/>
          <w:lang w:val="de-DE"/>
        </w:rPr>
        <w:t xml:space="preserve"> </w:t>
      </w:r>
      <w:proofErr w:type="spellStart"/>
      <w:r w:rsidR="008817E5">
        <w:rPr>
          <w:sz w:val="16"/>
          <w:szCs w:val="16"/>
          <w:lang w:val="de-DE"/>
        </w:rPr>
        <w:t>dü</w:t>
      </w:r>
      <w:r w:rsidR="008817E5" w:rsidRPr="0059027B">
        <w:rPr>
          <w:sz w:val="16"/>
          <w:szCs w:val="16"/>
          <w:lang w:val="de-DE"/>
        </w:rPr>
        <w:t>ş</w:t>
      </w:r>
      <w:r w:rsidR="008817E5">
        <w:rPr>
          <w:sz w:val="16"/>
          <w:szCs w:val="16"/>
          <w:lang w:val="de-DE"/>
        </w:rPr>
        <w:t>ünülebilir</w:t>
      </w:r>
      <w:proofErr w:type="spellEnd"/>
      <w:r w:rsidR="008817E5">
        <w:rPr>
          <w:sz w:val="16"/>
          <w:szCs w:val="16"/>
          <w:lang w:val="de-DE"/>
        </w:rPr>
        <w:t>.</w:t>
      </w:r>
      <w:r w:rsidR="00A35D24" w:rsidRPr="0059027B">
        <w:rPr>
          <w:sz w:val="16"/>
          <w:szCs w:val="16"/>
          <w:lang w:val="de-DE"/>
        </w:rPr>
        <w:br/>
        <w:t xml:space="preserve">124  Oxfam International, </w:t>
      </w:r>
      <w:r w:rsidR="00D409E8" w:rsidRPr="00D409E8">
        <w:rPr>
          <w:rFonts w:ascii="Cambria" w:hAnsi="Cambria" w:cs="Times New Roman"/>
          <w:color w:val="000000"/>
          <w:sz w:val="16"/>
          <w:szCs w:val="16"/>
        </w:rPr>
        <w:t>Position paper on gender justice and the extractive industries</w:t>
      </w:r>
      <w:r w:rsidR="00A35D24" w:rsidRPr="00D409E8">
        <w:rPr>
          <w:rFonts w:ascii="Cambria" w:hAnsi="Cambria"/>
          <w:sz w:val="16"/>
          <w:szCs w:val="16"/>
          <w:lang w:val="de-DE"/>
        </w:rPr>
        <w:t>,</w:t>
      </w:r>
      <w:r w:rsidR="00A35D24" w:rsidRPr="0059027B">
        <w:rPr>
          <w:sz w:val="16"/>
          <w:szCs w:val="16"/>
          <w:lang w:val="de-DE"/>
        </w:rPr>
        <w:t xml:space="preserve"> s. 1.</w:t>
      </w:r>
      <w:r w:rsidR="00A35D24" w:rsidRPr="0059027B">
        <w:rPr>
          <w:sz w:val="16"/>
          <w:szCs w:val="16"/>
          <w:lang w:val="de-DE"/>
        </w:rPr>
        <w:br/>
        <w:t xml:space="preserve">125  </w:t>
      </w:r>
      <w:proofErr w:type="spellStart"/>
      <w:r w:rsidR="00A35D24" w:rsidRPr="0059027B">
        <w:rPr>
          <w:sz w:val="16"/>
          <w:szCs w:val="16"/>
          <w:lang w:val="de-DE"/>
        </w:rPr>
        <w:t>Bkz</w:t>
      </w:r>
      <w:proofErr w:type="spellEnd"/>
      <w:r w:rsidR="00A35D24" w:rsidRPr="0059027B">
        <w:rPr>
          <w:sz w:val="16"/>
          <w:szCs w:val="16"/>
          <w:lang w:val="de-DE"/>
        </w:rPr>
        <w:t xml:space="preserve">. </w:t>
      </w:r>
      <w:hyperlink r:id="rId63" w:history="1">
        <w:r w:rsidR="00A35D24" w:rsidRPr="00D409E8">
          <w:rPr>
            <w:rStyle w:val="Hyperlink"/>
            <w:sz w:val="16"/>
            <w:szCs w:val="16"/>
            <w:lang w:val="de-DE"/>
          </w:rPr>
          <w:t>A/HRC/47/38</w:t>
        </w:r>
      </w:hyperlink>
      <w:r w:rsidR="00A35D24" w:rsidRPr="0059027B">
        <w:rPr>
          <w:sz w:val="16"/>
          <w:szCs w:val="16"/>
          <w:lang w:val="de-DE"/>
        </w:rPr>
        <w:t>.</w:t>
      </w:r>
    </w:p>
    <w:p w14:paraId="6BE4A13F" w14:textId="1D41BE79" w:rsidR="00C152A5" w:rsidRPr="00145CEA" w:rsidRDefault="00C152A5" w:rsidP="00145CE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C152A5">
        <w:rPr>
          <w:sz w:val="16"/>
          <w:szCs w:val="16"/>
          <w:lang w:val="de-DE"/>
        </w:rPr>
        <w:t xml:space="preserve">126  </w:t>
      </w:r>
      <w:proofErr w:type="spellStart"/>
      <w:r w:rsidRPr="00C152A5">
        <w:rPr>
          <w:sz w:val="16"/>
          <w:szCs w:val="16"/>
          <w:lang w:val="de-DE"/>
        </w:rPr>
        <w:t>Diğer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umut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verici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uygulamalar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için</w:t>
      </w:r>
      <w:proofErr w:type="spellEnd"/>
      <w:r w:rsidRPr="00C152A5">
        <w:rPr>
          <w:sz w:val="16"/>
          <w:szCs w:val="16"/>
          <w:lang w:val="de-DE"/>
        </w:rPr>
        <w:t xml:space="preserve"> </w:t>
      </w:r>
      <w:proofErr w:type="spellStart"/>
      <w:r w:rsidRPr="00C152A5">
        <w:rPr>
          <w:sz w:val="16"/>
          <w:szCs w:val="16"/>
          <w:lang w:val="de-DE"/>
        </w:rPr>
        <w:t>bkz</w:t>
      </w:r>
      <w:proofErr w:type="spellEnd"/>
      <w:r w:rsidRPr="00C152A5">
        <w:rPr>
          <w:sz w:val="16"/>
          <w:szCs w:val="16"/>
          <w:lang w:val="de-DE"/>
        </w:rPr>
        <w:t xml:space="preserve">. </w:t>
      </w:r>
      <w:hyperlink r:id="rId64" w:history="1">
        <w:r w:rsidRPr="00D409E8">
          <w:rPr>
            <w:rStyle w:val="Hyperlink"/>
            <w:sz w:val="16"/>
            <w:szCs w:val="16"/>
            <w:lang w:val="es-ES"/>
          </w:rPr>
          <w:t>A/HRC/58/43</w:t>
        </w:r>
      </w:hyperlink>
      <w:r w:rsidRPr="00C152A5">
        <w:rPr>
          <w:sz w:val="16"/>
          <w:szCs w:val="16"/>
          <w:lang w:val="es-ES"/>
        </w:rPr>
        <w:t xml:space="preserve"> ve </w:t>
      </w:r>
      <w:hyperlink r:id="rId65" w:history="1">
        <w:r w:rsidRPr="00D409E8">
          <w:rPr>
            <w:rStyle w:val="Hyperlink"/>
            <w:sz w:val="16"/>
            <w:szCs w:val="16"/>
            <w:lang w:val="es-ES"/>
          </w:rPr>
          <w:t>A/HRC/55/34</w:t>
        </w:r>
      </w:hyperlink>
      <w:r w:rsidRPr="00C152A5">
        <w:rPr>
          <w:sz w:val="16"/>
          <w:szCs w:val="16"/>
          <w:lang w:val="es-ES"/>
        </w:rPr>
        <w:t>.</w:t>
      </w:r>
      <w:r w:rsidRPr="00C152A5">
        <w:rPr>
          <w:sz w:val="16"/>
          <w:szCs w:val="16"/>
          <w:lang w:val="es-ES"/>
        </w:rPr>
        <w:br/>
        <w:t xml:space="preserve">127  </w:t>
      </w:r>
      <w:proofErr w:type="spellStart"/>
      <w:r w:rsidRPr="00C152A5">
        <w:rPr>
          <w:sz w:val="16"/>
          <w:szCs w:val="16"/>
          <w:lang w:val="es-ES"/>
        </w:rPr>
        <w:t>Ekvador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Anayasası'nın</w:t>
      </w:r>
      <w:proofErr w:type="spellEnd"/>
      <w:r w:rsidRPr="00C152A5">
        <w:rPr>
          <w:sz w:val="16"/>
          <w:szCs w:val="16"/>
          <w:lang w:val="es-ES"/>
        </w:rPr>
        <w:t xml:space="preserve"> 333. </w:t>
      </w:r>
      <w:proofErr w:type="spellStart"/>
      <w:r w:rsidRPr="00C152A5">
        <w:rPr>
          <w:sz w:val="16"/>
          <w:szCs w:val="16"/>
          <w:lang w:val="es-ES"/>
        </w:rPr>
        <w:t>maddesi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>, UN-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Women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 xml:space="preserve">, </w:t>
      </w:r>
      <w:r w:rsidR="009648D1" w:rsidRPr="009648D1">
        <w:rPr>
          <w:rFonts w:ascii="Cambria" w:hAnsi="Cambria" w:cs="Times New Roman"/>
          <w:color w:val="000000"/>
          <w:sz w:val="16"/>
          <w:szCs w:val="16"/>
        </w:rPr>
        <w:t>Global Gender Equality Constitutional</w:t>
      </w:r>
      <w:r w:rsidR="00145CEA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9648D1" w:rsidRPr="009648D1">
        <w:rPr>
          <w:rFonts w:ascii="Cambria" w:hAnsi="Cambria" w:cs="Times New Roman"/>
          <w:color w:val="000000"/>
          <w:sz w:val="16"/>
          <w:szCs w:val="16"/>
        </w:rPr>
        <w:t>Database</w:t>
      </w:r>
      <w:r w:rsidR="009648D1" w:rsidRPr="009648D1">
        <w:rPr>
          <w:rFonts w:ascii="Cambria" w:hAnsi="Cambria"/>
          <w:sz w:val="16"/>
          <w:szCs w:val="16"/>
          <w:lang w:val="es-ES"/>
        </w:rPr>
        <w:t xml:space="preserve"> (</w:t>
      </w:r>
      <w:r w:rsidR="009648D1">
        <w:rPr>
          <w:rFonts w:ascii="Cambria" w:hAnsi="Cambria"/>
          <w:sz w:val="16"/>
          <w:szCs w:val="16"/>
          <w:lang w:val="es-ES"/>
        </w:rPr>
        <w:t xml:space="preserve">BM </w:t>
      </w:r>
      <w:proofErr w:type="spellStart"/>
      <w:r w:rsidR="009648D1">
        <w:rPr>
          <w:rFonts w:ascii="Cambria" w:hAnsi="Cambria"/>
          <w:sz w:val="16"/>
          <w:szCs w:val="16"/>
          <w:lang w:val="es-ES"/>
        </w:rPr>
        <w:t>Kad</w:t>
      </w:r>
      <w:r w:rsidR="009648D1" w:rsidRPr="00C152A5">
        <w:rPr>
          <w:sz w:val="16"/>
          <w:szCs w:val="16"/>
          <w:lang w:val="es-ES"/>
        </w:rPr>
        <w:t>ı</w:t>
      </w:r>
      <w:r w:rsidR="009648D1">
        <w:rPr>
          <w:sz w:val="16"/>
          <w:szCs w:val="16"/>
          <w:lang w:val="es-ES"/>
        </w:rPr>
        <w:t>n</w:t>
      </w:r>
      <w:proofErr w:type="spellEnd"/>
      <w:r w:rsidR="009648D1">
        <w:rPr>
          <w:sz w:val="16"/>
          <w:szCs w:val="16"/>
          <w:lang w:val="es-ES"/>
        </w:rPr>
        <w:t xml:space="preserve"> 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Küresel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="009648D1">
        <w:rPr>
          <w:rFonts w:ascii="Cambria" w:hAnsi="Cambria"/>
          <w:sz w:val="16"/>
          <w:szCs w:val="16"/>
          <w:lang w:val="es-ES"/>
        </w:rPr>
        <w:t>Toplumsal</w:t>
      </w:r>
      <w:proofErr w:type="spellEnd"/>
      <w:r w:rsidR="009648D1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Cinsiyet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Eşitliği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Anayasa</w:t>
      </w:r>
      <w:r w:rsidR="009648D1">
        <w:rPr>
          <w:rFonts w:ascii="Cambria" w:hAnsi="Cambria"/>
          <w:sz w:val="16"/>
          <w:szCs w:val="16"/>
          <w:lang w:val="es-ES"/>
        </w:rPr>
        <w:t>l</w:t>
      </w:r>
      <w:proofErr w:type="spellEnd"/>
      <w:r w:rsidRPr="009648D1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Pr="009648D1">
        <w:rPr>
          <w:rFonts w:ascii="Cambria" w:hAnsi="Cambria"/>
          <w:sz w:val="16"/>
          <w:szCs w:val="16"/>
          <w:lang w:val="es-ES"/>
        </w:rPr>
        <w:t>Veritabanında</w:t>
      </w:r>
      <w:proofErr w:type="spellEnd"/>
      <w:r w:rsidR="009648D1" w:rsidRPr="009648D1">
        <w:rPr>
          <w:rFonts w:ascii="Cambria" w:hAnsi="Cambria"/>
          <w:sz w:val="16"/>
          <w:szCs w:val="16"/>
          <w:lang w:val="es-ES"/>
        </w:rPr>
        <w:t>)</w:t>
      </w:r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alıntılanmıştır</w:t>
      </w:r>
      <w:proofErr w:type="spellEnd"/>
      <w:r w:rsidRPr="00C152A5">
        <w:rPr>
          <w:sz w:val="16"/>
          <w:szCs w:val="16"/>
          <w:lang w:val="es-ES"/>
        </w:rPr>
        <w:t xml:space="preserve">. </w:t>
      </w:r>
      <w:proofErr w:type="spellStart"/>
      <w:r w:rsidRPr="00C152A5">
        <w:rPr>
          <w:sz w:val="16"/>
          <w:szCs w:val="16"/>
          <w:lang w:val="es-ES"/>
        </w:rPr>
        <w:t>Ayrıca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bkz</w:t>
      </w:r>
      <w:proofErr w:type="spellEnd"/>
      <w:r w:rsidRPr="00C152A5">
        <w:rPr>
          <w:sz w:val="16"/>
          <w:szCs w:val="16"/>
          <w:lang w:val="es-ES"/>
        </w:rPr>
        <w:t xml:space="preserve">. 325 ve 329. </w:t>
      </w:r>
      <w:proofErr w:type="spellStart"/>
      <w:r w:rsidRPr="00C152A5">
        <w:rPr>
          <w:sz w:val="16"/>
          <w:szCs w:val="16"/>
          <w:lang w:val="es-ES"/>
        </w:rPr>
        <w:t>maddeler</w:t>
      </w:r>
      <w:proofErr w:type="spellEnd"/>
      <w:r w:rsidRPr="00C152A5">
        <w:rPr>
          <w:sz w:val="16"/>
          <w:szCs w:val="16"/>
          <w:lang w:val="es-ES"/>
        </w:rPr>
        <w:t>.</w:t>
      </w:r>
      <w:r w:rsidRPr="00C152A5">
        <w:rPr>
          <w:sz w:val="16"/>
          <w:szCs w:val="16"/>
          <w:lang w:val="es-ES"/>
        </w:rPr>
        <w:br/>
        <w:t xml:space="preserve">128  </w:t>
      </w:r>
      <w:proofErr w:type="spellStart"/>
      <w:r w:rsidRPr="00C152A5">
        <w:rPr>
          <w:sz w:val="16"/>
          <w:szCs w:val="16"/>
          <w:lang w:val="es-ES"/>
        </w:rPr>
        <w:t>Çalışma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Grubu'nun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istişareleri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sırasında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ifade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edilen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görüşler</w:t>
      </w:r>
      <w:proofErr w:type="spellEnd"/>
      <w:r w:rsidRPr="00C152A5">
        <w:rPr>
          <w:sz w:val="16"/>
          <w:szCs w:val="16"/>
          <w:lang w:val="es-ES"/>
        </w:rPr>
        <w:t xml:space="preserve">. </w:t>
      </w:r>
      <w:proofErr w:type="spellStart"/>
      <w:r w:rsidRPr="00C152A5">
        <w:rPr>
          <w:sz w:val="16"/>
          <w:szCs w:val="16"/>
          <w:lang w:val="es-ES"/>
        </w:rPr>
        <w:t>Ayrıca</w:t>
      </w:r>
      <w:proofErr w:type="spellEnd"/>
      <w:r w:rsidRPr="00C152A5">
        <w:rPr>
          <w:sz w:val="16"/>
          <w:szCs w:val="16"/>
          <w:lang w:val="es-ES"/>
        </w:rPr>
        <w:t xml:space="preserve"> </w:t>
      </w:r>
      <w:proofErr w:type="spellStart"/>
      <w:r w:rsidRPr="00C152A5">
        <w:rPr>
          <w:sz w:val="16"/>
          <w:szCs w:val="16"/>
          <w:lang w:val="es-ES"/>
        </w:rPr>
        <w:t>bkz</w:t>
      </w:r>
      <w:proofErr w:type="spellEnd"/>
      <w:r w:rsidRPr="00C152A5">
        <w:rPr>
          <w:sz w:val="16"/>
          <w:szCs w:val="16"/>
          <w:lang w:val="es-ES"/>
        </w:rPr>
        <w:t xml:space="preserve">. </w:t>
      </w:r>
      <w:r w:rsidRPr="00C152A5">
        <w:rPr>
          <w:sz w:val="16"/>
          <w:szCs w:val="16"/>
          <w:lang w:val="es-ES"/>
        </w:rPr>
        <w:br/>
      </w:r>
      <w:hyperlink r:id="rId66" w:history="1">
        <w:r w:rsidR="009648D1" w:rsidRPr="00053A21">
          <w:rPr>
            <w:rStyle w:val="Hyperlink"/>
            <w:sz w:val="16"/>
            <w:szCs w:val="16"/>
            <w:lang w:val="es-ES"/>
          </w:rPr>
          <w:t>https://www.unicef.org/innocenti/media/10246/file/UNICEF-Innocenti-GRASSP-MexicoReport-December-2024.pdf</w:t>
        </w:r>
      </w:hyperlink>
      <w:r w:rsidR="009648D1">
        <w:rPr>
          <w:sz w:val="16"/>
          <w:szCs w:val="16"/>
          <w:lang w:val="es-ES"/>
        </w:rPr>
        <w:t>,</w:t>
      </w:r>
      <w:r w:rsidRPr="00C152A5">
        <w:rPr>
          <w:sz w:val="16"/>
          <w:szCs w:val="16"/>
          <w:lang w:val="es-ES"/>
        </w:rPr>
        <w:t xml:space="preserve"> s. 28.</w:t>
      </w:r>
      <w:r w:rsidRPr="00C152A5">
        <w:rPr>
          <w:sz w:val="16"/>
          <w:szCs w:val="16"/>
          <w:lang w:val="es-ES"/>
        </w:rPr>
        <w:br/>
      </w:r>
    </w:p>
    <w:p w14:paraId="51CC69B4" w14:textId="77777777" w:rsidR="00145CEA" w:rsidRDefault="00145CEA" w:rsidP="00A80B30">
      <w:pPr>
        <w:spacing w:after="0"/>
        <w:jc w:val="both"/>
        <w:rPr>
          <w:sz w:val="20"/>
          <w:szCs w:val="20"/>
          <w:lang w:val="de-DE"/>
        </w:rPr>
      </w:pPr>
    </w:p>
    <w:p w14:paraId="5E32E676" w14:textId="77777777" w:rsidR="00145CEA" w:rsidRDefault="00145CEA" w:rsidP="00A80B30">
      <w:pPr>
        <w:spacing w:after="0"/>
        <w:jc w:val="both"/>
        <w:rPr>
          <w:sz w:val="20"/>
          <w:szCs w:val="20"/>
          <w:lang w:val="de-DE"/>
        </w:rPr>
      </w:pPr>
    </w:p>
    <w:p w14:paraId="180397E7" w14:textId="2A0007AB" w:rsidR="00FE5A87" w:rsidRPr="0059027B" w:rsidRDefault="00C152A5" w:rsidP="00A80B30">
      <w:pPr>
        <w:spacing w:after="0"/>
        <w:jc w:val="both"/>
        <w:rPr>
          <w:sz w:val="20"/>
          <w:szCs w:val="20"/>
          <w:lang w:val="de-DE"/>
        </w:rPr>
      </w:pPr>
      <w:r w:rsidRPr="0059027B">
        <w:rPr>
          <w:sz w:val="20"/>
          <w:szCs w:val="20"/>
          <w:lang w:val="de-DE"/>
        </w:rPr>
        <w:lastRenderedPageBreak/>
        <w:t xml:space="preserve">Kanada </w:t>
      </w:r>
      <w:proofErr w:type="spellStart"/>
      <w:r w:rsidRPr="0059027B">
        <w:rPr>
          <w:sz w:val="20"/>
          <w:szCs w:val="20"/>
          <w:lang w:val="de-DE"/>
        </w:rPr>
        <w:t>Hükümeti</w:t>
      </w:r>
      <w:proofErr w:type="spellEnd"/>
      <w:r w:rsidRPr="0059027B">
        <w:rPr>
          <w:sz w:val="20"/>
          <w:szCs w:val="20"/>
          <w:lang w:val="de-DE"/>
        </w:rPr>
        <w:t xml:space="preserve">, 2024 </w:t>
      </w:r>
      <w:proofErr w:type="spellStart"/>
      <w:r w:rsidRPr="0059027B">
        <w:rPr>
          <w:sz w:val="20"/>
          <w:szCs w:val="20"/>
          <w:lang w:val="de-DE"/>
        </w:rPr>
        <w:t>yılında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tüm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çocukların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hakkını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güvence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altına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alan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bir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yasa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çıkarmış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bunu</w:t>
      </w:r>
      <w:proofErr w:type="spellEnd"/>
      <w:r w:rsidRPr="0059027B">
        <w:rPr>
          <w:sz w:val="20"/>
          <w:szCs w:val="20"/>
          <w:lang w:val="de-DE"/>
        </w:rPr>
        <w:t xml:space="preserve"> "</w:t>
      </w:r>
      <w:proofErr w:type="spellStart"/>
      <w:r w:rsidRPr="0059027B">
        <w:rPr>
          <w:sz w:val="20"/>
          <w:szCs w:val="20"/>
          <w:lang w:val="de-DE"/>
        </w:rPr>
        <w:t>günde</w:t>
      </w:r>
      <w:proofErr w:type="spellEnd"/>
      <w:r w:rsidRPr="0059027B">
        <w:rPr>
          <w:sz w:val="20"/>
          <w:szCs w:val="20"/>
          <w:lang w:val="de-DE"/>
        </w:rPr>
        <w:t xml:space="preserve"> 10 </w:t>
      </w:r>
      <w:proofErr w:type="spellStart"/>
      <w:r w:rsidRPr="0059027B">
        <w:rPr>
          <w:sz w:val="20"/>
          <w:szCs w:val="20"/>
          <w:lang w:val="de-DE"/>
        </w:rPr>
        <w:t>dolarlık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çocuk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bakımı</w:t>
      </w:r>
      <w:proofErr w:type="spellEnd"/>
      <w:r w:rsidRPr="0059027B">
        <w:rPr>
          <w:sz w:val="20"/>
          <w:szCs w:val="20"/>
          <w:lang w:val="de-DE"/>
        </w:rPr>
        <w:t xml:space="preserve"> " </w:t>
      </w:r>
      <w:proofErr w:type="spellStart"/>
      <w:r w:rsidRPr="0059027B">
        <w:rPr>
          <w:sz w:val="20"/>
          <w:szCs w:val="20"/>
          <w:lang w:val="de-DE"/>
        </w:rPr>
        <w:t>ile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uygulamaya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koymuştur</w:t>
      </w:r>
      <w:proofErr w:type="spellEnd"/>
      <w:r w:rsidRPr="0059027B">
        <w:rPr>
          <w:sz w:val="20"/>
          <w:szCs w:val="20"/>
          <w:lang w:val="de-DE"/>
        </w:rPr>
        <w:t xml:space="preserve">. (129)  </w:t>
      </w:r>
      <w:r w:rsidR="000C7284" w:rsidRPr="0059027B">
        <w:rPr>
          <w:sz w:val="20"/>
          <w:szCs w:val="20"/>
          <w:lang w:val="de-DE"/>
        </w:rPr>
        <w:t xml:space="preserve">Kanada </w:t>
      </w:r>
      <w:proofErr w:type="spellStart"/>
      <w:r w:rsidR="000C7284" w:rsidRPr="0059027B">
        <w:rPr>
          <w:sz w:val="20"/>
          <w:szCs w:val="20"/>
          <w:lang w:val="de-DE"/>
        </w:rPr>
        <w:t>politikası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ayrıca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yerli</w:t>
      </w:r>
      <w:proofErr w:type="spellEnd"/>
      <w:r w:rsidR="00FE5A87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toplulukların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çocukların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yüksek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kaliteli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uygun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fiyatlı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erişilebilir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çocuk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haklarına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odaklanmaktadır</w:t>
      </w:r>
      <w:proofErr w:type="spellEnd"/>
      <w:r w:rsidR="000C7284" w:rsidRPr="0059027B">
        <w:rPr>
          <w:sz w:val="20"/>
          <w:szCs w:val="20"/>
          <w:lang w:val="de-DE"/>
        </w:rPr>
        <w:t>.</w:t>
      </w:r>
      <w:r w:rsidR="00FE5A87" w:rsidRPr="0059027B">
        <w:rPr>
          <w:sz w:val="20"/>
          <w:szCs w:val="20"/>
          <w:lang w:val="de-DE"/>
        </w:rPr>
        <w:t xml:space="preserve"> (</w:t>
      </w:r>
      <w:r w:rsidR="000C7284" w:rsidRPr="0059027B">
        <w:rPr>
          <w:sz w:val="20"/>
          <w:szCs w:val="20"/>
          <w:lang w:val="de-DE"/>
        </w:rPr>
        <w:t>130</w:t>
      </w:r>
      <w:r w:rsidR="00FE5A87" w:rsidRPr="0059027B">
        <w:rPr>
          <w:sz w:val="20"/>
          <w:szCs w:val="20"/>
          <w:lang w:val="de-DE"/>
        </w:rPr>
        <w:t>)</w:t>
      </w:r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Tunus'ta</w:t>
      </w:r>
      <w:proofErr w:type="spellEnd"/>
      <w:r w:rsidR="000C7284" w:rsidRPr="0059027B">
        <w:rPr>
          <w:sz w:val="20"/>
          <w:szCs w:val="20"/>
          <w:lang w:val="de-DE"/>
        </w:rPr>
        <w:t xml:space="preserve"> 2021 </w:t>
      </w:r>
      <w:proofErr w:type="spellStart"/>
      <w:r w:rsidR="000C7284" w:rsidRPr="0059027B">
        <w:rPr>
          <w:sz w:val="20"/>
          <w:szCs w:val="20"/>
          <w:lang w:val="de-DE"/>
        </w:rPr>
        <w:t>yılında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kabul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edilen</w:t>
      </w:r>
      <w:proofErr w:type="spellEnd"/>
      <w:r w:rsidR="000C7284" w:rsidRPr="0059027B">
        <w:rPr>
          <w:sz w:val="20"/>
          <w:szCs w:val="20"/>
          <w:lang w:val="de-DE"/>
        </w:rPr>
        <w:t xml:space="preserve"> 37 </w:t>
      </w:r>
      <w:proofErr w:type="spellStart"/>
      <w:r w:rsidR="000C7284" w:rsidRPr="0059027B">
        <w:rPr>
          <w:sz w:val="20"/>
          <w:szCs w:val="20"/>
          <w:lang w:val="de-DE"/>
        </w:rPr>
        <w:t>sayılı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yasa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ev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işlerini</w:t>
      </w:r>
      <w:proofErr w:type="spellEnd"/>
      <w:r w:rsidR="00273B0A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düzenlemekte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evde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ücretsiz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sağlayanlara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sosyal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güvenliği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genişletmekte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çocuk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işçiliğini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yasaklamaktadır</w:t>
      </w:r>
      <w:proofErr w:type="spellEnd"/>
      <w:r w:rsidR="000C7284" w:rsidRPr="0059027B">
        <w:rPr>
          <w:sz w:val="20"/>
          <w:szCs w:val="20"/>
          <w:lang w:val="de-DE"/>
        </w:rPr>
        <w:t>.</w:t>
      </w:r>
      <w:r w:rsidR="0059027B">
        <w:rPr>
          <w:sz w:val="20"/>
          <w:szCs w:val="20"/>
          <w:lang w:val="de-DE"/>
        </w:rPr>
        <w:t xml:space="preserve"> </w:t>
      </w:r>
      <w:r w:rsidR="00703FA9" w:rsidRPr="0059027B">
        <w:rPr>
          <w:sz w:val="20"/>
          <w:szCs w:val="20"/>
          <w:lang w:val="de-DE"/>
        </w:rPr>
        <w:t>(</w:t>
      </w:r>
      <w:r w:rsidR="000C7284" w:rsidRPr="0059027B">
        <w:rPr>
          <w:sz w:val="20"/>
          <w:szCs w:val="20"/>
          <w:lang w:val="de-DE"/>
        </w:rPr>
        <w:t>131</w:t>
      </w:r>
      <w:r w:rsidR="00703FA9" w:rsidRPr="0059027B">
        <w:rPr>
          <w:sz w:val="20"/>
          <w:szCs w:val="20"/>
          <w:lang w:val="de-DE"/>
        </w:rPr>
        <w:t>)</w:t>
      </w:r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Çin'de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Medeni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Kanun'un</w:t>
      </w:r>
      <w:proofErr w:type="spellEnd"/>
      <w:r w:rsidR="000C7284" w:rsidRPr="0059027B">
        <w:rPr>
          <w:sz w:val="20"/>
          <w:szCs w:val="20"/>
          <w:lang w:val="de-DE"/>
        </w:rPr>
        <w:t xml:space="preserve"> (2020) 1088. </w:t>
      </w:r>
      <w:proofErr w:type="spellStart"/>
      <w:r w:rsidR="000C7284" w:rsidRPr="0059027B">
        <w:rPr>
          <w:sz w:val="20"/>
          <w:szCs w:val="20"/>
          <w:lang w:val="de-DE"/>
        </w:rPr>
        <w:t>maddesi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boşanma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durumunda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aile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içinde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çocuk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veya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yaşlı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daha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fazla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sağlayan</w:t>
      </w:r>
      <w:proofErr w:type="spellEnd"/>
      <w:r w:rsidR="00941653" w:rsidRPr="0059027B">
        <w:rPr>
          <w:sz w:val="20"/>
          <w:szCs w:val="20"/>
          <w:lang w:val="de-DE"/>
        </w:rPr>
        <w:t>)</w:t>
      </w:r>
      <w:r w:rsidR="00FE5A87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eşe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maddi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tazminat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öngörmektedir</w:t>
      </w:r>
      <w:proofErr w:type="spellEnd"/>
      <w:r w:rsidR="000C7284" w:rsidRPr="0059027B">
        <w:rPr>
          <w:sz w:val="20"/>
          <w:szCs w:val="20"/>
          <w:lang w:val="de-DE"/>
        </w:rPr>
        <w:t>.</w:t>
      </w:r>
      <w:r w:rsidR="00FE5A87" w:rsidRPr="0059027B">
        <w:rPr>
          <w:sz w:val="20"/>
          <w:szCs w:val="20"/>
          <w:lang w:val="de-DE"/>
        </w:rPr>
        <w:t xml:space="preserve"> </w:t>
      </w:r>
      <w:r w:rsidR="00941653" w:rsidRPr="0059027B">
        <w:rPr>
          <w:sz w:val="20"/>
          <w:szCs w:val="20"/>
          <w:lang w:val="de-DE"/>
        </w:rPr>
        <w:t>(</w:t>
      </w:r>
      <w:r w:rsidR="000C7284" w:rsidRPr="0059027B">
        <w:rPr>
          <w:sz w:val="20"/>
          <w:szCs w:val="20"/>
          <w:lang w:val="de-DE"/>
        </w:rPr>
        <w:t>132</w:t>
      </w:r>
      <w:r w:rsidR="00941653" w:rsidRPr="0059027B">
        <w:rPr>
          <w:sz w:val="20"/>
          <w:szCs w:val="20"/>
          <w:lang w:val="de-DE"/>
        </w:rPr>
        <w:t>)</w:t>
      </w:r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Belediye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düzeyinde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umut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vaat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eden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modeller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arasında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kadınların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iş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eğitimi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spor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veya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eğitim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için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zaman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harcadıkları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personel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ise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aile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üyelerine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ücretsiz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olarak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hizmeti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verdiği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Bogotá'daki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Manzanas</w:t>
      </w:r>
      <w:proofErr w:type="spellEnd"/>
      <w:r w:rsidR="000C7284" w:rsidRPr="0059027B">
        <w:rPr>
          <w:sz w:val="20"/>
          <w:szCs w:val="20"/>
          <w:lang w:val="de-DE"/>
        </w:rPr>
        <w:t xml:space="preserve"> del </w:t>
      </w:r>
      <w:proofErr w:type="spellStart"/>
      <w:r w:rsidR="000C7284" w:rsidRPr="0059027B">
        <w:rPr>
          <w:sz w:val="20"/>
          <w:szCs w:val="20"/>
          <w:lang w:val="de-DE"/>
        </w:rPr>
        <w:t>Cuidado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yer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almaktadır</w:t>
      </w:r>
      <w:proofErr w:type="spellEnd"/>
      <w:r w:rsidR="000C7284" w:rsidRPr="0059027B">
        <w:rPr>
          <w:sz w:val="20"/>
          <w:szCs w:val="20"/>
          <w:lang w:val="de-DE"/>
        </w:rPr>
        <w:t xml:space="preserve">; </w:t>
      </w:r>
      <w:proofErr w:type="spellStart"/>
      <w:r w:rsidR="000C7284" w:rsidRPr="0059027B">
        <w:rPr>
          <w:sz w:val="20"/>
          <w:szCs w:val="20"/>
          <w:lang w:val="de-DE"/>
        </w:rPr>
        <w:t>buna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olarak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uygun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fiyatlı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çocuk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tesislerinin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sayısı</w:t>
      </w:r>
      <w:proofErr w:type="spellEnd"/>
      <w:r w:rsidR="000C7284" w:rsidRPr="0059027B">
        <w:rPr>
          <w:sz w:val="20"/>
          <w:szCs w:val="20"/>
          <w:lang w:val="de-DE"/>
        </w:rPr>
        <w:t xml:space="preserve"> da </w:t>
      </w:r>
      <w:proofErr w:type="spellStart"/>
      <w:r w:rsidR="000C7284" w:rsidRPr="0059027B">
        <w:rPr>
          <w:sz w:val="20"/>
          <w:szCs w:val="20"/>
          <w:lang w:val="de-DE"/>
        </w:rPr>
        <w:t>artırılmıştır</w:t>
      </w:r>
      <w:proofErr w:type="spellEnd"/>
      <w:r w:rsidR="000C7284" w:rsidRPr="0059027B">
        <w:rPr>
          <w:sz w:val="20"/>
          <w:szCs w:val="20"/>
          <w:lang w:val="de-DE"/>
        </w:rPr>
        <w:t xml:space="preserve">. (133) Men Care </w:t>
      </w:r>
      <w:proofErr w:type="spellStart"/>
      <w:r w:rsidR="000C7284" w:rsidRPr="0059027B">
        <w:rPr>
          <w:sz w:val="20"/>
          <w:szCs w:val="20"/>
          <w:lang w:val="de-DE"/>
        </w:rPr>
        <w:t>gibi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sivil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toplum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kampanyaları</w:t>
      </w:r>
      <w:proofErr w:type="spellEnd"/>
      <w:r w:rsidR="000C7284" w:rsidRPr="0059027B">
        <w:rPr>
          <w:sz w:val="20"/>
          <w:szCs w:val="20"/>
          <w:lang w:val="de-DE"/>
        </w:rPr>
        <w:t xml:space="preserve">, </w:t>
      </w:r>
      <w:proofErr w:type="spellStart"/>
      <w:r w:rsidR="000C7284" w:rsidRPr="0059027B">
        <w:rPr>
          <w:sz w:val="20"/>
          <w:szCs w:val="20"/>
          <w:lang w:val="de-DE"/>
        </w:rPr>
        <w:t>çocuk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bakımında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kadınlar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ve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erkekler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arasında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daha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eşit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bir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dağılım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teşvik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etmek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için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kültürel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normları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dönüştürmek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amacıyla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farklı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bölgelerde</w:t>
      </w:r>
      <w:proofErr w:type="spellEnd"/>
      <w:r w:rsidR="000C7284" w:rsidRPr="0059027B">
        <w:rPr>
          <w:sz w:val="20"/>
          <w:szCs w:val="20"/>
          <w:lang w:val="de-DE"/>
        </w:rPr>
        <w:t xml:space="preserve"> </w:t>
      </w:r>
      <w:proofErr w:type="spellStart"/>
      <w:r w:rsidR="000C7284" w:rsidRPr="0059027B">
        <w:rPr>
          <w:sz w:val="20"/>
          <w:szCs w:val="20"/>
          <w:lang w:val="de-DE"/>
        </w:rPr>
        <w:t>yürütülmektedir</w:t>
      </w:r>
      <w:proofErr w:type="spellEnd"/>
      <w:r w:rsidR="000C7284" w:rsidRPr="0059027B">
        <w:rPr>
          <w:sz w:val="20"/>
          <w:szCs w:val="20"/>
          <w:lang w:val="de-DE"/>
        </w:rPr>
        <w:t>.</w:t>
      </w:r>
    </w:p>
    <w:p w14:paraId="0A760953" w14:textId="41F2CCD7" w:rsidR="0059027B" w:rsidRDefault="000C7284" w:rsidP="00E63E48">
      <w:pPr>
        <w:jc w:val="both"/>
        <w:rPr>
          <w:lang w:val="es-ES"/>
        </w:rPr>
      </w:pPr>
      <w:r w:rsidRPr="0059027B">
        <w:rPr>
          <w:sz w:val="20"/>
          <w:szCs w:val="20"/>
          <w:lang w:val="de-DE"/>
        </w:rPr>
        <w:br/>
        <w:t xml:space="preserve">41. Amerika </w:t>
      </w:r>
      <w:proofErr w:type="spellStart"/>
      <w:r w:rsidRPr="0059027B">
        <w:rPr>
          <w:sz w:val="20"/>
          <w:szCs w:val="20"/>
          <w:lang w:val="de-DE"/>
        </w:rPr>
        <w:t>Birleşik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Devletleri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Norveç'te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ev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tabanlı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birinci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basamak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sağlık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hizmetleri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r w:rsidRPr="0059027B">
        <w:rPr>
          <w:sz w:val="20"/>
          <w:szCs w:val="20"/>
          <w:lang w:val="de-DE"/>
        </w:rPr>
        <w:br/>
      </w:r>
      <w:proofErr w:type="spellStart"/>
      <w:r w:rsidRPr="0059027B">
        <w:rPr>
          <w:sz w:val="20"/>
          <w:szCs w:val="20"/>
          <w:lang w:val="de-DE"/>
        </w:rPr>
        <w:t>gaziler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için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geriatrik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değerlendirme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verenler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için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geçici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yardımları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gibi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kamu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r w:rsidRPr="0059027B">
        <w:rPr>
          <w:sz w:val="20"/>
          <w:szCs w:val="20"/>
          <w:lang w:val="de-DE"/>
        </w:rPr>
        <w:br/>
      </w:r>
      <w:proofErr w:type="spellStart"/>
      <w:r w:rsidRPr="0059027B">
        <w:rPr>
          <w:sz w:val="20"/>
          <w:szCs w:val="20"/>
          <w:lang w:val="de-DE"/>
        </w:rPr>
        <w:t>tarafından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sağlanan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kurum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dışı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uzun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süreli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destek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hizmetlerine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ilişkin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bazı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umut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verici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modeller</w:t>
      </w:r>
      <w:proofErr w:type="spellEnd"/>
      <w:r w:rsidRPr="0059027B">
        <w:rPr>
          <w:sz w:val="20"/>
          <w:szCs w:val="20"/>
          <w:lang w:val="de-DE"/>
        </w:rPr>
        <w:t xml:space="preserve"> de </w:t>
      </w:r>
      <w:proofErr w:type="spellStart"/>
      <w:r w:rsidRPr="0059027B">
        <w:rPr>
          <w:sz w:val="20"/>
          <w:szCs w:val="20"/>
          <w:lang w:val="de-DE"/>
        </w:rPr>
        <w:t>bulunmaktadır</w:t>
      </w:r>
      <w:proofErr w:type="spellEnd"/>
      <w:r w:rsidRPr="0059027B">
        <w:rPr>
          <w:sz w:val="20"/>
          <w:szCs w:val="20"/>
          <w:lang w:val="de-DE"/>
        </w:rPr>
        <w:t xml:space="preserve">. </w:t>
      </w:r>
      <w:proofErr w:type="spellStart"/>
      <w:r w:rsidRPr="0059027B">
        <w:rPr>
          <w:sz w:val="20"/>
          <w:szCs w:val="20"/>
          <w:lang w:val="de-DE"/>
        </w:rPr>
        <w:t>Evde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hizmetleri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huzurevleri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çoğu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yaşlı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için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genellikle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çok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pahalı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olsa</w:t>
      </w:r>
      <w:proofErr w:type="spellEnd"/>
      <w:r w:rsidRPr="0059027B">
        <w:rPr>
          <w:sz w:val="20"/>
          <w:szCs w:val="20"/>
          <w:lang w:val="de-DE"/>
        </w:rPr>
        <w:t xml:space="preserve"> da, </w:t>
      </w:r>
      <w:proofErr w:type="spellStart"/>
      <w:r w:rsidRPr="0059027B">
        <w:rPr>
          <w:sz w:val="20"/>
          <w:szCs w:val="20"/>
          <w:lang w:val="de-DE"/>
        </w:rPr>
        <w:t>birçok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hükümet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evde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ihtiyacını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kabul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etmekte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bazıları</w:t>
      </w:r>
      <w:proofErr w:type="spellEnd"/>
      <w:r w:rsidRPr="0059027B">
        <w:rPr>
          <w:sz w:val="20"/>
          <w:szCs w:val="20"/>
          <w:lang w:val="de-DE"/>
        </w:rPr>
        <w:t xml:space="preserve"> (</w:t>
      </w:r>
      <w:proofErr w:type="spellStart"/>
      <w:r w:rsidRPr="0059027B">
        <w:rPr>
          <w:sz w:val="20"/>
          <w:szCs w:val="20"/>
          <w:lang w:val="de-DE"/>
        </w:rPr>
        <w:t>örneğin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Estonya</w:t>
      </w:r>
      <w:proofErr w:type="spellEnd"/>
      <w:r w:rsidRPr="0059027B">
        <w:rPr>
          <w:sz w:val="20"/>
          <w:szCs w:val="20"/>
          <w:lang w:val="de-DE"/>
        </w:rPr>
        <w:t xml:space="preserve">) </w:t>
      </w:r>
      <w:proofErr w:type="spellStart"/>
      <w:r w:rsidRPr="0059027B">
        <w:rPr>
          <w:sz w:val="20"/>
          <w:szCs w:val="20"/>
          <w:lang w:val="de-DE"/>
        </w:rPr>
        <w:t>yaşlıların</w:t>
      </w:r>
      <w:proofErr w:type="spellEnd"/>
      <w:r w:rsidRPr="0059027B">
        <w:rPr>
          <w:sz w:val="20"/>
          <w:szCs w:val="20"/>
          <w:lang w:val="de-DE"/>
        </w:rPr>
        <w:t xml:space="preserve"> "</w:t>
      </w:r>
      <w:proofErr w:type="spellStart"/>
      <w:r w:rsidRPr="0059027B">
        <w:rPr>
          <w:sz w:val="20"/>
          <w:szCs w:val="20"/>
          <w:lang w:val="de-DE"/>
        </w:rPr>
        <w:t>yerinde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yaşlanmalarını</w:t>
      </w:r>
      <w:proofErr w:type="spellEnd"/>
      <w:r w:rsidRPr="0059027B">
        <w:rPr>
          <w:sz w:val="20"/>
          <w:szCs w:val="20"/>
          <w:lang w:val="de-DE"/>
        </w:rPr>
        <w:t xml:space="preserve">" </w:t>
      </w:r>
      <w:proofErr w:type="spellStart"/>
      <w:r w:rsidRPr="0059027B">
        <w:rPr>
          <w:sz w:val="20"/>
          <w:szCs w:val="20"/>
          <w:lang w:val="de-DE"/>
        </w:rPr>
        <w:t>sağlamak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için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sosyal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yardım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politikalarını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reformdan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geçirmiştir</w:t>
      </w:r>
      <w:proofErr w:type="spellEnd"/>
      <w:r w:rsidRPr="0059027B">
        <w:rPr>
          <w:sz w:val="20"/>
          <w:szCs w:val="20"/>
          <w:lang w:val="de-DE"/>
        </w:rPr>
        <w:t>.</w:t>
      </w:r>
      <w:r w:rsidR="00FE5A87" w:rsidRPr="0059027B">
        <w:rPr>
          <w:sz w:val="20"/>
          <w:szCs w:val="20"/>
          <w:lang w:val="de-DE"/>
        </w:rPr>
        <w:t xml:space="preserve"> </w:t>
      </w:r>
      <w:r w:rsidR="00AD4519" w:rsidRPr="0059027B">
        <w:rPr>
          <w:sz w:val="20"/>
          <w:szCs w:val="20"/>
          <w:lang w:val="de-DE"/>
        </w:rPr>
        <w:t>(</w:t>
      </w:r>
      <w:r w:rsidRPr="0059027B">
        <w:rPr>
          <w:sz w:val="20"/>
          <w:szCs w:val="20"/>
          <w:lang w:val="de-DE"/>
        </w:rPr>
        <w:t>135</w:t>
      </w:r>
      <w:r w:rsidR="00D45AFC" w:rsidRPr="0059027B">
        <w:rPr>
          <w:sz w:val="20"/>
          <w:szCs w:val="20"/>
          <w:lang w:val="de-DE"/>
        </w:rPr>
        <w:t>)</w:t>
      </w:r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Çalışma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Grubu</w:t>
      </w:r>
      <w:r w:rsidR="00FE5A87" w:rsidRPr="0059027B">
        <w:rPr>
          <w:sz w:val="20"/>
          <w:szCs w:val="20"/>
          <w:lang w:val="de-DE"/>
        </w:rPr>
        <w:t>‘</w:t>
      </w:r>
      <w:r w:rsidRPr="0059027B">
        <w:rPr>
          <w:sz w:val="20"/>
          <w:szCs w:val="20"/>
          <w:lang w:val="de-DE"/>
        </w:rPr>
        <w:t>nun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anketine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verilen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yanıtlar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ödenekler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ödemeler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gibi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ulusal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düzeyde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doğrudan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tazminat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vergi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indirimi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vergi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kredisi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politikaları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gibi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dolaylı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tazminat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dahil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olmak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üzere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hükümet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politikalarının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aile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bakıcılarına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yardımcı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olabileceğini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göstermektedir</w:t>
      </w:r>
      <w:proofErr w:type="spellEnd"/>
      <w:r w:rsidRPr="0059027B">
        <w:rPr>
          <w:sz w:val="20"/>
          <w:szCs w:val="20"/>
          <w:lang w:val="de-DE"/>
        </w:rPr>
        <w:t xml:space="preserve">. </w:t>
      </w:r>
      <w:proofErr w:type="spellStart"/>
      <w:r w:rsidRPr="0059027B">
        <w:rPr>
          <w:sz w:val="20"/>
          <w:szCs w:val="20"/>
          <w:lang w:val="de-DE"/>
        </w:rPr>
        <w:t>Resmi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sosyal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güvenlik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ağlarının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bulunmadığı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Etiyopya'da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yerli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toplulukların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öncülüğündeki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girişimler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bakım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destek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hizmetlerine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giderek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daha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fazla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katılmaktadır</w:t>
      </w:r>
      <w:proofErr w:type="spellEnd"/>
      <w:r w:rsidRPr="0059027B">
        <w:rPr>
          <w:sz w:val="20"/>
          <w:szCs w:val="20"/>
          <w:lang w:val="de-DE"/>
        </w:rPr>
        <w:t xml:space="preserve">. </w:t>
      </w:r>
      <w:r w:rsidR="002A1782" w:rsidRPr="0059027B">
        <w:rPr>
          <w:sz w:val="20"/>
          <w:szCs w:val="20"/>
          <w:lang w:val="de-DE"/>
        </w:rPr>
        <w:t>(</w:t>
      </w:r>
      <w:r w:rsidRPr="0059027B">
        <w:rPr>
          <w:sz w:val="20"/>
          <w:szCs w:val="20"/>
          <w:lang w:val="de-DE"/>
        </w:rPr>
        <w:t>136</w:t>
      </w:r>
      <w:r w:rsidR="002A1782" w:rsidRPr="0059027B">
        <w:rPr>
          <w:sz w:val="20"/>
          <w:szCs w:val="20"/>
          <w:lang w:val="de-DE"/>
        </w:rPr>
        <w:t>)</w:t>
      </w:r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Asya'da</w:t>
      </w:r>
      <w:proofErr w:type="spellEnd"/>
      <w:r w:rsidRPr="0059027B">
        <w:rPr>
          <w:sz w:val="20"/>
          <w:szCs w:val="20"/>
          <w:lang w:val="de-DE"/>
        </w:rPr>
        <w:t xml:space="preserve">, </w:t>
      </w:r>
      <w:proofErr w:type="spellStart"/>
      <w:r w:rsidRPr="0059027B">
        <w:rPr>
          <w:sz w:val="20"/>
          <w:szCs w:val="20"/>
          <w:lang w:val="de-DE"/>
        </w:rPr>
        <w:t>aşağıdakileri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geliştirme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eğilimi</w:t>
      </w:r>
      <w:proofErr w:type="spellEnd"/>
      <w:r w:rsidRPr="0059027B">
        <w:rPr>
          <w:sz w:val="20"/>
          <w:szCs w:val="20"/>
          <w:lang w:val="de-DE"/>
        </w:rPr>
        <w:t xml:space="preserve"> </w:t>
      </w:r>
      <w:proofErr w:type="spellStart"/>
      <w:r w:rsidRPr="0059027B">
        <w:rPr>
          <w:sz w:val="20"/>
          <w:szCs w:val="20"/>
          <w:lang w:val="de-DE"/>
        </w:rPr>
        <w:t>vardır</w:t>
      </w:r>
      <w:proofErr w:type="spellEnd"/>
      <w:r w:rsidR="00891C73" w:rsidRPr="0059027B">
        <w:rPr>
          <w:sz w:val="20"/>
          <w:szCs w:val="20"/>
          <w:lang w:val="de-DE"/>
        </w:rPr>
        <w:t>.</w:t>
      </w:r>
      <w:r w:rsidR="0059027B" w:rsidRPr="0059027B">
        <w:rPr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Resmi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bakım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kurumları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ile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gayri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resmi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bakım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arasında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işbirliği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yoluyla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sağlanan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toplum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temelli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sosyal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bakım</w:t>
      </w:r>
      <w:proofErr w:type="spellEnd"/>
      <w:r w:rsidR="0059027B" w:rsidRPr="0059027B">
        <w:rPr>
          <w:sz w:val="20"/>
          <w:szCs w:val="20"/>
          <w:lang w:val="es-ES"/>
        </w:rPr>
        <w:t xml:space="preserve">, </w:t>
      </w:r>
      <w:proofErr w:type="spellStart"/>
      <w:r w:rsidR="0059027B" w:rsidRPr="0059027B">
        <w:rPr>
          <w:sz w:val="20"/>
          <w:szCs w:val="20"/>
          <w:lang w:val="es-ES"/>
        </w:rPr>
        <w:t>yaşlıların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kendi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topluluklarında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evlerinde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bakılmasında</w:t>
      </w:r>
      <w:proofErr w:type="spellEnd"/>
      <w:r w:rsidR="0059027B" w:rsidRPr="0059027B">
        <w:rPr>
          <w:sz w:val="20"/>
          <w:szCs w:val="20"/>
          <w:lang w:val="es-ES"/>
        </w:rPr>
        <w:t xml:space="preserve"> </w:t>
      </w:r>
      <w:proofErr w:type="spellStart"/>
      <w:r w:rsidR="0059027B" w:rsidRPr="0059027B">
        <w:rPr>
          <w:sz w:val="20"/>
          <w:szCs w:val="20"/>
          <w:lang w:val="es-ES"/>
        </w:rPr>
        <w:t>kritik</w:t>
      </w:r>
      <w:proofErr w:type="spellEnd"/>
      <w:r w:rsidR="0059027B" w:rsidRPr="0059027B">
        <w:rPr>
          <w:sz w:val="20"/>
          <w:szCs w:val="20"/>
          <w:lang w:val="es-ES"/>
        </w:rPr>
        <w:t xml:space="preserve"> bir rol </w:t>
      </w:r>
      <w:r w:rsidR="0059027B" w:rsidRPr="0059027B">
        <w:rPr>
          <w:sz w:val="20"/>
          <w:szCs w:val="20"/>
          <w:lang w:val="es-ES"/>
        </w:rPr>
        <w:br/>
      </w:r>
      <w:proofErr w:type="spellStart"/>
      <w:r w:rsidR="0059027B" w:rsidRPr="0059027B">
        <w:rPr>
          <w:sz w:val="20"/>
          <w:szCs w:val="20"/>
          <w:lang w:val="es-ES"/>
        </w:rPr>
        <w:t>oynamaktadır</w:t>
      </w:r>
      <w:proofErr w:type="spellEnd"/>
      <w:r w:rsidR="0059027B" w:rsidRPr="0059027B">
        <w:rPr>
          <w:sz w:val="20"/>
          <w:szCs w:val="20"/>
          <w:lang w:val="es-ES"/>
        </w:rPr>
        <w:t>. (137)</w:t>
      </w:r>
    </w:p>
    <w:p w14:paraId="616DD0E1" w14:textId="1309A841" w:rsidR="0018339E" w:rsidRPr="0059027B" w:rsidRDefault="0059027B" w:rsidP="00E63E48">
      <w:pPr>
        <w:spacing w:after="0"/>
        <w:jc w:val="both"/>
        <w:rPr>
          <w:sz w:val="20"/>
          <w:szCs w:val="20"/>
          <w:lang w:val="de-DE"/>
        </w:rPr>
      </w:pPr>
      <w:r w:rsidRPr="0059027B">
        <w:rPr>
          <w:sz w:val="20"/>
          <w:szCs w:val="20"/>
          <w:lang w:val="es-ES"/>
        </w:rPr>
        <w:t xml:space="preserve">42.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işçilerin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giderek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daha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görünür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örgütlü</w:t>
      </w:r>
      <w:proofErr w:type="spellEnd"/>
      <w:r w:rsidRPr="0059027B">
        <w:rPr>
          <w:sz w:val="20"/>
          <w:szCs w:val="20"/>
          <w:lang w:val="es-ES"/>
        </w:rPr>
        <w:t xml:space="preserve"> hale </w:t>
      </w:r>
      <w:proofErr w:type="spellStart"/>
      <w:r w:rsidRPr="0059027B">
        <w:rPr>
          <w:sz w:val="20"/>
          <w:szCs w:val="20"/>
          <w:lang w:val="es-ES"/>
        </w:rPr>
        <w:t>gelmesi</w:t>
      </w:r>
      <w:proofErr w:type="spellEnd"/>
      <w:r w:rsidRPr="0059027B">
        <w:rPr>
          <w:sz w:val="20"/>
          <w:szCs w:val="20"/>
          <w:lang w:val="es-ES"/>
        </w:rPr>
        <w:t xml:space="preserve"> (138) ve </w:t>
      </w:r>
      <w:proofErr w:type="spellStart"/>
      <w:r w:rsidRPr="0059027B">
        <w:rPr>
          <w:sz w:val="20"/>
          <w:szCs w:val="20"/>
          <w:lang w:val="es-ES"/>
        </w:rPr>
        <w:t>onlara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beceri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eğitimi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sağlama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çabaları</w:t>
      </w:r>
      <w:proofErr w:type="spellEnd"/>
      <w:r w:rsidRPr="0059027B">
        <w:rPr>
          <w:sz w:val="20"/>
          <w:szCs w:val="20"/>
          <w:lang w:val="es-ES"/>
        </w:rPr>
        <w:t xml:space="preserve"> da </w:t>
      </w:r>
      <w:proofErr w:type="spellStart"/>
      <w:r w:rsidRPr="0059027B">
        <w:rPr>
          <w:sz w:val="20"/>
          <w:szCs w:val="20"/>
          <w:lang w:val="es-ES"/>
        </w:rPr>
        <w:t>umut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verici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gelişmelerdir</w:t>
      </w:r>
      <w:proofErr w:type="spellEnd"/>
      <w:r w:rsidRPr="0059027B">
        <w:rPr>
          <w:sz w:val="20"/>
          <w:szCs w:val="20"/>
          <w:lang w:val="es-ES"/>
        </w:rPr>
        <w:t>. (139)</w:t>
      </w:r>
    </w:p>
    <w:p w14:paraId="40900151" w14:textId="22D58BBF" w:rsidR="00C152A5" w:rsidRPr="0059027B" w:rsidRDefault="0059027B" w:rsidP="00956E89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</w:t>
      </w:r>
      <w:r w:rsidR="000C7284" w:rsidRPr="0059027B">
        <w:rPr>
          <w:sz w:val="20"/>
          <w:szCs w:val="20"/>
          <w:lang w:val="de-DE"/>
        </w:rPr>
        <w:br/>
      </w:r>
      <w:r w:rsidR="00C152A5" w:rsidRPr="0059027B">
        <w:rPr>
          <w:sz w:val="16"/>
          <w:szCs w:val="16"/>
          <w:lang w:val="es-ES"/>
        </w:rPr>
        <w:t xml:space="preserve">129  </w:t>
      </w:r>
      <w:proofErr w:type="spellStart"/>
      <w:r w:rsidR="00C152A5" w:rsidRPr="0059027B">
        <w:rPr>
          <w:sz w:val="16"/>
          <w:szCs w:val="16"/>
          <w:lang w:val="es-ES"/>
        </w:rPr>
        <w:t>Çalışma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Grubu'nun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istişarelerinde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ifade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edilen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görüşler</w:t>
      </w:r>
      <w:proofErr w:type="spellEnd"/>
      <w:r w:rsidR="00C152A5" w:rsidRPr="0059027B">
        <w:rPr>
          <w:sz w:val="16"/>
          <w:szCs w:val="16"/>
          <w:lang w:val="es-ES"/>
        </w:rPr>
        <w:t xml:space="preserve">. </w:t>
      </w:r>
      <w:proofErr w:type="spellStart"/>
      <w:r w:rsidR="00C152A5" w:rsidRPr="0059027B">
        <w:rPr>
          <w:sz w:val="16"/>
          <w:szCs w:val="16"/>
          <w:lang w:val="es-ES"/>
        </w:rPr>
        <w:t>Ayrıca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bkz</w:t>
      </w:r>
      <w:proofErr w:type="spellEnd"/>
      <w:r w:rsidR="00C152A5" w:rsidRPr="0059027B">
        <w:rPr>
          <w:sz w:val="16"/>
          <w:szCs w:val="16"/>
          <w:lang w:val="es-ES"/>
        </w:rPr>
        <w:t xml:space="preserve">. </w:t>
      </w:r>
      <w:proofErr w:type="spellStart"/>
      <w:r w:rsidR="00C152A5" w:rsidRPr="0059027B">
        <w:rPr>
          <w:sz w:val="16"/>
          <w:szCs w:val="16"/>
          <w:lang w:val="es-ES"/>
        </w:rPr>
        <w:t>Kanada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Hükümeti</w:t>
      </w:r>
      <w:proofErr w:type="spellEnd"/>
      <w:r w:rsidR="00C152A5" w:rsidRPr="0059027B">
        <w:rPr>
          <w:sz w:val="16"/>
          <w:szCs w:val="16"/>
          <w:lang w:val="es-ES"/>
        </w:rPr>
        <w:t xml:space="preserve">, </w:t>
      </w:r>
      <w:proofErr w:type="spellStart"/>
      <w:r w:rsidR="00C152A5" w:rsidRPr="0059027B">
        <w:rPr>
          <w:sz w:val="16"/>
          <w:szCs w:val="16"/>
          <w:lang w:val="es-ES"/>
        </w:rPr>
        <w:t>Toward</w:t>
      </w:r>
      <w:proofErr w:type="spellEnd"/>
      <w:r w:rsidR="00C152A5" w:rsidRPr="0059027B">
        <w:rPr>
          <w:sz w:val="16"/>
          <w:szCs w:val="16"/>
          <w:lang w:val="es-ES"/>
        </w:rPr>
        <w:t xml:space="preserve"> 10-a-day: </w:t>
      </w:r>
      <w:proofErr w:type="spellStart"/>
      <w:r w:rsidR="00C152A5" w:rsidRPr="0059027B">
        <w:rPr>
          <w:sz w:val="16"/>
          <w:szCs w:val="16"/>
          <w:lang w:val="es-ES"/>
        </w:rPr>
        <w:t>early</w:t>
      </w:r>
      <w:proofErr w:type="spellEnd"/>
      <w:r w:rsidR="00C152A5" w:rsidRPr="0059027B">
        <w:rPr>
          <w:sz w:val="16"/>
          <w:szCs w:val="16"/>
          <w:lang w:val="es-ES"/>
        </w:rPr>
        <w:t xml:space="preserve"> </w:t>
      </w:r>
      <w:proofErr w:type="spellStart"/>
      <w:r w:rsidR="00C152A5" w:rsidRPr="0059027B">
        <w:rPr>
          <w:sz w:val="16"/>
          <w:szCs w:val="16"/>
          <w:lang w:val="es-ES"/>
        </w:rPr>
        <w:t>learning</w:t>
      </w:r>
      <w:proofErr w:type="spellEnd"/>
      <w:r w:rsidR="00C152A5" w:rsidRPr="0059027B">
        <w:rPr>
          <w:sz w:val="16"/>
          <w:szCs w:val="16"/>
          <w:lang w:val="es-ES"/>
        </w:rPr>
        <w:t xml:space="preserve"> and </w:t>
      </w:r>
      <w:proofErr w:type="spellStart"/>
      <w:r w:rsidR="00C152A5" w:rsidRPr="0059027B">
        <w:rPr>
          <w:sz w:val="16"/>
          <w:szCs w:val="16"/>
          <w:lang w:val="es-ES"/>
        </w:rPr>
        <w:t>childcare</w:t>
      </w:r>
      <w:proofErr w:type="spellEnd"/>
      <w:r w:rsidR="00C152A5" w:rsidRPr="0059027B">
        <w:rPr>
          <w:sz w:val="16"/>
          <w:szCs w:val="16"/>
          <w:lang w:val="es-ES"/>
        </w:rPr>
        <w:t xml:space="preserve">, </w:t>
      </w:r>
      <w:hyperlink r:id="rId67" w:history="1">
        <w:r w:rsidR="00956E89" w:rsidRPr="00053A21">
          <w:rPr>
            <w:rStyle w:val="Hyperlink"/>
            <w:sz w:val="16"/>
            <w:szCs w:val="16"/>
            <w:lang w:val="es-ES"/>
          </w:rPr>
          <w:t>https://www.canada.ca/en/employment-social-development/campaigns/child-care.html</w:t>
        </w:r>
      </w:hyperlink>
      <w:r w:rsidR="00956E89">
        <w:rPr>
          <w:sz w:val="16"/>
          <w:szCs w:val="16"/>
          <w:lang w:val="es-ES"/>
        </w:rPr>
        <w:t xml:space="preserve"> </w:t>
      </w:r>
      <w:r w:rsidR="00C152A5" w:rsidRPr="0059027B">
        <w:rPr>
          <w:sz w:val="16"/>
          <w:szCs w:val="16"/>
          <w:lang w:val="es-ES"/>
        </w:rPr>
        <w:t>; ve</w:t>
      </w:r>
      <w:r w:rsidR="00956E89">
        <w:rPr>
          <w:sz w:val="16"/>
          <w:szCs w:val="16"/>
          <w:lang w:val="es-ES"/>
        </w:rPr>
        <w:t xml:space="preserve"> </w:t>
      </w:r>
      <w:hyperlink r:id="rId68" w:history="1">
        <w:r w:rsidR="00956E89" w:rsidRPr="00053A21">
          <w:rPr>
            <w:rStyle w:val="Hyperlink"/>
            <w:sz w:val="16"/>
            <w:szCs w:val="16"/>
            <w:lang w:val="es-ES"/>
          </w:rPr>
          <w:t>https://globalnews.ca/news/10328712/national-child-care-system-legislation</w:t>
        </w:r>
      </w:hyperlink>
      <w:r w:rsidR="00956E89">
        <w:rPr>
          <w:sz w:val="16"/>
          <w:szCs w:val="16"/>
          <w:lang w:val="es-ES"/>
        </w:rPr>
        <w:t>.</w:t>
      </w:r>
    </w:p>
    <w:p w14:paraId="157441BF" w14:textId="77777777" w:rsidR="00956E89" w:rsidRPr="00956E89" w:rsidRDefault="000C7284" w:rsidP="00956E8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 w:rsidRPr="0059027B">
        <w:rPr>
          <w:sz w:val="16"/>
          <w:szCs w:val="16"/>
          <w:lang w:val="es-ES"/>
        </w:rPr>
        <w:t xml:space="preserve">130  </w:t>
      </w:r>
      <w:proofErr w:type="spellStart"/>
      <w:r w:rsidRPr="0059027B">
        <w:rPr>
          <w:sz w:val="16"/>
          <w:szCs w:val="16"/>
          <w:lang w:val="es-ES"/>
        </w:rPr>
        <w:t>Çalışma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Grubu'nun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istişareleri</w:t>
      </w:r>
      <w:proofErr w:type="spellEnd"/>
      <w:r w:rsidRPr="0059027B">
        <w:rPr>
          <w:sz w:val="16"/>
          <w:szCs w:val="16"/>
          <w:lang w:val="es-ES"/>
        </w:rPr>
        <w:t>.</w:t>
      </w:r>
      <w:r w:rsidRPr="0059027B">
        <w:rPr>
          <w:sz w:val="16"/>
          <w:szCs w:val="16"/>
          <w:lang w:val="es-ES"/>
        </w:rPr>
        <w:br/>
        <w:t xml:space="preserve">131  </w:t>
      </w:r>
      <w:proofErr w:type="spellStart"/>
      <w:r w:rsidRPr="0059027B">
        <w:rPr>
          <w:sz w:val="16"/>
          <w:szCs w:val="16"/>
          <w:lang w:val="es-ES"/>
        </w:rPr>
        <w:t>Çalışma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Grubu'nun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istişareleri</w:t>
      </w:r>
      <w:proofErr w:type="spellEnd"/>
      <w:r w:rsidRPr="0059027B">
        <w:rPr>
          <w:sz w:val="16"/>
          <w:szCs w:val="16"/>
          <w:lang w:val="es-ES"/>
        </w:rPr>
        <w:t xml:space="preserve">. </w:t>
      </w:r>
      <w:proofErr w:type="spellStart"/>
      <w:r w:rsidRPr="0059027B">
        <w:rPr>
          <w:sz w:val="16"/>
          <w:szCs w:val="16"/>
          <w:lang w:val="es-ES"/>
        </w:rPr>
        <w:t>Ayrıca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bkz</w:t>
      </w:r>
      <w:proofErr w:type="spellEnd"/>
      <w:r w:rsidRPr="0059027B">
        <w:rPr>
          <w:sz w:val="16"/>
          <w:szCs w:val="16"/>
          <w:lang w:val="es-ES"/>
        </w:rPr>
        <w:t xml:space="preserve">. </w:t>
      </w:r>
      <w:proofErr w:type="spellStart"/>
      <w:r w:rsidRPr="0059027B">
        <w:rPr>
          <w:sz w:val="16"/>
          <w:szCs w:val="16"/>
          <w:lang w:val="es-ES"/>
        </w:rPr>
        <w:t>Avocats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sans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frontières</w:t>
      </w:r>
      <w:proofErr w:type="spellEnd"/>
      <w:r w:rsidRPr="0059027B">
        <w:rPr>
          <w:sz w:val="16"/>
          <w:szCs w:val="16"/>
          <w:lang w:val="es-ES"/>
        </w:rPr>
        <w:t xml:space="preserve">, </w:t>
      </w:r>
      <w:r w:rsidR="00956E89" w:rsidRPr="00956E89">
        <w:rPr>
          <w:rFonts w:ascii="Cambria" w:hAnsi="Cambria" w:cs="Times New Roman"/>
          <w:color w:val="000000"/>
          <w:sz w:val="16"/>
          <w:szCs w:val="16"/>
        </w:rPr>
        <w:t>“Towards stronger protection for</w:t>
      </w:r>
    </w:p>
    <w:p w14:paraId="09ACC6C3" w14:textId="3B73EB01" w:rsidR="005347F2" w:rsidRDefault="00956E89" w:rsidP="00956E89">
      <w:pPr>
        <w:spacing w:after="0"/>
        <w:rPr>
          <w:sz w:val="16"/>
          <w:szCs w:val="16"/>
          <w:lang w:val="es-ES"/>
        </w:rPr>
      </w:pPr>
      <w:r w:rsidRPr="00956E89">
        <w:rPr>
          <w:rFonts w:ascii="Cambria" w:hAnsi="Cambria" w:cs="Times New Roman"/>
          <w:color w:val="000000"/>
          <w:sz w:val="16"/>
          <w:szCs w:val="16"/>
        </w:rPr>
        <w:t>domestic workers in Tunisia: challenges and recommendations”</w:t>
      </w:r>
      <w:r w:rsidR="000C7284" w:rsidRPr="00956E89">
        <w:rPr>
          <w:rFonts w:ascii="Cambria" w:hAnsi="Cambria"/>
          <w:sz w:val="16"/>
          <w:szCs w:val="16"/>
          <w:lang w:val="es-ES"/>
        </w:rPr>
        <w:t xml:space="preserve">, </w:t>
      </w:r>
      <w:proofErr w:type="spellStart"/>
      <w:r w:rsidRPr="00956E89">
        <w:rPr>
          <w:rFonts w:ascii="Cambria" w:hAnsi="Cambria"/>
          <w:sz w:val="16"/>
          <w:szCs w:val="16"/>
          <w:lang w:val="es-ES"/>
        </w:rPr>
        <w:t>P</w:t>
      </w:r>
      <w:r w:rsidR="000C7284" w:rsidRPr="00956E89">
        <w:rPr>
          <w:rFonts w:ascii="Cambria" w:hAnsi="Cambria"/>
          <w:sz w:val="16"/>
          <w:szCs w:val="16"/>
          <w:lang w:val="es-ES"/>
        </w:rPr>
        <w:t>ol</w:t>
      </w:r>
      <w:r w:rsidRPr="00956E89">
        <w:rPr>
          <w:rFonts w:ascii="Cambria" w:hAnsi="Cambria"/>
          <w:sz w:val="16"/>
          <w:szCs w:val="16"/>
          <w:lang w:val="es-ES"/>
        </w:rPr>
        <w:t>icy</w:t>
      </w:r>
      <w:proofErr w:type="spellEnd"/>
      <w:r w:rsidRPr="00956E89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Pr="00956E89">
        <w:rPr>
          <w:rFonts w:ascii="Cambria" w:hAnsi="Cambria"/>
          <w:sz w:val="16"/>
          <w:szCs w:val="16"/>
          <w:lang w:val="es-ES"/>
        </w:rPr>
        <w:t>Brief</w:t>
      </w:r>
      <w:proofErr w:type="spellEnd"/>
      <w:r w:rsidR="000C7284" w:rsidRPr="00956E89">
        <w:rPr>
          <w:rFonts w:ascii="Cambria" w:hAnsi="Cambria"/>
          <w:sz w:val="16"/>
          <w:szCs w:val="16"/>
          <w:lang w:val="es-ES"/>
        </w:rPr>
        <w:t xml:space="preserve">, 22 </w:t>
      </w:r>
      <w:proofErr w:type="spellStart"/>
      <w:r w:rsidR="000C7284" w:rsidRPr="00956E89">
        <w:rPr>
          <w:rFonts w:ascii="Cambria" w:hAnsi="Cambria"/>
          <w:sz w:val="16"/>
          <w:szCs w:val="16"/>
          <w:lang w:val="es-ES"/>
        </w:rPr>
        <w:t>Haziran</w:t>
      </w:r>
      <w:proofErr w:type="spellEnd"/>
      <w:r w:rsidR="000C7284" w:rsidRPr="00956E89">
        <w:rPr>
          <w:rFonts w:ascii="Cambria" w:hAnsi="Cambria"/>
          <w:sz w:val="16"/>
          <w:szCs w:val="16"/>
          <w:lang w:val="es-ES"/>
        </w:rPr>
        <w:t xml:space="preserve"> 2023.</w:t>
      </w:r>
      <w:r w:rsidR="000C7284" w:rsidRPr="0059027B">
        <w:rPr>
          <w:sz w:val="16"/>
          <w:szCs w:val="16"/>
          <w:lang w:val="es-ES"/>
        </w:rPr>
        <w:br/>
        <w:t xml:space="preserve">132  </w:t>
      </w:r>
      <w:proofErr w:type="spellStart"/>
      <w:r w:rsidR="000C7284" w:rsidRPr="0059027B">
        <w:rPr>
          <w:sz w:val="16"/>
          <w:szCs w:val="16"/>
          <w:lang w:val="es-ES"/>
        </w:rPr>
        <w:t>Bkz</w:t>
      </w:r>
      <w:proofErr w:type="spellEnd"/>
      <w:r w:rsidR="000C7284" w:rsidRPr="0059027B">
        <w:rPr>
          <w:sz w:val="16"/>
          <w:szCs w:val="16"/>
          <w:lang w:val="es-ES"/>
        </w:rPr>
        <w:t xml:space="preserve">. </w:t>
      </w:r>
      <w:hyperlink r:id="rId69" w:history="1">
        <w:r w:rsidRPr="00053A21">
          <w:rPr>
            <w:rStyle w:val="Hyperlink"/>
            <w:sz w:val="16"/>
            <w:szCs w:val="16"/>
            <w:lang w:val="es-ES"/>
          </w:rPr>
          <w:t>https://en.humanrights.cn/2024/04/17/2412743810154240a2937e9f3f510b47.html</w:t>
        </w:r>
      </w:hyperlink>
      <w:r>
        <w:rPr>
          <w:sz w:val="16"/>
          <w:szCs w:val="16"/>
          <w:lang w:val="es-ES"/>
        </w:rPr>
        <w:t xml:space="preserve"> </w:t>
      </w:r>
      <w:r w:rsidR="000C7284" w:rsidRPr="0059027B">
        <w:rPr>
          <w:sz w:val="16"/>
          <w:szCs w:val="16"/>
          <w:lang w:val="es-ES"/>
        </w:rPr>
        <w:br/>
        <w:t xml:space="preserve">133  </w:t>
      </w:r>
      <w:proofErr w:type="spellStart"/>
      <w:r w:rsidR="000C7284" w:rsidRPr="0059027B">
        <w:rPr>
          <w:sz w:val="16"/>
          <w:szCs w:val="16"/>
          <w:lang w:val="es-ES"/>
        </w:rPr>
        <w:t>Çalışma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Grubunun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Latin</w:t>
      </w:r>
      <w:proofErr w:type="spellEnd"/>
      <w:r w:rsidR="000C7284" w:rsidRPr="0059027B">
        <w:rPr>
          <w:sz w:val="16"/>
          <w:szCs w:val="16"/>
          <w:lang w:val="es-ES"/>
        </w:rPr>
        <w:t xml:space="preserve"> Amerika ve </w:t>
      </w:r>
      <w:proofErr w:type="spellStart"/>
      <w:r w:rsidR="000C7284" w:rsidRPr="0059027B">
        <w:rPr>
          <w:sz w:val="16"/>
          <w:szCs w:val="16"/>
          <w:lang w:val="es-ES"/>
        </w:rPr>
        <w:t>İspanya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ile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Doğu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Avrupa</w:t>
      </w:r>
      <w:proofErr w:type="spellEnd"/>
      <w:r w:rsidR="000C7284" w:rsidRPr="0059027B">
        <w:rPr>
          <w:sz w:val="16"/>
          <w:szCs w:val="16"/>
          <w:lang w:val="es-ES"/>
        </w:rPr>
        <w:t xml:space="preserve"> ve </w:t>
      </w:r>
      <w:proofErr w:type="spellStart"/>
      <w:r w:rsidR="000C7284" w:rsidRPr="0059027B">
        <w:rPr>
          <w:sz w:val="16"/>
          <w:szCs w:val="16"/>
          <w:lang w:val="es-ES"/>
        </w:rPr>
        <w:t>Batı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Asya'dan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katılımcılarla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yaptığı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istişareler</w:t>
      </w:r>
      <w:proofErr w:type="spellEnd"/>
      <w:r w:rsidR="000C7284" w:rsidRPr="0059027B">
        <w:rPr>
          <w:sz w:val="16"/>
          <w:szCs w:val="16"/>
          <w:lang w:val="es-ES"/>
        </w:rPr>
        <w:t xml:space="preserve">. </w:t>
      </w:r>
      <w:proofErr w:type="spellStart"/>
      <w:r w:rsidR="000C7284" w:rsidRPr="0059027B">
        <w:rPr>
          <w:sz w:val="16"/>
          <w:szCs w:val="16"/>
          <w:lang w:val="es-ES"/>
        </w:rPr>
        <w:t>Ayrıca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Kolombiya</w:t>
      </w:r>
      <w:proofErr w:type="spellEnd"/>
      <w:r w:rsidR="000C7284" w:rsidRPr="0059027B">
        <w:rPr>
          <w:sz w:val="16"/>
          <w:szCs w:val="16"/>
          <w:lang w:val="es-ES"/>
        </w:rPr>
        <w:t xml:space="preserve"> Ombudsman </w:t>
      </w:r>
      <w:proofErr w:type="spellStart"/>
      <w:r w:rsidR="000C7284" w:rsidRPr="0059027B">
        <w:rPr>
          <w:sz w:val="16"/>
          <w:szCs w:val="16"/>
          <w:lang w:val="es-ES"/>
        </w:rPr>
        <w:t>Ofisi'nin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yazılı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katkısına</w:t>
      </w:r>
      <w:proofErr w:type="spellEnd"/>
      <w:r w:rsidR="000C7284" w:rsidRPr="0059027B">
        <w:rPr>
          <w:sz w:val="16"/>
          <w:szCs w:val="16"/>
          <w:lang w:val="es-ES"/>
        </w:rPr>
        <w:t xml:space="preserve"> ve </w:t>
      </w:r>
      <w:proofErr w:type="spellStart"/>
      <w:r w:rsidR="000C7284" w:rsidRPr="0059027B">
        <w:rPr>
          <w:sz w:val="16"/>
          <w:szCs w:val="16"/>
          <w:lang w:val="es-ES"/>
        </w:rPr>
        <w:t>Kolombiya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Ulusal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Bakım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Stratejisi'ne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bakınız</w:t>
      </w:r>
      <w:proofErr w:type="spellEnd"/>
      <w:r w:rsidR="000C7284" w:rsidRPr="0059027B">
        <w:rPr>
          <w:sz w:val="16"/>
          <w:szCs w:val="16"/>
          <w:lang w:val="es-ES"/>
        </w:rPr>
        <w:t>.</w:t>
      </w:r>
      <w:r w:rsidR="000C7284" w:rsidRPr="0059027B">
        <w:rPr>
          <w:sz w:val="16"/>
          <w:szCs w:val="16"/>
          <w:lang w:val="es-ES"/>
        </w:rPr>
        <w:br/>
        <w:t xml:space="preserve">134  </w:t>
      </w:r>
      <w:proofErr w:type="spellStart"/>
      <w:r w:rsidR="000C7284" w:rsidRPr="0059027B">
        <w:rPr>
          <w:sz w:val="16"/>
          <w:szCs w:val="16"/>
          <w:lang w:val="es-ES"/>
        </w:rPr>
        <w:t>Bkz</w:t>
      </w:r>
      <w:proofErr w:type="spellEnd"/>
      <w:r w:rsidR="000C7284" w:rsidRPr="0059027B">
        <w:rPr>
          <w:sz w:val="16"/>
          <w:szCs w:val="16"/>
          <w:lang w:val="es-ES"/>
        </w:rPr>
        <w:t xml:space="preserve"> . </w:t>
      </w:r>
      <w:hyperlink r:id="rId70" w:history="1">
        <w:r w:rsidR="000C7284" w:rsidRPr="00956E89">
          <w:rPr>
            <w:rStyle w:val="Hyperlink"/>
            <w:sz w:val="16"/>
            <w:szCs w:val="16"/>
            <w:lang w:val="es-ES"/>
          </w:rPr>
          <w:t>A/HRC/WG.11/37/1</w:t>
        </w:r>
      </w:hyperlink>
      <w:r w:rsidR="000C7284" w:rsidRPr="0059027B">
        <w:rPr>
          <w:sz w:val="16"/>
          <w:szCs w:val="16"/>
          <w:lang w:val="es-ES"/>
        </w:rPr>
        <w:t xml:space="preserve"> ve </w:t>
      </w:r>
      <w:hyperlink r:id="rId71" w:history="1">
        <w:r w:rsidRPr="00053A21">
          <w:rPr>
            <w:rStyle w:val="Hyperlink"/>
            <w:sz w:val="16"/>
            <w:szCs w:val="16"/>
            <w:lang w:val="es-ES"/>
          </w:rPr>
          <w:t>https://www.mencare.org</w:t>
        </w:r>
      </w:hyperlink>
      <w:r>
        <w:rPr>
          <w:sz w:val="16"/>
          <w:szCs w:val="16"/>
          <w:lang w:val="es-ES"/>
        </w:rPr>
        <w:t xml:space="preserve"> </w:t>
      </w:r>
      <w:r w:rsidR="000C7284" w:rsidRPr="0059027B">
        <w:rPr>
          <w:sz w:val="16"/>
          <w:szCs w:val="16"/>
          <w:lang w:val="es-ES"/>
        </w:rPr>
        <w:br/>
        <w:t xml:space="preserve">135  </w:t>
      </w:r>
      <w:proofErr w:type="spellStart"/>
      <w:r w:rsidR="000C7284" w:rsidRPr="0059027B">
        <w:rPr>
          <w:sz w:val="16"/>
          <w:szCs w:val="16"/>
          <w:lang w:val="es-ES"/>
        </w:rPr>
        <w:t>Çalışma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Grubu'nun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istişareleri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sırasında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ifade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edilen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görüşler</w:t>
      </w:r>
      <w:proofErr w:type="spellEnd"/>
      <w:r w:rsidR="000C7284" w:rsidRPr="0059027B">
        <w:rPr>
          <w:sz w:val="16"/>
          <w:szCs w:val="16"/>
          <w:lang w:val="es-ES"/>
        </w:rPr>
        <w:t xml:space="preserve"> ve </w:t>
      </w:r>
      <w:proofErr w:type="spellStart"/>
      <w:r w:rsidR="000C7284" w:rsidRPr="0059027B">
        <w:rPr>
          <w:sz w:val="16"/>
          <w:szCs w:val="16"/>
          <w:lang w:val="es-ES"/>
        </w:rPr>
        <w:t>sivil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toplum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kuruluşlarından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alınan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yazılı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katkılar</w:t>
      </w:r>
      <w:proofErr w:type="spellEnd"/>
      <w:r w:rsidR="000C7284" w:rsidRPr="0059027B">
        <w:rPr>
          <w:sz w:val="16"/>
          <w:szCs w:val="16"/>
          <w:lang w:val="es-ES"/>
        </w:rPr>
        <w:t xml:space="preserve">. </w:t>
      </w:r>
      <w:proofErr w:type="spellStart"/>
      <w:r w:rsidR="000C7284" w:rsidRPr="0059027B">
        <w:rPr>
          <w:sz w:val="16"/>
          <w:szCs w:val="16"/>
          <w:lang w:val="es-ES"/>
        </w:rPr>
        <w:t>Ayrıca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bkz</w:t>
      </w:r>
      <w:proofErr w:type="spellEnd"/>
      <w:r w:rsidR="000C7284" w:rsidRPr="0059027B">
        <w:rPr>
          <w:sz w:val="16"/>
          <w:szCs w:val="16"/>
          <w:lang w:val="es-ES"/>
        </w:rPr>
        <w:t xml:space="preserve">. </w:t>
      </w:r>
      <w:proofErr w:type="spellStart"/>
      <w:r w:rsidR="000C7284" w:rsidRPr="0059027B">
        <w:rPr>
          <w:sz w:val="16"/>
          <w:szCs w:val="16"/>
          <w:lang w:val="es-ES"/>
        </w:rPr>
        <w:t>Estonya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Ulusal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Denetim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Ofisi'nin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hyperlink r:id="rId72" w:history="1">
        <w:r w:rsidR="00BE604C" w:rsidRPr="00053A21">
          <w:rPr>
            <w:rStyle w:val="Hyperlink"/>
            <w:sz w:val="16"/>
            <w:szCs w:val="16"/>
            <w:lang w:val="es-ES"/>
          </w:rPr>
          <w:t>https://www.riigikontroll.ee/DesktopModules/DigiDetail/FileDownloader.aspx?FileId=19686&amp;AuditId=6596</w:t>
        </w:r>
      </w:hyperlink>
      <w:r w:rsidR="00BE604C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adresinde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bulunan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belgesi</w:t>
      </w:r>
      <w:proofErr w:type="spellEnd"/>
      <w:r w:rsidR="000C7284" w:rsidRPr="0059027B">
        <w:rPr>
          <w:sz w:val="16"/>
          <w:szCs w:val="16"/>
          <w:lang w:val="es-ES"/>
        </w:rPr>
        <w:t>.</w:t>
      </w:r>
      <w:r w:rsidR="000C7284" w:rsidRPr="0059027B">
        <w:rPr>
          <w:sz w:val="16"/>
          <w:szCs w:val="16"/>
          <w:lang w:val="es-ES"/>
        </w:rPr>
        <w:br/>
        <w:t xml:space="preserve">136  </w:t>
      </w:r>
      <w:proofErr w:type="spellStart"/>
      <w:r w:rsidR="000C7284" w:rsidRPr="0059027B">
        <w:rPr>
          <w:sz w:val="16"/>
          <w:szCs w:val="16"/>
          <w:lang w:val="es-ES"/>
        </w:rPr>
        <w:t>Etiyopya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İnsan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Hakları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Komisyonu'nun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yazılı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katkısı</w:t>
      </w:r>
      <w:proofErr w:type="spellEnd"/>
      <w:r w:rsidR="000C7284" w:rsidRPr="0059027B">
        <w:rPr>
          <w:sz w:val="16"/>
          <w:szCs w:val="16"/>
          <w:lang w:val="es-ES"/>
        </w:rPr>
        <w:t>.</w:t>
      </w:r>
    </w:p>
    <w:p w14:paraId="303035D4" w14:textId="5E063381" w:rsidR="00A80B30" w:rsidRDefault="0059027B" w:rsidP="00A80B30">
      <w:pPr>
        <w:spacing w:after="0"/>
        <w:rPr>
          <w:lang w:val="es-ES"/>
        </w:rPr>
      </w:pPr>
      <w:r w:rsidRPr="0059027B">
        <w:rPr>
          <w:sz w:val="16"/>
          <w:szCs w:val="16"/>
          <w:lang w:val="es-ES"/>
        </w:rPr>
        <w:t xml:space="preserve">137  </w:t>
      </w:r>
      <w:proofErr w:type="spellStart"/>
      <w:r w:rsidRPr="0059027B">
        <w:rPr>
          <w:sz w:val="16"/>
          <w:szCs w:val="16"/>
          <w:lang w:val="es-ES"/>
        </w:rPr>
        <w:t>Sasakawa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Barış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Vakfı</w:t>
      </w:r>
      <w:proofErr w:type="spellEnd"/>
      <w:r w:rsidRPr="0059027B">
        <w:rPr>
          <w:sz w:val="16"/>
          <w:szCs w:val="16"/>
          <w:lang w:val="es-ES"/>
        </w:rPr>
        <w:t xml:space="preserve">, </w:t>
      </w:r>
      <w:r w:rsidR="00BE604C" w:rsidRPr="00BE604C">
        <w:rPr>
          <w:rFonts w:ascii="Cambria" w:hAnsi="Cambria" w:cs="Times New Roman"/>
          <w:i/>
          <w:iCs/>
          <w:color w:val="000000"/>
          <w:sz w:val="16"/>
          <w:szCs w:val="16"/>
        </w:rPr>
        <w:t>Community-based Care for Older Persons</w:t>
      </w:r>
      <w:r w:rsidR="00BE604C" w:rsidRPr="0059027B">
        <w:rPr>
          <w:sz w:val="16"/>
          <w:szCs w:val="16"/>
          <w:lang w:val="es-ES"/>
        </w:rPr>
        <w:t xml:space="preserve"> </w:t>
      </w:r>
      <w:r w:rsidRPr="0059027B">
        <w:rPr>
          <w:sz w:val="16"/>
          <w:szCs w:val="16"/>
          <w:lang w:val="es-ES"/>
        </w:rPr>
        <w:t>(2019).</w:t>
      </w:r>
    </w:p>
    <w:p w14:paraId="2D529F03" w14:textId="1E3B37D0" w:rsidR="0059027B" w:rsidRDefault="0059027B" w:rsidP="006B3375">
      <w:pPr>
        <w:rPr>
          <w:lang w:val="es-ES"/>
        </w:rPr>
      </w:pPr>
      <w:r w:rsidRPr="0059027B">
        <w:rPr>
          <w:sz w:val="16"/>
          <w:szCs w:val="16"/>
          <w:lang w:val="es-ES"/>
        </w:rPr>
        <w:t xml:space="preserve">138  </w:t>
      </w:r>
      <w:proofErr w:type="spellStart"/>
      <w:r w:rsidRPr="0059027B">
        <w:rPr>
          <w:sz w:val="16"/>
          <w:szCs w:val="16"/>
          <w:lang w:val="es-ES"/>
        </w:rPr>
        <w:t>Bkz</w:t>
      </w:r>
      <w:proofErr w:type="spellEnd"/>
      <w:r w:rsidRPr="0059027B">
        <w:rPr>
          <w:sz w:val="16"/>
          <w:szCs w:val="16"/>
          <w:lang w:val="es-ES"/>
        </w:rPr>
        <w:t>.</w:t>
      </w:r>
      <w:r w:rsidR="00B669F9">
        <w:rPr>
          <w:sz w:val="16"/>
          <w:szCs w:val="16"/>
          <w:lang w:val="es-ES"/>
        </w:rPr>
        <w:t xml:space="preserve"> </w:t>
      </w:r>
      <w:hyperlink r:id="rId73" w:history="1">
        <w:r w:rsidR="00B669F9" w:rsidRPr="00053A21">
          <w:rPr>
            <w:rStyle w:val="Hyperlink"/>
            <w:sz w:val="16"/>
            <w:szCs w:val="16"/>
            <w:lang w:val="es-ES"/>
          </w:rPr>
          <w:t>https://medium.com/iom-development-fund-newsletter/raising-the-voices-of-migrant-domestic-workers-in-jordan-a-project-by-migrants-for-migrants-51c143269b21</w:t>
        </w:r>
      </w:hyperlink>
      <w:r w:rsidR="00B669F9">
        <w:rPr>
          <w:sz w:val="16"/>
          <w:szCs w:val="16"/>
          <w:lang w:val="es-ES"/>
        </w:rPr>
        <w:t xml:space="preserve"> </w:t>
      </w:r>
      <w:r w:rsidRPr="0059027B">
        <w:rPr>
          <w:sz w:val="16"/>
          <w:szCs w:val="16"/>
          <w:lang w:val="es-ES"/>
        </w:rPr>
        <w:br/>
        <w:t xml:space="preserve">139  Bu </w:t>
      </w:r>
      <w:proofErr w:type="spellStart"/>
      <w:r w:rsidRPr="0059027B">
        <w:rPr>
          <w:sz w:val="16"/>
          <w:szCs w:val="16"/>
          <w:lang w:val="es-ES"/>
        </w:rPr>
        <w:t>özel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projeler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Asya-Pasifik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istişarelerinde</w:t>
      </w:r>
      <w:proofErr w:type="spellEnd"/>
      <w:r w:rsidRPr="0059027B">
        <w:rPr>
          <w:sz w:val="16"/>
          <w:szCs w:val="16"/>
          <w:lang w:val="es-ES"/>
        </w:rPr>
        <w:t xml:space="preserve"> </w:t>
      </w:r>
      <w:proofErr w:type="spellStart"/>
      <w:r w:rsidRPr="0059027B">
        <w:rPr>
          <w:sz w:val="16"/>
          <w:szCs w:val="16"/>
          <w:lang w:val="es-ES"/>
        </w:rPr>
        <w:t>bahsedilmiştir</w:t>
      </w:r>
      <w:proofErr w:type="spellEnd"/>
      <w:r w:rsidRPr="0059027B">
        <w:rPr>
          <w:sz w:val="16"/>
          <w:szCs w:val="16"/>
          <w:lang w:val="es-ES"/>
        </w:rPr>
        <w:t xml:space="preserve">. </w:t>
      </w:r>
      <w:proofErr w:type="spellStart"/>
      <w:r w:rsidRPr="0059027B">
        <w:rPr>
          <w:sz w:val="16"/>
          <w:szCs w:val="16"/>
          <w:lang w:val="es-ES"/>
        </w:rPr>
        <w:t>Bkz</w:t>
      </w:r>
      <w:proofErr w:type="spellEnd"/>
      <w:r w:rsidRPr="0059027B">
        <w:rPr>
          <w:sz w:val="16"/>
          <w:szCs w:val="16"/>
          <w:lang w:val="es-ES"/>
        </w:rPr>
        <w:t xml:space="preserve">. </w:t>
      </w:r>
      <w:hyperlink r:id="rId74" w:history="1">
        <w:r w:rsidR="00B669F9" w:rsidRPr="00053A21">
          <w:rPr>
            <w:rStyle w:val="Hyperlink"/>
            <w:sz w:val="16"/>
            <w:szCs w:val="16"/>
            <w:lang w:val="es-ES"/>
          </w:rPr>
          <w:t>https://thailand.iom.int/promise-programme</w:t>
        </w:r>
      </w:hyperlink>
      <w:r w:rsidR="00B669F9">
        <w:rPr>
          <w:sz w:val="16"/>
          <w:szCs w:val="16"/>
          <w:lang w:val="es-ES"/>
        </w:rPr>
        <w:t xml:space="preserve"> </w:t>
      </w:r>
    </w:p>
    <w:p w14:paraId="1C22D45E" w14:textId="11F7048D" w:rsidR="00D859DC" w:rsidRPr="0059027B" w:rsidRDefault="000C7284" w:rsidP="00E63E48">
      <w:pPr>
        <w:spacing w:after="0"/>
        <w:jc w:val="both"/>
        <w:rPr>
          <w:sz w:val="20"/>
          <w:szCs w:val="20"/>
          <w:lang w:val="es-ES"/>
        </w:rPr>
      </w:pPr>
      <w:proofErr w:type="spellStart"/>
      <w:r w:rsidRPr="0059027B">
        <w:rPr>
          <w:sz w:val="20"/>
          <w:szCs w:val="20"/>
          <w:lang w:val="es-ES"/>
        </w:rPr>
        <w:lastRenderedPageBreak/>
        <w:t>Asya-Pasifik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istişaresine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katılan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ev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işçileri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ev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işçilerini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korumak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adil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etik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alım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sistemleri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oluşturma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çabalarına</w:t>
      </w:r>
      <w:proofErr w:type="spellEnd"/>
      <w:r w:rsidRPr="0059027B">
        <w:rPr>
          <w:sz w:val="20"/>
          <w:szCs w:val="20"/>
          <w:lang w:val="es-ES"/>
        </w:rPr>
        <w:t xml:space="preserve"> ve bu </w:t>
      </w:r>
      <w:proofErr w:type="spellStart"/>
      <w:r w:rsidRPr="0059027B">
        <w:rPr>
          <w:sz w:val="20"/>
          <w:szCs w:val="20"/>
          <w:lang w:val="es-ES"/>
        </w:rPr>
        <w:t>sistemlerin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gerekliliğine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dikkat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çekmişler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Ürdün'de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uygulanan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kadınların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savunuculuğunu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içeren</w:t>
      </w:r>
      <w:proofErr w:type="spellEnd"/>
      <w:r w:rsidRPr="0059027B">
        <w:rPr>
          <w:sz w:val="20"/>
          <w:szCs w:val="20"/>
          <w:lang w:val="es-ES"/>
        </w:rPr>
        <w:t xml:space="preserve"> bir </w:t>
      </w:r>
      <w:proofErr w:type="spellStart"/>
      <w:r w:rsidRPr="0059027B">
        <w:rPr>
          <w:sz w:val="20"/>
          <w:szCs w:val="20"/>
          <w:lang w:val="es-ES"/>
        </w:rPr>
        <w:t>sistemi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iyi</w:t>
      </w:r>
      <w:proofErr w:type="spellEnd"/>
      <w:r w:rsidRPr="0059027B">
        <w:rPr>
          <w:sz w:val="20"/>
          <w:szCs w:val="20"/>
          <w:lang w:val="es-ES"/>
        </w:rPr>
        <w:t xml:space="preserve"> bir </w:t>
      </w:r>
      <w:proofErr w:type="spellStart"/>
      <w:r w:rsidRPr="0059027B">
        <w:rPr>
          <w:sz w:val="20"/>
          <w:szCs w:val="20"/>
          <w:lang w:val="es-ES"/>
        </w:rPr>
        <w:t>uygulama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örneği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olarak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göstermişlerdir</w:t>
      </w:r>
      <w:proofErr w:type="spellEnd"/>
      <w:r w:rsidRPr="0059027B">
        <w:rPr>
          <w:sz w:val="20"/>
          <w:szCs w:val="20"/>
          <w:lang w:val="es-ES"/>
        </w:rPr>
        <w:t xml:space="preserve">. Sri </w:t>
      </w:r>
      <w:proofErr w:type="spellStart"/>
      <w:r w:rsidRPr="0059027B">
        <w:rPr>
          <w:sz w:val="20"/>
          <w:szCs w:val="20"/>
          <w:lang w:val="es-ES"/>
        </w:rPr>
        <w:t>Lanka'daki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birçok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ulusal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sağlık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kurumunda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bulunan</w:t>
      </w:r>
      <w:proofErr w:type="spellEnd"/>
      <w:r w:rsidRPr="0059027B">
        <w:rPr>
          <w:sz w:val="20"/>
          <w:szCs w:val="20"/>
          <w:lang w:val="es-ES"/>
        </w:rPr>
        <w:t xml:space="preserve"> "</w:t>
      </w:r>
      <w:proofErr w:type="spellStart"/>
      <w:r w:rsidRPr="0059027B">
        <w:rPr>
          <w:sz w:val="20"/>
          <w:szCs w:val="20"/>
          <w:lang w:val="es-ES"/>
        </w:rPr>
        <w:t>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durak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hizmet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merkezleri</w:t>
      </w:r>
      <w:proofErr w:type="spellEnd"/>
      <w:r w:rsidRPr="0059027B">
        <w:rPr>
          <w:sz w:val="20"/>
          <w:szCs w:val="20"/>
          <w:lang w:val="es-ES"/>
        </w:rPr>
        <w:t xml:space="preserve">", </w:t>
      </w:r>
      <w:proofErr w:type="spellStart"/>
      <w:r w:rsidR="00FA639E" w:rsidRPr="0059027B">
        <w:rPr>
          <w:sz w:val="20"/>
          <w:szCs w:val="20"/>
          <w:lang w:val="es-ES"/>
        </w:rPr>
        <w:t>t</w:t>
      </w:r>
      <w:r w:rsidR="00002983" w:rsidRPr="0059027B">
        <w:rPr>
          <w:sz w:val="20"/>
          <w:szCs w:val="20"/>
          <w:lang w:val="es-ES"/>
        </w:rPr>
        <w:t>op</w:t>
      </w:r>
      <w:r w:rsidR="00FA639E" w:rsidRPr="0059027B">
        <w:rPr>
          <w:sz w:val="20"/>
          <w:szCs w:val="20"/>
          <w:lang w:val="es-ES"/>
        </w:rPr>
        <w:t>lumsal</w:t>
      </w:r>
      <w:proofErr w:type="spellEnd"/>
      <w:r w:rsidR="00FA639E"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cinsiyete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dayalı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şiddet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mağdurlarına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sağlamak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iyi</w:t>
      </w:r>
      <w:proofErr w:type="spellEnd"/>
      <w:r w:rsidRPr="0059027B">
        <w:rPr>
          <w:sz w:val="20"/>
          <w:szCs w:val="20"/>
          <w:lang w:val="es-ES"/>
        </w:rPr>
        <w:t xml:space="preserve"> bir </w:t>
      </w:r>
      <w:proofErr w:type="spellStart"/>
      <w:r w:rsidRPr="0059027B">
        <w:rPr>
          <w:sz w:val="20"/>
          <w:szCs w:val="20"/>
          <w:lang w:val="es-ES"/>
        </w:rPr>
        <w:t>uygulama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örneğidir</w:t>
      </w:r>
      <w:proofErr w:type="spellEnd"/>
      <w:r w:rsidRPr="0059027B">
        <w:rPr>
          <w:sz w:val="20"/>
          <w:szCs w:val="20"/>
          <w:lang w:val="es-ES"/>
        </w:rPr>
        <w:t>.</w:t>
      </w:r>
      <w:r w:rsidR="00FA639E" w:rsidRPr="0059027B">
        <w:rPr>
          <w:sz w:val="20"/>
          <w:szCs w:val="20"/>
          <w:lang w:val="es-ES"/>
        </w:rPr>
        <w:t xml:space="preserve"> (</w:t>
      </w:r>
      <w:r w:rsidRPr="0059027B">
        <w:rPr>
          <w:sz w:val="20"/>
          <w:szCs w:val="20"/>
          <w:lang w:val="es-ES"/>
        </w:rPr>
        <w:t>140</w:t>
      </w:r>
      <w:r w:rsidR="00FA639E" w:rsidRPr="0059027B">
        <w:rPr>
          <w:sz w:val="20"/>
          <w:szCs w:val="20"/>
          <w:lang w:val="es-ES"/>
        </w:rPr>
        <w:t>)</w:t>
      </w:r>
      <w:r w:rsidRPr="0059027B">
        <w:rPr>
          <w:sz w:val="20"/>
          <w:szCs w:val="20"/>
          <w:lang w:val="es-ES"/>
        </w:rPr>
        <w:t xml:space="preserve">  </w:t>
      </w:r>
      <w:proofErr w:type="spellStart"/>
      <w:r w:rsidRPr="0059027B">
        <w:rPr>
          <w:sz w:val="20"/>
          <w:szCs w:val="20"/>
          <w:lang w:val="es-ES"/>
        </w:rPr>
        <w:t>Cinsiyete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dayalı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şiddet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mağdurlarına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yönelik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toplum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temelli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konusunda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umut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verici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modeller</w:t>
      </w:r>
      <w:proofErr w:type="spellEnd"/>
      <w:r w:rsidRPr="0059027B">
        <w:rPr>
          <w:sz w:val="20"/>
          <w:szCs w:val="20"/>
          <w:lang w:val="es-ES"/>
        </w:rPr>
        <w:t xml:space="preserve"> de </w:t>
      </w:r>
      <w:proofErr w:type="spellStart"/>
      <w:r w:rsidRPr="0059027B">
        <w:rPr>
          <w:sz w:val="20"/>
          <w:szCs w:val="20"/>
          <w:lang w:val="es-ES"/>
        </w:rPr>
        <w:t>bulunmaktadır</w:t>
      </w:r>
      <w:proofErr w:type="spellEnd"/>
      <w:r w:rsidRPr="0059027B">
        <w:rPr>
          <w:sz w:val="20"/>
          <w:szCs w:val="20"/>
          <w:lang w:val="es-ES"/>
        </w:rPr>
        <w:t xml:space="preserve">. </w:t>
      </w:r>
      <w:proofErr w:type="spellStart"/>
      <w:r w:rsidRPr="0059027B">
        <w:rPr>
          <w:sz w:val="20"/>
          <w:szCs w:val="20"/>
          <w:lang w:val="es-ES"/>
        </w:rPr>
        <w:t>Örneğin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Uganda'daki</w:t>
      </w:r>
      <w:proofErr w:type="spellEnd"/>
      <w:r w:rsidRPr="0059027B">
        <w:rPr>
          <w:sz w:val="20"/>
          <w:szCs w:val="20"/>
          <w:lang w:val="es-ES"/>
        </w:rPr>
        <w:t xml:space="preserve"> SASA! ve </w:t>
      </w:r>
      <w:proofErr w:type="spellStart"/>
      <w:r w:rsidRPr="0059027B">
        <w:rPr>
          <w:sz w:val="20"/>
          <w:szCs w:val="20"/>
          <w:lang w:val="es-ES"/>
        </w:rPr>
        <w:t>Mozambik'teki</w:t>
      </w:r>
      <w:proofErr w:type="spellEnd"/>
      <w:r w:rsidRPr="0059027B">
        <w:rPr>
          <w:sz w:val="20"/>
          <w:szCs w:val="20"/>
          <w:lang w:val="es-ES"/>
        </w:rPr>
        <w:t xml:space="preserve"> Oxfam </w:t>
      </w:r>
      <w:proofErr w:type="spellStart"/>
      <w:r w:rsidRPr="0059027B">
        <w:rPr>
          <w:sz w:val="20"/>
          <w:szCs w:val="20"/>
          <w:lang w:val="es-ES"/>
        </w:rPr>
        <w:t>Novib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programı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toplum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aktivistleriyle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birlikte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çalışarak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="00366937" w:rsidRPr="0059027B">
        <w:rPr>
          <w:sz w:val="20"/>
          <w:szCs w:val="20"/>
          <w:lang w:val="tr-TR"/>
        </w:rPr>
        <w:t xml:space="preserve">toplumsal </w:t>
      </w:r>
      <w:proofErr w:type="spellStart"/>
      <w:r w:rsidRPr="0059027B">
        <w:rPr>
          <w:sz w:val="20"/>
          <w:szCs w:val="20"/>
          <w:lang w:val="es-ES"/>
        </w:rPr>
        <w:t>cinsiyet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eşitsizliği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şiddet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konusunda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kültürel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açıdan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uygun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farkındalık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çalışmaları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yürütmekte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="007920CB" w:rsidRPr="0059027B">
        <w:rPr>
          <w:sz w:val="20"/>
          <w:szCs w:val="20"/>
          <w:lang w:val="es-ES"/>
        </w:rPr>
        <w:t>toplumsal</w:t>
      </w:r>
      <w:proofErr w:type="spellEnd"/>
      <w:r w:rsidR="00326D09"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cinsiyet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stereotiplerine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karşı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çıkmakta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="00326D09" w:rsidRPr="0059027B">
        <w:rPr>
          <w:sz w:val="20"/>
          <w:szCs w:val="20"/>
          <w:lang w:val="es-ES"/>
        </w:rPr>
        <w:t>toplumsal</w:t>
      </w:r>
      <w:proofErr w:type="spellEnd"/>
      <w:r w:rsidR="00326D09" w:rsidRPr="0059027B">
        <w:rPr>
          <w:sz w:val="20"/>
          <w:szCs w:val="20"/>
          <w:lang w:val="es-ES"/>
        </w:rPr>
        <w:t xml:space="preserve"> (</w:t>
      </w:r>
      <w:proofErr w:type="spellStart"/>
      <w:r w:rsidRPr="0059027B">
        <w:rPr>
          <w:sz w:val="20"/>
          <w:szCs w:val="20"/>
          <w:lang w:val="es-ES"/>
        </w:rPr>
        <w:t>cinsiyet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rollerini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dönüştürmektedir</w:t>
      </w:r>
      <w:proofErr w:type="spellEnd"/>
      <w:r w:rsidRPr="0059027B">
        <w:rPr>
          <w:sz w:val="20"/>
          <w:szCs w:val="20"/>
          <w:lang w:val="es-ES"/>
        </w:rPr>
        <w:t>.</w:t>
      </w:r>
      <w:r w:rsidR="00BF0BAD" w:rsidRPr="0059027B">
        <w:rPr>
          <w:sz w:val="20"/>
          <w:szCs w:val="20"/>
          <w:lang w:val="es-ES"/>
        </w:rPr>
        <w:t xml:space="preserve"> (</w:t>
      </w:r>
      <w:r w:rsidRPr="0059027B">
        <w:rPr>
          <w:sz w:val="20"/>
          <w:szCs w:val="20"/>
          <w:lang w:val="es-ES"/>
        </w:rPr>
        <w:t>141</w:t>
      </w:r>
      <w:r w:rsidR="00326D09" w:rsidRPr="0059027B">
        <w:rPr>
          <w:sz w:val="20"/>
          <w:szCs w:val="20"/>
          <w:lang w:val="es-ES"/>
        </w:rPr>
        <w:t>)</w:t>
      </w:r>
      <w:r w:rsidRPr="0059027B">
        <w:rPr>
          <w:sz w:val="20"/>
          <w:szCs w:val="20"/>
          <w:lang w:val="es-ES"/>
        </w:rPr>
        <w:t xml:space="preserve">  </w:t>
      </w:r>
      <w:proofErr w:type="spellStart"/>
      <w:r w:rsidRPr="0059027B">
        <w:rPr>
          <w:sz w:val="20"/>
          <w:szCs w:val="20"/>
          <w:lang w:val="es-ES"/>
        </w:rPr>
        <w:t>Uluslararası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hukukta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merkeze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almayı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amaçlayan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feminist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hukuk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çalışmaları</w:t>
      </w:r>
      <w:proofErr w:type="spellEnd"/>
      <w:r w:rsidRPr="0059027B">
        <w:rPr>
          <w:sz w:val="20"/>
          <w:szCs w:val="20"/>
          <w:lang w:val="es-ES"/>
        </w:rPr>
        <w:t xml:space="preserve"> da, </w:t>
      </w:r>
      <w:proofErr w:type="spellStart"/>
      <w:r w:rsidRPr="0059027B">
        <w:rPr>
          <w:sz w:val="20"/>
          <w:szCs w:val="20"/>
          <w:lang w:val="es-ES"/>
        </w:rPr>
        <w:t>öz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kolektif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arasındaki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bağlantıları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araştıran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umut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verici</w:t>
      </w:r>
      <w:proofErr w:type="spellEnd"/>
      <w:r w:rsidRPr="0059027B">
        <w:rPr>
          <w:sz w:val="20"/>
          <w:szCs w:val="20"/>
          <w:lang w:val="es-ES"/>
        </w:rPr>
        <w:t xml:space="preserve"> bir </w:t>
      </w:r>
      <w:proofErr w:type="spellStart"/>
      <w:r w:rsidRPr="0059027B">
        <w:rPr>
          <w:sz w:val="20"/>
          <w:szCs w:val="20"/>
          <w:lang w:val="es-ES"/>
        </w:rPr>
        <w:t>girişimdir</w:t>
      </w:r>
      <w:proofErr w:type="spellEnd"/>
      <w:r w:rsidRPr="0059027B">
        <w:rPr>
          <w:sz w:val="20"/>
          <w:szCs w:val="20"/>
          <w:lang w:val="es-ES"/>
        </w:rPr>
        <w:t>. (142)</w:t>
      </w:r>
    </w:p>
    <w:p w14:paraId="7066E684" w14:textId="24CE5F18" w:rsidR="00D859DC" w:rsidRPr="00D859DC" w:rsidRDefault="000C7284" w:rsidP="00D11A8D">
      <w:pPr>
        <w:spacing w:after="0"/>
        <w:rPr>
          <w:lang w:val="es-ES"/>
        </w:rPr>
      </w:pPr>
      <w:r w:rsidRPr="003B2022">
        <w:rPr>
          <w:lang w:val="es-ES"/>
        </w:rPr>
        <w:br/>
      </w:r>
      <w:r w:rsidRPr="003B2022">
        <w:rPr>
          <w:b/>
          <w:bCs/>
          <w:lang w:val="es-ES"/>
        </w:rPr>
        <w:t>VIII.</w:t>
      </w:r>
      <w:r w:rsidR="00FE5A87">
        <w:rPr>
          <w:b/>
          <w:bCs/>
          <w:lang w:val="es-ES"/>
        </w:rPr>
        <w:t xml:space="preserve"> </w:t>
      </w:r>
      <w:proofErr w:type="spellStart"/>
      <w:r w:rsidRPr="003B2022">
        <w:rPr>
          <w:b/>
          <w:bCs/>
          <w:lang w:val="es-ES"/>
        </w:rPr>
        <w:t>Sonuçlar</w:t>
      </w:r>
      <w:proofErr w:type="spellEnd"/>
      <w:r w:rsidRPr="003B2022">
        <w:rPr>
          <w:b/>
          <w:bCs/>
          <w:lang w:val="es-ES"/>
        </w:rPr>
        <w:t xml:space="preserve"> ve </w:t>
      </w:r>
      <w:proofErr w:type="spellStart"/>
      <w:r w:rsidRPr="003B2022">
        <w:rPr>
          <w:b/>
          <w:bCs/>
          <w:lang w:val="es-ES"/>
        </w:rPr>
        <w:t>öneriler</w:t>
      </w:r>
      <w:proofErr w:type="spellEnd"/>
    </w:p>
    <w:p w14:paraId="5FB2E095" w14:textId="77777777" w:rsidR="00D11A8D" w:rsidRPr="0059027B" w:rsidRDefault="000C7284" w:rsidP="00D11A8D">
      <w:pPr>
        <w:spacing w:after="0"/>
        <w:rPr>
          <w:b/>
          <w:bCs/>
          <w:sz w:val="20"/>
          <w:szCs w:val="20"/>
          <w:lang w:val="es-ES"/>
        </w:rPr>
      </w:pPr>
      <w:r w:rsidRPr="0059027B">
        <w:rPr>
          <w:b/>
          <w:bCs/>
          <w:sz w:val="20"/>
          <w:szCs w:val="20"/>
          <w:lang w:val="es-ES"/>
        </w:rPr>
        <w:br/>
        <w:t>A.</w:t>
      </w:r>
      <w:r w:rsidR="00FE5A87" w:rsidRPr="0059027B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9027B">
        <w:rPr>
          <w:b/>
          <w:bCs/>
          <w:sz w:val="20"/>
          <w:szCs w:val="20"/>
          <w:lang w:val="es-ES"/>
        </w:rPr>
        <w:t>Sonuç</w:t>
      </w:r>
      <w:proofErr w:type="spellEnd"/>
    </w:p>
    <w:p w14:paraId="3F22DFFC" w14:textId="77777777" w:rsidR="00D11A8D" w:rsidRPr="0059027B" w:rsidRDefault="000C7284" w:rsidP="00E63E48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3B2022">
        <w:rPr>
          <w:b/>
          <w:bCs/>
          <w:lang w:val="es-ES"/>
        </w:rPr>
        <w:br/>
      </w:r>
      <w:r w:rsidRPr="0059027B">
        <w:rPr>
          <w:sz w:val="20"/>
          <w:szCs w:val="20"/>
          <w:lang w:val="es-ES"/>
        </w:rPr>
        <w:t xml:space="preserve">43.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sistemlerinin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dönüştürülmesi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kadınlara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çocuklarına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yönelik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ayrımcılığın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ortadan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kaldırılması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gerçek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anlamda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="00782FF1" w:rsidRPr="0059027B">
        <w:rPr>
          <w:sz w:val="20"/>
          <w:szCs w:val="20"/>
          <w:lang w:val="es-ES"/>
        </w:rPr>
        <w:t>toplumsal</w:t>
      </w:r>
      <w:proofErr w:type="spellEnd"/>
      <w:r w:rsidR="00782FF1"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cinsiyet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eşitliğinin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sağlanması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gereklidir</w:t>
      </w:r>
      <w:proofErr w:type="spellEnd"/>
      <w:r w:rsidRPr="0059027B">
        <w:rPr>
          <w:sz w:val="20"/>
          <w:szCs w:val="20"/>
          <w:lang w:val="es-ES"/>
        </w:rPr>
        <w:t xml:space="preserve">. </w:t>
      </w:r>
      <w:proofErr w:type="spellStart"/>
      <w:r w:rsidRPr="0059027B">
        <w:rPr>
          <w:sz w:val="20"/>
          <w:szCs w:val="20"/>
          <w:lang w:val="es-ES"/>
        </w:rPr>
        <w:t>Mevcut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politikaları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yetersizdir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hizmetler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genellikle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erişilemez</w:t>
      </w:r>
      <w:proofErr w:type="spellEnd"/>
      <w:r w:rsidRPr="0059027B">
        <w:rPr>
          <w:sz w:val="20"/>
          <w:szCs w:val="20"/>
          <w:lang w:val="es-ES"/>
        </w:rPr>
        <w:t xml:space="preserve"> ve/</w:t>
      </w:r>
      <w:proofErr w:type="spellStart"/>
      <w:r w:rsidRPr="0059027B">
        <w:rPr>
          <w:sz w:val="20"/>
          <w:szCs w:val="20"/>
          <w:lang w:val="es-ES"/>
        </w:rPr>
        <w:t>veya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pahalıdır</w:t>
      </w:r>
      <w:proofErr w:type="spellEnd"/>
      <w:r w:rsidRPr="0059027B">
        <w:rPr>
          <w:sz w:val="20"/>
          <w:szCs w:val="20"/>
          <w:lang w:val="es-ES"/>
        </w:rPr>
        <w:t xml:space="preserve">, bu da </w:t>
      </w:r>
      <w:proofErr w:type="spellStart"/>
      <w:r w:rsidRPr="0059027B">
        <w:rPr>
          <w:sz w:val="20"/>
          <w:szCs w:val="20"/>
          <w:lang w:val="es-ES"/>
        </w:rPr>
        <w:t>birçok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çocuğunun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temel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insan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haklarından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yararlanmasını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engellemektedir</w:t>
      </w:r>
      <w:proofErr w:type="spellEnd"/>
      <w:r w:rsidRPr="0059027B">
        <w:rPr>
          <w:sz w:val="20"/>
          <w:szCs w:val="20"/>
          <w:lang w:val="es-ES"/>
        </w:rPr>
        <w:t xml:space="preserve">. Bu </w:t>
      </w:r>
      <w:proofErr w:type="spellStart"/>
      <w:r w:rsidRPr="0059027B">
        <w:rPr>
          <w:sz w:val="20"/>
          <w:szCs w:val="20"/>
          <w:lang w:val="es-ES"/>
        </w:rPr>
        <w:t>yapısal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eksiklik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süregelen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yoksulluk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derinleşen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eşitsizlik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silahlı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çatışmalar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militarizasyon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tekrarlayan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ekonomik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ekolojik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sağlık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krizleri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ortamında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evrensel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sosyal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koruma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yardımın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bulunmamasından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kaynaklanmaktadır</w:t>
      </w:r>
      <w:proofErr w:type="spellEnd"/>
      <w:r w:rsidRPr="0059027B">
        <w:rPr>
          <w:sz w:val="20"/>
          <w:szCs w:val="20"/>
          <w:lang w:val="es-ES"/>
        </w:rPr>
        <w:t xml:space="preserve">. Bu </w:t>
      </w:r>
      <w:proofErr w:type="spellStart"/>
      <w:r w:rsidRPr="0059027B">
        <w:rPr>
          <w:sz w:val="20"/>
          <w:szCs w:val="20"/>
          <w:lang w:val="es-ES"/>
        </w:rPr>
        <w:t>başarısızlıkların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sonuçları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herkesi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etkilese</w:t>
      </w:r>
      <w:proofErr w:type="spellEnd"/>
      <w:r w:rsidRPr="0059027B">
        <w:rPr>
          <w:sz w:val="20"/>
          <w:szCs w:val="20"/>
          <w:lang w:val="es-ES"/>
        </w:rPr>
        <w:t xml:space="preserve"> de, </w:t>
      </w:r>
      <w:proofErr w:type="spellStart"/>
      <w:r w:rsidRPr="0059027B">
        <w:rPr>
          <w:sz w:val="20"/>
          <w:szCs w:val="20"/>
          <w:lang w:val="es-ES"/>
        </w:rPr>
        <w:t>küresel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olarak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tüm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ücretsiz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hizmetlerinin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dörtte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üçünü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sağlayan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kadınlar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çocukları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hizmetlerindeki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eksiklikten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orantısız</w:t>
      </w:r>
      <w:proofErr w:type="spellEnd"/>
      <w:r w:rsidRPr="0059027B">
        <w:rPr>
          <w:sz w:val="20"/>
          <w:szCs w:val="20"/>
          <w:lang w:val="es-ES"/>
        </w:rPr>
        <w:t xml:space="preserve"> bir </w:t>
      </w:r>
      <w:proofErr w:type="spellStart"/>
      <w:r w:rsidRPr="0059027B">
        <w:rPr>
          <w:sz w:val="20"/>
          <w:szCs w:val="20"/>
          <w:lang w:val="es-ES"/>
        </w:rPr>
        <w:t>şekilde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etkilenmektedir</w:t>
      </w:r>
      <w:proofErr w:type="spellEnd"/>
      <w:r w:rsidRPr="0059027B">
        <w:rPr>
          <w:sz w:val="20"/>
          <w:szCs w:val="20"/>
          <w:lang w:val="es-ES"/>
        </w:rPr>
        <w:t>.</w:t>
      </w:r>
    </w:p>
    <w:p w14:paraId="073FC777" w14:textId="070E0001" w:rsidR="00FE5A87" w:rsidRPr="0059027B" w:rsidRDefault="000C7284" w:rsidP="0059027B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59027B">
        <w:rPr>
          <w:sz w:val="20"/>
          <w:szCs w:val="20"/>
          <w:lang w:val="es-ES"/>
        </w:rPr>
        <w:br/>
        <w:t xml:space="preserve">44. </w:t>
      </w:r>
      <w:proofErr w:type="spellStart"/>
      <w:r w:rsidRPr="0059027B">
        <w:rPr>
          <w:sz w:val="20"/>
          <w:szCs w:val="20"/>
          <w:lang w:val="es-ES"/>
        </w:rPr>
        <w:t>Yaşlanan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nüfus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yoğunlaşan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cinsiyetçi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tepki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doğum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yanlısı</w:t>
      </w:r>
      <w:proofErr w:type="spellEnd"/>
      <w:r w:rsidRPr="0059027B">
        <w:rPr>
          <w:sz w:val="20"/>
          <w:szCs w:val="20"/>
          <w:lang w:val="es-ES"/>
        </w:rPr>
        <w:t xml:space="preserve"> ve "</w:t>
      </w:r>
      <w:proofErr w:type="spellStart"/>
      <w:r w:rsidRPr="0059027B">
        <w:rPr>
          <w:sz w:val="20"/>
          <w:szCs w:val="20"/>
          <w:lang w:val="es-ES"/>
        </w:rPr>
        <w:t>aile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odaklı</w:t>
      </w:r>
      <w:proofErr w:type="spellEnd"/>
      <w:r w:rsidRPr="0059027B">
        <w:rPr>
          <w:sz w:val="20"/>
          <w:szCs w:val="20"/>
          <w:lang w:val="es-ES"/>
        </w:rPr>
        <w:t xml:space="preserve">"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politikaların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yeniden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ortaya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çıkması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gibi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yeni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demografik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siyasi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eğilimler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ücretsiz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desteğin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eşitsiz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dağılımını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kadınlar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çocukları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özellikle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yoksulluk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marjinalleşme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yaşayanlar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engelli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kadınlar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çocukları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yaşlı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kadınlar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kırsal</w:t>
      </w:r>
      <w:proofErr w:type="spellEnd"/>
      <w:r w:rsidR="00EA009E" w:rsidRPr="0059027B">
        <w:rPr>
          <w:sz w:val="20"/>
          <w:szCs w:val="20"/>
          <w:lang w:val="es-ES"/>
        </w:rPr>
        <w:t xml:space="preserve"> </w:t>
      </w:r>
      <w:proofErr w:type="spellStart"/>
      <w:r w:rsidR="00D068D9" w:rsidRPr="0059027B">
        <w:rPr>
          <w:sz w:val="20"/>
          <w:szCs w:val="20"/>
          <w:lang w:val="es-ES"/>
        </w:rPr>
        <w:t>bölgelerden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azınlık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="00D068D9" w:rsidRPr="0059027B">
        <w:rPr>
          <w:sz w:val="20"/>
          <w:szCs w:val="20"/>
          <w:lang w:val="es-ES"/>
        </w:rPr>
        <w:t>gruplarından</w:t>
      </w:r>
      <w:r w:rsidRPr="0059027B">
        <w:rPr>
          <w:sz w:val="20"/>
          <w:szCs w:val="20"/>
          <w:lang w:val="es-ES"/>
        </w:rPr>
        <w:t>kadınlar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kız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çocukları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ev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işçileri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insan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hakları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ihlallerini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daha</w:t>
      </w:r>
      <w:proofErr w:type="spellEnd"/>
      <w:r w:rsidRPr="0059027B">
        <w:rPr>
          <w:sz w:val="20"/>
          <w:szCs w:val="20"/>
          <w:lang w:val="es-ES"/>
        </w:rPr>
        <w:t xml:space="preserve"> da </w:t>
      </w:r>
      <w:proofErr w:type="spellStart"/>
      <w:r w:rsidRPr="0059027B">
        <w:rPr>
          <w:sz w:val="20"/>
          <w:szCs w:val="20"/>
          <w:lang w:val="es-ES"/>
        </w:rPr>
        <w:t>artıracak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gibi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görünüyor</w:t>
      </w:r>
      <w:proofErr w:type="spellEnd"/>
      <w:r w:rsidRPr="0059027B">
        <w:rPr>
          <w:sz w:val="20"/>
          <w:szCs w:val="20"/>
          <w:lang w:val="es-ES"/>
        </w:rPr>
        <w:t>.</w:t>
      </w:r>
    </w:p>
    <w:p w14:paraId="70BC122C" w14:textId="36FF9D3C" w:rsidR="00A664A2" w:rsidRPr="0059027B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9027B">
        <w:rPr>
          <w:sz w:val="20"/>
          <w:szCs w:val="20"/>
          <w:lang w:val="es-ES"/>
        </w:rPr>
        <w:br/>
        <w:t xml:space="preserve">45. </w:t>
      </w:r>
      <w:proofErr w:type="spellStart"/>
      <w:r w:rsidRPr="0059027B">
        <w:rPr>
          <w:sz w:val="20"/>
          <w:szCs w:val="20"/>
          <w:lang w:val="es-ES"/>
        </w:rPr>
        <w:t>Sömürge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mirası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şiddet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ırk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renk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cinsiyet</w:t>
      </w:r>
      <w:proofErr w:type="spellEnd"/>
      <w:r w:rsidRPr="0059027B">
        <w:rPr>
          <w:sz w:val="20"/>
          <w:szCs w:val="20"/>
          <w:lang w:val="es-ES"/>
        </w:rPr>
        <w:t xml:space="preserve">, soy ve </w:t>
      </w:r>
      <w:proofErr w:type="spellStart"/>
      <w:r w:rsidRPr="0059027B">
        <w:rPr>
          <w:sz w:val="20"/>
          <w:szCs w:val="20"/>
          <w:lang w:val="es-ES"/>
        </w:rPr>
        <w:t>ulusal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veya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etnik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köken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temelinde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ayrımcılıkla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birlikte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yapısal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eksikliğini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daha</w:t>
      </w:r>
      <w:proofErr w:type="spellEnd"/>
      <w:r w:rsidRPr="0059027B">
        <w:rPr>
          <w:sz w:val="20"/>
          <w:szCs w:val="20"/>
          <w:lang w:val="es-ES"/>
        </w:rPr>
        <w:t xml:space="preserve"> da </w:t>
      </w:r>
      <w:proofErr w:type="spellStart"/>
      <w:r w:rsidRPr="0059027B">
        <w:rPr>
          <w:sz w:val="20"/>
          <w:szCs w:val="20"/>
          <w:lang w:val="es-ES"/>
        </w:rPr>
        <w:t>ağırlaştırmaya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devam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etmektedir</w:t>
      </w:r>
      <w:proofErr w:type="spellEnd"/>
      <w:r w:rsidRPr="0059027B">
        <w:rPr>
          <w:sz w:val="20"/>
          <w:szCs w:val="20"/>
          <w:lang w:val="es-ES"/>
        </w:rPr>
        <w:t xml:space="preserve">. Bu </w:t>
      </w:r>
      <w:proofErr w:type="spellStart"/>
      <w:r w:rsidRPr="0059027B">
        <w:rPr>
          <w:sz w:val="20"/>
          <w:szCs w:val="20"/>
          <w:lang w:val="es-ES"/>
        </w:rPr>
        <w:t>faktörler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göçmen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kadınların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emeği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ile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sürdürülen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küresel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zincirlerini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şekillendirmektedir</w:t>
      </w:r>
      <w:proofErr w:type="spellEnd"/>
      <w:r w:rsidRPr="0059027B">
        <w:rPr>
          <w:sz w:val="20"/>
          <w:szCs w:val="20"/>
          <w:lang w:val="es-ES"/>
        </w:rPr>
        <w:t xml:space="preserve">. </w:t>
      </w:r>
      <w:proofErr w:type="spellStart"/>
      <w:r w:rsidRPr="0059027B">
        <w:rPr>
          <w:sz w:val="20"/>
          <w:szCs w:val="20"/>
          <w:lang w:val="es-ES"/>
        </w:rPr>
        <w:t>Herkes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işe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yarayan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bakım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destek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sistemleri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oluşturmak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için</w:t>
      </w:r>
      <w:proofErr w:type="spellEnd"/>
      <w:r w:rsidRPr="0059027B">
        <w:rPr>
          <w:sz w:val="20"/>
          <w:szCs w:val="20"/>
          <w:lang w:val="es-ES"/>
        </w:rPr>
        <w:t xml:space="preserve">, bu </w:t>
      </w:r>
      <w:proofErr w:type="spellStart"/>
      <w:r w:rsidRPr="0059027B">
        <w:rPr>
          <w:sz w:val="20"/>
          <w:szCs w:val="20"/>
          <w:lang w:val="es-ES"/>
        </w:rPr>
        <w:t>tarihsel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yapısal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adaletsizlikler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proofErr w:type="spellStart"/>
      <w:r w:rsidRPr="0059027B">
        <w:rPr>
          <w:sz w:val="20"/>
          <w:szCs w:val="20"/>
          <w:lang w:val="es-ES"/>
        </w:rPr>
        <w:t>eşitsizlikler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uygun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çözümler</w:t>
      </w:r>
      <w:proofErr w:type="spellEnd"/>
      <w:r w:rsidRPr="0059027B">
        <w:rPr>
          <w:sz w:val="20"/>
          <w:szCs w:val="20"/>
          <w:lang w:val="es-ES"/>
        </w:rPr>
        <w:t xml:space="preserve"> ve </w:t>
      </w:r>
      <w:r w:rsidRPr="0059027B">
        <w:rPr>
          <w:sz w:val="20"/>
          <w:szCs w:val="20"/>
          <w:lang w:val="es-ES"/>
        </w:rPr>
        <w:br/>
      </w:r>
      <w:proofErr w:type="spellStart"/>
      <w:r w:rsidRPr="0059027B">
        <w:rPr>
          <w:sz w:val="20"/>
          <w:szCs w:val="20"/>
          <w:lang w:val="es-ES"/>
        </w:rPr>
        <w:t>tazminatlar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yoluyla</w:t>
      </w:r>
      <w:proofErr w:type="spellEnd"/>
      <w:r w:rsidRPr="0059027B">
        <w:rPr>
          <w:sz w:val="20"/>
          <w:szCs w:val="20"/>
          <w:lang w:val="es-ES"/>
        </w:rPr>
        <w:t xml:space="preserve"> ele </w:t>
      </w:r>
      <w:proofErr w:type="spellStart"/>
      <w:r w:rsidRPr="0059027B">
        <w:rPr>
          <w:sz w:val="20"/>
          <w:szCs w:val="20"/>
          <w:lang w:val="es-ES"/>
        </w:rPr>
        <w:t>alınmalıdır</w:t>
      </w:r>
      <w:proofErr w:type="spellEnd"/>
      <w:r w:rsidRPr="0059027B">
        <w:rPr>
          <w:sz w:val="20"/>
          <w:szCs w:val="20"/>
          <w:lang w:val="es-ES"/>
        </w:rPr>
        <w:t xml:space="preserve">. </w:t>
      </w:r>
      <w:proofErr w:type="spellStart"/>
      <w:r w:rsidRPr="0059027B">
        <w:rPr>
          <w:sz w:val="20"/>
          <w:szCs w:val="20"/>
          <w:lang w:val="es-ES"/>
        </w:rPr>
        <w:t>Mevcut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sömürücü</w:t>
      </w:r>
      <w:proofErr w:type="spellEnd"/>
      <w:r w:rsidRPr="0059027B">
        <w:rPr>
          <w:sz w:val="20"/>
          <w:szCs w:val="20"/>
          <w:lang w:val="es-ES"/>
        </w:rPr>
        <w:t xml:space="preserve">, </w:t>
      </w:r>
      <w:proofErr w:type="spellStart"/>
      <w:r w:rsidRPr="0059027B">
        <w:rPr>
          <w:sz w:val="20"/>
          <w:szCs w:val="20"/>
          <w:lang w:val="es-ES"/>
        </w:rPr>
        <w:t>kâr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odaklı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ekonomik</w:t>
      </w:r>
      <w:proofErr w:type="spellEnd"/>
      <w:r w:rsidRPr="0059027B">
        <w:rPr>
          <w:sz w:val="20"/>
          <w:szCs w:val="20"/>
          <w:lang w:val="es-ES"/>
        </w:rPr>
        <w:t xml:space="preserve"> </w:t>
      </w:r>
      <w:proofErr w:type="spellStart"/>
      <w:r w:rsidRPr="0059027B">
        <w:rPr>
          <w:sz w:val="20"/>
          <w:szCs w:val="20"/>
          <w:lang w:val="es-ES"/>
        </w:rPr>
        <w:t>sistem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dönüştürülmeli</w:t>
      </w:r>
      <w:proofErr w:type="spellEnd"/>
      <w:r w:rsidR="00B425BC" w:rsidRPr="0059027B">
        <w:rPr>
          <w:sz w:val="20"/>
          <w:szCs w:val="20"/>
          <w:lang w:val="es-ES"/>
        </w:rPr>
        <w:t xml:space="preserve"> ve </w:t>
      </w:r>
      <w:proofErr w:type="spellStart"/>
      <w:r w:rsidR="00B425BC" w:rsidRPr="0059027B">
        <w:rPr>
          <w:sz w:val="20"/>
          <w:szCs w:val="20"/>
          <w:lang w:val="es-ES"/>
        </w:rPr>
        <w:t>insanlara</w:t>
      </w:r>
      <w:proofErr w:type="spellEnd"/>
      <w:r w:rsidR="00B425BC" w:rsidRPr="0059027B">
        <w:rPr>
          <w:sz w:val="20"/>
          <w:szCs w:val="20"/>
          <w:lang w:val="es-ES"/>
        </w:rPr>
        <w:t xml:space="preserve"> ve </w:t>
      </w:r>
      <w:proofErr w:type="spellStart"/>
      <w:r w:rsidR="00B425BC" w:rsidRPr="0059027B">
        <w:rPr>
          <w:sz w:val="20"/>
          <w:szCs w:val="20"/>
          <w:lang w:val="es-ES"/>
        </w:rPr>
        <w:t>gezegene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özen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göstermeye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odaklanan</w:t>
      </w:r>
      <w:proofErr w:type="spellEnd"/>
      <w:r w:rsidR="00B425BC" w:rsidRPr="0059027B">
        <w:rPr>
          <w:sz w:val="20"/>
          <w:szCs w:val="20"/>
          <w:lang w:val="es-ES"/>
        </w:rPr>
        <w:t xml:space="preserve"> bir </w:t>
      </w:r>
      <w:proofErr w:type="spellStart"/>
      <w:r w:rsidR="00B425BC" w:rsidRPr="0059027B">
        <w:rPr>
          <w:sz w:val="20"/>
          <w:szCs w:val="20"/>
          <w:lang w:val="es-ES"/>
        </w:rPr>
        <w:t>sosyal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siste</w:t>
      </w:r>
      <w:r w:rsidR="00A904CA" w:rsidRPr="0059027B">
        <w:rPr>
          <w:sz w:val="20"/>
          <w:szCs w:val="20"/>
          <w:lang w:val="es-ES"/>
        </w:rPr>
        <w:t>m</w:t>
      </w:r>
      <w:proofErr w:type="spellEnd"/>
      <w:r w:rsidR="00A904CA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teşvik</w:t>
      </w:r>
      <w:proofErr w:type="spellEnd"/>
      <w:r w:rsidR="00B425BC" w:rsidRPr="0059027B">
        <w:rPr>
          <w:sz w:val="20"/>
          <w:szCs w:val="20"/>
          <w:lang w:val="es-ES"/>
        </w:rPr>
        <w:t xml:space="preserve"> </w:t>
      </w:r>
      <w:proofErr w:type="spellStart"/>
      <w:r w:rsidR="00B425BC" w:rsidRPr="0059027B">
        <w:rPr>
          <w:sz w:val="20"/>
          <w:szCs w:val="20"/>
          <w:lang w:val="es-ES"/>
        </w:rPr>
        <w:t>edilmelidir</w:t>
      </w:r>
      <w:proofErr w:type="spellEnd"/>
      <w:r w:rsidR="00B425BC" w:rsidRPr="0059027B">
        <w:rPr>
          <w:sz w:val="20"/>
          <w:szCs w:val="20"/>
          <w:lang w:val="es-ES"/>
        </w:rPr>
        <w:t>.</w:t>
      </w:r>
    </w:p>
    <w:p w14:paraId="4451DBF7" w14:textId="011A766C" w:rsidR="005347F2" w:rsidRPr="00CF3F7F" w:rsidRDefault="00E63E48" w:rsidP="00CF3F7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color w:val="000000"/>
          <w:sz w:val="16"/>
          <w:szCs w:val="16"/>
        </w:rPr>
      </w:pPr>
      <w:r>
        <w:rPr>
          <w:sz w:val="20"/>
          <w:szCs w:val="20"/>
        </w:rPr>
        <w:t>_______________</w:t>
      </w:r>
      <w:r w:rsidR="000C7284" w:rsidRPr="0059027B">
        <w:rPr>
          <w:sz w:val="16"/>
          <w:szCs w:val="16"/>
          <w:lang w:val="es-ES"/>
        </w:rPr>
        <w:br/>
        <w:t xml:space="preserve">140  </w:t>
      </w:r>
      <w:r w:rsidR="001A5296" w:rsidRPr="001D79F5">
        <w:rPr>
          <w:rFonts w:ascii="Cambria" w:hAnsi="Cambria"/>
          <w:sz w:val="16"/>
          <w:szCs w:val="16"/>
          <w:lang w:val="es-ES"/>
        </w:rPr>
        <w:t xml:space="preserve">Sri Lanka </w:t>
      </w:r>
      <w:proofErr w:type="spellStart"/>
      <w:r w:rsidR="000C7284" w:rsidRPr="001D79F5">
        <w:rPr>
          <w:rFonts w:ascii="Cambria" w:hAnsi="Cambria"/>
          <w:sz w:val="16"/>
          <w:szCs w:val="16"/>
          <w:lang w:val="es-ES"/>
        </w:rPr>
        <w:t>Kadın</w:t>
      </w:r>
      <w:proofErr w:type="spellEnd"/>
      <w:r w:rsidR="000C7284" w:rsidRPr="001D79F5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="000C7284" w:rsidRPr="001D79F5">
        <w:rPr>
          <w:rFonts w:ascii="Cambria" w:hAnsi="Cambria"/>
          <w:sz w:val="16"/>
          <w:szCs w:val="16"/>
          <w:lang w:val="es-ES"/>
        </w:rPr>
        <w:t>Eylem</w:t>
      </w:r>
      <w:proofErr w:type="spellEnd"/>
      <w:r w:rsidR="000C7284" w:rsidRPr="001D79F5">
        <w:rPr>
          <w:rFonts w:ascii="Cambria" w:hAnsi="Cambria"/>
          <w:sz w:val="16"/>
          <w:szCs w:val="16"/>
          <w:lang w:val="es-ES"/>
        </w:rPr>
        <w:t xml:space="preserve"> </w:t>
      </w:r>
      <w:proofErr w:type="spellStart"/>
      <w:r w:rsidR="000C7284" w:rsidRPr="001D79F5">
        <w:rPr>
          <w:rFonts w:ascii="Cambria" w:hAnsi="Cambria"/>
          <w:sz w:val="16"/>
          <w:szCs w:val="16"/>
          <w:lang w:val="es-ES"/>
        </w:rPr>
        <w:t>Ağı'nın</w:t>
      </w:r>
      <w:proofErr w:type="spellEnd"/>
      <w:r w:rsidR="000C7284" w:rsidRPr="001D79F5">
        <w:rPr>
          <w:rFonts w:ascii="Cambria" w:hAnsi="Cambria"/>
          <w:sz w:val="16"/>
          <w:szCs w:val="16"/>
          <w:lang w:val="es-ES"/>
        </w:rPr>
        <w:t xml:space="preserve"> </w:t>
      </w:r>
      <w:r w:rsidR="001D79F5" w:rsidRPr="001D79F5">
        <w:rPr>
          <w:rFonts w:ascii="Cambria" w:hAnsi="Cambria"/>
          <w:sz w:val="16"/>
          <w:szCs w:val="16"/>
          <w:lang w:val="es-ES"/>
        </w:rPr>
        <w:t>(</w:t>
      </w:r>
      <w:r w:rsidR="001D79F5" w:rsidRPr="001D79F5">
        <w:rPr>
          <w:rFonts w:ascii="Cambria" w:hAnsi="Cambria" w:cs="Times New Roman"/>
          <w:color w:val="000000"/>
          <w:sz w:val="16"/>
          <w:szCs w:val="16"/>
        </w:rPr>
        <w:t>Women’s Action Network)</w:t>
      </w:r>
      <w:r w:rsidR="001D79F5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yazılı</w:t>
      </w:r>
      <w:proofErr w:type="spellEnd"/>
      <w:r w:rsidR="000C7284" w:rsidRPr="0059027B">
        <w:rPr>
          <w:sz w:val="16"/>
          <w:szCs w:val="16"/>
          <w:lang w:val="es-ES"/>
        </w:rPr>
        <w:t xml:space="preserve"> </w:t>
      </w:r>
      <w:proofErr w:type="spellStart"/>
      <w:r w:rsidR="000C7284" w:rsidRPr="0059027B">
        <w:rPr>
          <w:sz w:val="16"/>
          <w:szCs w:val="16"/>
          <w:lang w:val="es-ES"/>
        </w:rPr>
        <w:t>katkısı</w:t>
      </w:r>
      <w:proofErr w:type="spellEnd"/>
      <w:r w:rsidR="000C7284" w:rsidRPr="0059027B">
        <w:rPr>
          <w:sz w:val="16"/>
          <w:szCs w:val="16"/>
          <w:lang w:val="es-ES"/>
        </w:rPr>
        <w:t>.</w:t>
      </w:r>
      <w:r w:rsidR="000C7284" w:rsidRPr="0059027B">
        <w:rPr>
          <w:sz w:val="16"/>
          <w:szCs w:val="16"/>
          <w:lang w:val="es-ES"/>
        </w:rPr>
        <w:br/>
        <w:t xml:space="preserve">141  </w:t>
      </w:r>
      <w:proofErr w:type="spellStart"/>
      <w:r w:rsidR="000C7284" w:rsidRPr="0059027B">
        <w:rPr>
          <w:sz w:val="16"/>
          <w:szCs w:val="16"/>
          <w:lang w:val="es-ES"/>
        </w:rPr>
        <w:t>Michau</w:t>
      </w:r>
      <w:proofErr w:type="spellEnd"/>
      <w:r w:rsidR="000C7284" w:rsidRPr="0059027B">
        <w:rPr>
          <w:sz w:val="16"/>
          <w:szCs w:val="16"/>
          <w:lang w:val="es-ES"/>
        </w:rPr>
        <w:t xml:space="preserve"> (2008), Kelly </w:t>
      </w:r>
      <w:proofErr w:type="spellStart"/>
      <w:r w:rsidR="000C7284" w:rsidRPr="0059027B">
        <w:rPr>
          <w:sz w:val="16"/>
          <w:szCs w:val="16"/>
          <w:lang w:val="es-ES"/>
        </w:rPr>
        <w:t>Yotebieng</w:t>
      </w:r>
      <w:proofErr w:type="spellEnd"/>
      <w:r w:rsidR="000C7284" w:rsidRPr="0059027B">
        <w:rPr>
          <w:sz w:val="16"/>
          <w:szCs w:val="16"/>
          <w:lang w:val="es-ES"/>
        </w:rPr>
        <w:t xml:space="preserve">, </w:t>
      </w:r>
      <w:r w:rsidR="00CF3F7F" w:rsidRPr="00CF3F7F">
        <w:rPr>
          <w:rFonts w:ascii="Cambria" w:hAnsi="Cambria" w:cs="Times New Roman"/>
          <w:color w:val="000000"/>
          <w:sz w:val="16"/>
          <w:szCs w:val="16"/>
        </w:rPr>
        <w:t>What we know (and do not know) about persistent social</w:t>
      </w:r>
      <w:r w:rsidR="00CF3F7F">
        <w:rPr>
          <w:rFonts w:ascii="Cambria" w:hAnsi="Cambria" w:cs="Times New Roman"/>
          <w:color w:val="000000"/>
          <w:sz w:val="16"/>
          <w:szCs w:val="16"/>
        </w:rPr>
        <w:t xml:space="preserve"> </w:t>
      </w:r>
      <w:r w:rsidR="00CF3F7F" w:rsidRPr="00CF3F7F">
        <w:rPr>
          <w:rFonts w:ascii="Cambria" w:hAnsi="Cambria" w:cs="Times New Roman"/>
          <w:color w:val="000000"/>
          <w:sz w:val="16"/>
          <w:szCs w:val="16"/>
        </w:rPr>
        <w:t>norms that serve as barriers to girls’ access, participation and achievement in education in eight sub-Saharan African countries</w:t>
      </w:r>
      <w:r w:rsidR="00CF3F7F" w:rsidRPr="00CF3F7F">
        <w:rPr>
          <w:rFonts w:ascii="Cambria" w:hAnsi="Cambria"/>
          <w:sz w:val="16"/>
          <w:szCs w:val="16"/>
          <w:lang w:val="es-ES"/>
        </w:rPr>
        <w:t xml:space="preserve">, </w:t>
      </w:r>
      <w:r w:rsidR="000C7284" w:rsidRPr="00CF3F7F">
        <w:rPr>
          <w:rFonts w:ascii="Cambria" w:hAnsi="Cambria"/>
          <w:sz w:val="16"/>
          <w:szCs w:val="16"/>
          <w:lang w:val="es-ES"/>
        </w:rPr>
        <w:t>s. 9.</w:t>
      </w:r>
      <w:r w:rsidR="000C7284" w:rsidRPr="0059027B">
        <w:rPr>
          <w:sz w:val="16"/>
          <w:szCs w:val="16"/>
          <w:lang w:val="es-ES"/>
        </w:rPr>
        <w:br/>
      </w:r>
      <w:r w:rsidR="005B7348" w:rsidRPr="0059027B">
        <w:rPr>
          <w:sz w:val="16"/>
          <w:szCs w:val="16"/>
          <w:lang w:val="es-ES"/>
        </w:rPr>
        <w:t xml:space="preserve">142  </w:t>
      </w:r>
      <w:proofErr w:type="spellStart"/>
      <w:r w:rsidR="005B7348" w:rsidRPr="0059027B">
        <w:rPr>
          <w:sz w:val="16"/>
          <w:szCs w:val="16"/>
          <w:lang w:val="es-ES"/>
        </w:rPr>
        <w:t>Bkz</w:t>
      </w:r>
      <w:proofErr w:type="spellEnd"/>
      <w:r w:rsidR="005B7348" w:rsidRPr="0059027B">
        <w:rPr>
          <w:sz w:val="16"/>
          <w:szCs w:val="16"/>
          <w:lang w:val="es-ES"/>
        </w:rPr>
        <w:t>.</w:t>
      </w:r>
      <w:r w:rsidR="00CF3F7F">
        <w:rPr>
          <w:sz w:val="16"/>
          <w:szCs w:val="16"/>
          <w:lang w:val="es-ES"/>
        </w:rPr>
        <w:t xml:space="preserve"> </w:t>
      </w:r>
      <w:hyperlink r:id="rId75" w:history="1">
        <w:r w:rsidR="00CF3F7F" w:rsidRPr="00053A21">
          <w:rPr>
            <w:rStyle w:val="Hyperlink"/>
            <w:sz w:val="16"/>
            <w:szCs w:val="16"/>
            <w:lang w:val="es-ES"/>
          </w:rPr>
          <w:t>https://www.durham.ac.uk/news-events/latest-news/2024/12/new-project-puts-care-at-the-centre-of-international-law-research/</w:t>
        </w:r>
      </w:hyperlink>
      <w:r w:rsidR="00CF3F7F">
        <w:rPr>
          <w:sz w:val="16"/>
          <w:szCs w:val="16"/>
          <w:lang w:val="es-ES"/>
        </w:rPr>
        <w:t xml:space="preserve"> </w:t>
      </w:r>
    </w:p>
    <w:p w14:paraId="6D6AA7DB" w14:textId="44DBD5D3" w:rsidR="00952613" w:rsidRPr="005B7348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lastRenderedPageBreak/>
        <w:t>46.</w:t>
      </w:r>
      <w:r w:rsidR="00145CEA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dört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aracılığıyla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sağlanmaktadır</w:t>
      </w:r>
      <w:proofErr w:type="spellEnd"/>
      <w:r w:rsidRPr="005B7348">
        <w:rPr>
          <w:sz w:val="20"/>
          <w:szCs w:val="20"/>
          <w:lang w:val="es-ES"/>
        </w:rPr>
        <w:t xml:space="preserve">: </w:t>
      </w:r>
      <w:proofErr w:type="spellStart"/>
      <w:r w:rsidRPr="005B7348">
        <w:rPr>
          <w:sz w:val="20"/>
          <w:szCs w:val="20"/>
          <w:lang w:val="es-ES"/>
        </w:rPr>
        <w:t>aile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piyasa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sektörü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temelli</w:t>
      </w:r>
      <w:proofErr w:type="spellEnd"/>
      <w:r w:rsidRPr="005B7348">
        <w:rPr>
          <w:sz w:val="20"/>
          <w:szCs w:val="20"/>
          <w:lang w:val="es-ES"/>
        </w:rPr>
        <w:t>/</w:t>
      </w:r>
      <w:proofErr w:type="spellStart"/>
      <w:r w:rsidRPr="005B7348">
        <w:rPr>
          <w:sz w:val="20"/>
          <w:szCs w:val="20"/>
          <w:lang w:val="es-ES"/>
        </w:rPr>
        <w:t>kar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amacı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gütmeyen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kuruluşlar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bağlamında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devlet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piyasadan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ailelere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sorumluluk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maliyetin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aktarılması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yükünün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artması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anlamına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gelmektedir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Tersine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devletlerin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A51693" w:rsidRPr="005B7348">
        <w:rPr>
          <w:sz w:val="20"/>
          <w:szCs w:val="20"/>
          <w:lang w:val="es-ES"/>
        </w:rPr>
        <w:t>toplumsal</w:t>
      </w:r>
      <w:proofErr w:type="spellEnd"/>
      <w:r w:rsidR="00A51693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kapsayıcı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yatırımlarının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güçlendirilmesi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devletlerin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hukuku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kapsamındaki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yükümlülüklerini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getirmeleri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hayati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taşımaktadır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04C0AEE7" w14:textId="466E88BD" w:rsidR="00952613" w:rsidRPr="005B7348" w:rsidRDefault="000C7284" w:rsidP="0028780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47. COVID-19 </w:t>
      </w:r>
      <w:proofErr w:type="spellStart"/>
      <w:r w:rsidRPr="005B7348">
        <w:rPr>
          <w:sz w:val="20"/>
          <w:szCs w:val="20"/>
          <w:lang w:val="es-ES"/>
        </w:rPr>
        <w:t>salgını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mevcut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sistemlerindeki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yapısal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="006F4A6B" w:rsidRPr="005B7348">
        <w:rPr>
          <w:sz w:val="20"/>
          <w:szCs w:val="20"/>
          <w:lang w:val="es-ES"/>
        </w:rPr>
        <w:t>toplumsal</w:t>
      </w:r>
      <w:proofErr w:type="spellEnd"/>
      <w:r w:rsidR="00CB0FF9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eşitsizliklerin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kalıcılığını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derinliğini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refahı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hayati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koymuştur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Ancak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dünya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özellikle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ev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cinsel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üreme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karar</w:t>
      </w:r>
      <w:proofErr w:type="spellEnd"/>
      <w:r w:rsidRPr="005B7348">
        <w:rPr>
          <w:sz w:val="20"/>
          <w:szCs w:val="20"/>
          <w:lang w:val="es-ES"/>
        </w:rPr>
        <w:t xml:space="preserve"> alma ve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bütçeleme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konularında</w:t>
      </w:r>
      <w:proofErr w:type="spellEnd"/>
      <w:r w:rsidRPr="005B7348">
        <w:rPr>
          <w:sz w:val="20"/>
          <w:szCs w:val="20"/>
          <w:lang w:val="es-ES"/>
        </w:rPr>
        <w:t xml:space="preserve">, 2030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yılına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6119AD" w:rsidRPr="005B7348">
        <w:rPr>
          <w:sz w:val="20"/>
          <w:szCs w:val="20"/>
          <w:lang w:val="es-ES"/>
        </w:rPr>
        <w:t>toplumsal</w:t>
      </w:r>
      <w:proofErr w:type="spellEnd"/>
      <w:r w:rsidR="006119AD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yolunda</w:t>
      </w:r>
      <w:proofErr w:type="spellEnd"/>
      <w:r w:rsidRPr="005B7348">
        <w:rPr>
          <w:sz w:val="20"/>
          <w:szCs w:val="20"/>
          <w:lang w:val="es-ES"/>
        </w:rPr>
        <w:t xml:space="preserve"> hala </w:t>
      </w:r>
      <w:proofErr w:type="spellStart"/>
      <w:r w:rsidRPr="005B7348">
        <w:rPr>
          <w:sz w:val="20"/>
          <w:szCs w:val="20"/>
          <w:lang w:val="es-ES"/>
        </w:rPr>
        <w:t>geride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kalmaktadır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 hala </w:t>
      </w:r>
      <w:proofErr w:type="spellStart"/>
      <w:r w:rsidRPr="005B7348">
        <w:rPr>
          <w:sz w:val="20"/>
          <w:szCs w:val="20"/>
          <w:lang w:val="es-ES"/>
        </w:rPr>
        <w:t>yetersiz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finanse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edilmektedir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karar</w:t>
      </w:r>
      <w:proofErr w:type="spellEnd"/>
      <w:r w:rsidRPr="005B7348">
        <w:rPr>
          <w:sz w:val="20"/>
          <w:szCs w:val="20"/>
          <w:lang w:val="es-ES"/>
        </w:rPr>
        <w:t xml:space="preserve"> alma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süreçlerinde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yazık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ki</w:t>
      </w:r>
      <w:proofErr w:type="spellEnd"/>
      <w:r w:rsidRPr="005B7348">
        <w:rPr>
          <w:sz w:val="20"/>
          <w:szCs w:val="20"/>
          <w:lang w:val="es-ES"/>
        </w:rPr>
        <w:t xml:space="preserve"> hala </w:t>
      </w:r>
      <w:proofErr w:type="spellStart"/>
      <w:r w:rsidRPr="005B7348">
        <w:rPr>
          <w:sz w:val="20"/>
          <w:szCs w:val="20"/>
          <w:lang w:val="es-ES"/>
        </w:rPr>
        <w:t>yeterince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edilmiyor</w:t>
      </w:r>
      <w:proofErr w:type="spellEnd"/>
      <w:r w:rsidRPr="005B7348">
        <w:rPr>
          <w:sz w:val="20"/>
          <w:szCs w:val="20"/>
          <w:lang w:val="es-ES"/>
        </w:rPr>
        <w:t xml:space="preserve">. Bu </w:t>
      </w:r>
      <w:proofErr w:type="spellStart"/>
      <w:r w:rsidRPr="005B7348">
        <w:rPr>
          <w:sz w:val="20"/>
          <w:szCs w:val="20"/>
          <w:lang w:val="es-ES"/>
        </w:rPr>
        <w:t>durum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sürdürülemez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="00EF2638" w:rsidRPr="005B7348">
        <w:rPr>
          <w:sz w:val="20"/>
          <w:szCs w:val="20"/>
          <w:lang w:val="es-ES"/>
        </w:rPr>
        <w:t>toplumsal</w:t>
      </w:r>
      <w:proofErr w:type="spellEnd"/>
      <w:r w:rsidR="00CD6308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toplumların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refahını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zedeliyor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eşitliğin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önündeki</w:t>
      </w:r>
      <w:proofErr w:type="spellEnd"/>
      <w:r w:rsidRPr="005B7348">
        <w:rPr>
          <w:sz w:val="20"/>
          <w:szCs w:val="20"/>
          <w:lang w:val="es-ES"/>
        </w:rPr>
        <w:t xml:space="preserve"> bu </w:t>
      </w:r>
      <w:proofErr w:type="spellStart"/>
      <w:r w:rsidRPr="005B7348">
        <w:rPr>
          <w:sz w:val="20"/>
          <w:szCs w:val="20"/>
          <w:lang w:val="es-ES"/>
        </w:rPr>
        <w:t>engelleri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acilen</w:t>
      </w:r>
      <w:proofErr w:type="spellEnd"/>
      <w:r w:rsidRPr="005B7348">
        <w:rPr>
          <w:sz w:val="20"/>
          <w:szCs w:val="20"/>
          <w:lang w:val="es-ES"/>
        </w:rPr>
        <w:t xml:space="preserve"> ele </w:t>
      </w:r>
      <w:proofErr w:type="spellStart"/>
      <w:r w:rsidRPr="005B7348">
        <w:rPr>
          <w:sz w:val="20"/>
          <w:szCs w:val="20"/>
          <w:lang w:val="es-ES"/>
        </w:rPr>
        <w:t>almalı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bunları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yararlanabilmesini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türlü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kaldırmalıdır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izni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evde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="00AB1A76">
        <w:rPr>
          <w:sz w:val="20"/>
          <w:szCs w:val="20"/>
          <w:lang w:val="es-ES"/>
        </w:rPr>
        <w:t>k</w:t>
      </w:r>
      <w:r w:rsidR="00AB1A76" w:rsidRPr="005B7348">
        <w:rPr>
          <w:sz w:val="20"/>
          <w:szCs w:val="20"/>
          <w:lang w:val="es-ES"/>
        </w:rPr>
        <w:t>ı</w:t>
      </w:r>
      <w:r w:rsidR="00AB1A76">
        <w:rPr>
          <w:sz w:val="20"/>
          <w:szCs w:val="20"/>
          <w:lang w:val="es-ES"/>
        </w:rPr>
        <w:t>sa</w:t>
      </w:r>
      <w:proofErr w:type="spellEnd"/>
      <w:r w:rsidR="00AB1A76">
        <w:rPr>
          <w:sz w:val="20"/>
          <w:szCs w:val="20"/>
          <w:lang w:val="es-ES"/>
        </w:rPr>
        <w:t xml:space="preserve"> </w:t>
      </w:r>
      <w:proofErr w:type="spellStart"/>
      <w:r w:rsidR="00AB1A76">
        <w:rPr>
          <w:sz w:val="20"/>
          <w:szCs w:val="20"/>
          <w:lang w:val="es-ES"/>
        </w:rPr>
        <w:t>süreli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AB1A76">
        <w:rPr>
          <w:sz w:val="20"/>
          <w:szCs w:val="20"/>
          <w:lang w:val="es-ES"/>
        </w:rPr>
        <w:t>deste</w:t>
      </w:r>
      <w:r w:rsidR="00AB1A76" w:rsidRPr="005B7348">
        <w:rPr>
          <w:sz w:val="20"/>
          <w:szCs w:val="20"/>
          <w:lang w:val="es-ES"/>
        </w:rPr>
        <w:t>ğ</w:t>
      </w:r>
      <w:r w:rsidR="00AB1A76">
        <w:rPr>
          <w:sz w:val="20"/>
          <w:szCs w:val="20"/>
          <w:lang w:val="es-ES"/>
        </w:rPr>
        <w:t>i</w:t>
      </w:r>
      <w:proofErr w:type="spellEnd"/>
      <w:r w:rsidR="00AB1A76">
        <w:rPr>
          <w:sz w:val="20"/>
          <w:szCs w:val="20"/>
          <w:lang w:val="es-ES"/>
        </w:rPr>
        <w:t xml:space="preserve"> </w:t>
      </w:r>
      <w:r w:rsidR="006845F5">
        <w:rPr>
          <w:sz w:val="20"/>
          <w:szCs w:val="20"/>
          <w:lang w:val="es-ES"/>
        </w:rPr>
        <w:t>(</w:t>
      </w:r>
      <w:proofErr w:type="spellStart"/>
      <w:r w:rsidR="006845F5" w:rsidRPr="006845F5">
        <w:rPr>
          <w:i/>
          <w:iCs/>
          <w:sz w:val="20"/>
          <w:szCs w:val="20"/>
          <w:lang w:val="es-ES"/>
        </w:rPr>
        <w:t>respite</w:t>
      </w:r>
      <w:proofErr w:type="spellEnd"/>
      <w:r w:rsidR="006845F5" w:rsidRPr="006845F5">
        <w:rPr>
          <w:i/>
          <w:iCs/>
          <w:sz w:val="20"/>
          <w:szCs w:val="20"/>
          <w:lang w:val="es-ES"/>
        </w:rPr>
        <w:t xml:space="preserve"> care</w:t>
      </w:r>
      <w:r w:rsidR="006845F5">
        <w:rPr>
          <w:sz w:val="20"/>
          <w:szCs w:val="20"/>
          <w:lang w:val="es-ES"/>
        </w:rPr>
        <w:t xml:space="preserve">) </w:t>
      </w:r>
      <w:r w:rsidRPr="005B7348">
        <w:rPr>
          <w:sz w:val="20"/>
          <w:szCs w:val="20"/>
          <w:lang w:val="es-ES"/>
        </w:rPr>
        <w:t xml:space="preserve">ve </w:t>
      </w:r>
      <w:proofErr w:type="spellStart"/>
      <w:r w:rsidR="00FA3E42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merkezleri</w:t>
      </w:r>
      <w:proofErr w:type="spellEnd"/>
      <w:r w:rsidR="00FA3E42">
        <w:rPr>
          <w:sz w:val="20"/>
          <w:szCs w:val="20"/>
          <w:lang w:val="es-ES"/>
        </w:rPr>
        <w:t xml:space="preserve"> (</w:t>
      </w:r>
      <w:proofErr w:type="spellStart"/>
      <w:r w:rsidR="00FA3E42" w:rsidRPr="00FA3E42">
        <w:rPr>
          <w:i/>
          <w:iCs/>
          <w:sz w:val="20"/>
          <w:szCs w:val="20"/>
          <w:lang w:val="es-ES"/>
        </w:rPr>
        <w:t>community</w:t>
      </w:r>
      <w:proofErr w:type="spellEnd"/>
      <w:r w:rsidR="00FA3E42" w:rsidRPr="00FA3E42">
        <w:rPr>
          <w:i/>
          <w:iCs/>
          <w:sz w:val="20"/>
          <w:szCs w:val="20"/>
          <w:lang w:val="es-ES"/>
        </w:rPr>
        <w:t xml:space="preserve"> </w:t>
      </w:r>
      <w:proofErr w:type="spellStart"/>
      <w:r w:rsidR="00FA3E42" w:rsidRPr="00FA3E42">
        <w:rPr>
          <w:i/>
          <w:iCs/>
          <w:sz w:val="20"/>
          <w:szCs w:val="20"/>
          <w:lang w:val="es-ES"/>
        </w:rPr>
        <w:t>resource</w:t>
      </w:r>
      <w:proofErr w:type="spellEnd"/>
      <w:r w:rsidR="00FA3E42" w:rsidRPr="00FA3E42">
        <w:rPr>
          <w:i/>
          <w:iCs/>
          <w:sz w:val="20"/>
          <w:szCs w:val="20"/>
          <w:lang w:val="es-ES"/>
        </w:rPr>
        <w:t xml:space="preserve"> centers</w:t>
      </w:r>
      <w:r w:rsidR="00FA3E42">
        <w:rPr>
          <w:sz w:val="20"/>
          <w:szCs w:val="20"/>
          <w:lang w:val="es-ES"/>
        </w:rPr>
        <w:t>)</w:t>
      </w:r>
      <w:r w:rsidR="002C1D2A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ancak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bunlarla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sınırlı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destekleyici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altyapısına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yatırım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yüksek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kaliteli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tarafından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sağlanmasını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verenlerin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="00CF76FF" w:rsidRPr="005B7348">
        <w:rPr>
          <w:sz w:val="20"/>
          <w:szCs w:val="20"/>
          <w:lang w:val="es-ES"/>
        </w:rPr>
        <w:t>kolektif</w:t>
      </w:r>
      <w:proofErr w:type="spellEnd"/>
      <w:r w:rsidR="00CF76FF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zaman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enerji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kaynak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bulmalarını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hayati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taşımaktadır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15EDD258" w14:textId="77777777" w:rsidR="00287801" w:rsidRDefault="000C7284" w:rsidP="0028780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48.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ilerletilmesi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daha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kurulması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birbiriyle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yakından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bağlantılıdır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yoksulluğun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azaltılması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sağlığı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eğitimi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koruması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refahının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edilmesi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gibi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hedefler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kritik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sahiptir</w:t>
      </w:r>
      <w:proofErr w:type="spellEnd"/>
      <w:r w:rsidRPr="005B7348">
        <w:rPr>
          <w:sz w:val="20"/>
          <w:szCs w:val="20"/>
          <w:lang w:val="es-ES"/>
        </w:rPr>
        <w:t xml:space="preserve">. Bu </w:t>
      </w:r>
      <w:proofErr w:type="spellStart"/>
      <w:r w:rsidRPr="005B7348">
        <w:rPr>
          <w:sz w:val="20"/>
          <w:szCs w:val="20"/>
          <w:lang w:val="es-ES"/>
        </w:rPr>
        <w:t>hedeflere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ulaşmak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yapısal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açığını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kapatmak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kesişimsel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feminist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temelli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yaklaşım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gereklidir</w:t>
      </w:r>
      <w:proofErr w:type="spellEnd"/>
      <w:r w:rsidRPr="005B7348">
        <w:rPr>
          <w:sz w:val="20"/>
          <w:szCs w:val="20"/>
          <w:lang w:val="es-ES"/>
        </w:rPr>
        <w:t xml:space="preserve">. Bu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yaklaşım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bakımın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onurunu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refahını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desteklemesi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gereken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ekonomi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işleyişi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hayati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taşıdığı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fikrine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dayanmaktadır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Zararlı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stereotipleri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kültürel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normlar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dönüştürülmeli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başkalarına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bakmak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cinsiyetten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bağımsız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temel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değer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edilmelidir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Politikalar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erkekleri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erkek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rollerine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etmeli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hane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halkı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topluluklar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sorumluluğunun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paylaşılmasını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etmelidir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2624B686" w14:textId="697B01E0" w:rsidR="00145CEA" w:rsidRDefault="000C7284" w:rsidP="0028780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49. </w:t>
      </w:r>
      <w:proofErr w:type="spellStart"/>
      <w:r w:rsidRPr="005B7348">
        <w:rPr>
          <w:sz w:val="20"/>
          <w:szCs w:val="20"/>
          <w:lang w:val="es-ES"/>
        </w:rPr>
        <w:t>Mevcut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7544CD" w:rsidRPr="005B7348">
        <w:rPr>
          <w:sz w:val="20"/>
          <w:szCs w:val="20"/>
          <w:lang w:val="es-ES"/>
        </w:rPr>
        <w:t>toplumsal</w:t>
      </w:r>
      <w:proofErr w:type="spellEnd"/>
      <w:r w:rsidR="0086751C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eşitsizlikleri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orantısız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arasındaki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</w:t>
      </w:r>
      <w:proofErr w:type="spellEnd"/>
      <w:r w:rsidRPr="005B7348">
        <w:rPr>
          <w:sz w:val="20"/>
          <w:szCs w:val="20"/>
          <w:lang w:val="es-ES"/>
        </w:rPr>
        <w:t xml:space="preserve"> bu </w:t>
      </w:r>
      <w:proofErr w:type="spellStart"/>
      <w:r w:rsidRPr="005B7348">
        <w:rPr>
          <w:sz w:val="20"/>
          <w:szCs w:val="20"/>
          <w:lang w:val="es-ES"/>
        </w:rPr>
        <w:t>raporda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ayrıntılı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açıklandığı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kişilerin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kritik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kanun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önünde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muamele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yeterli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değildir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Devletlerin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kaldırma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="0086751C" w:rsidRPr="005B7348">
        <w:rPr>
          <w:sz w:val="20"/>
          <w:szCs w:val="20"/>
          <w:lang w:val="es-ES"/>
        </w:rPr>
        <w:t>toplumsal</w:t>
      </w:r>
      <w:proofErr w:type="spellEnd"/>
      <w:r w:rsidR="002434E9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kapsayıcı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yükümlülüklerinden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sorumlu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tutulması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bölgesel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mekanizmaları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güçlendirilmelidir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ekonomik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çevresel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sürdürülebilir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olmasını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bütüncül</w:t>
      </w:r>
      <w:proofErr w:type="spellEnd"/>
      <w:r w:rsidRPr="003B2022">
        <w:rPr>
          <w:lang w:val="es-ES"/>
        </w:rPr>
        <w:t xml:space="preserve"> </w:t>
      </w:r>
      <w:r w:rsidRPr="003B2022">
        <w:rPr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yaklaşımlar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gereklidir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Yukarıda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bahsedilen</w:t>
      </w:r>
      <w:proofErr w:type="spellEnd"/>
      <w:r w:rsidRPr="005B7348">
        <w:rPr>
          <w:sz w:val="20"/>
          <w:szCs w:val="20"/>
          <w:lang w:val="es-ES"/>
        </w:rPr>
        <w:t xml:space="preserve"> CREATE </w:t>
      </w:r>
      <w:proofErr w:type="spellStart"/>
      <w:r w:rsidRPr="005B7348">
        <w:rPr>
          <w:sz w:val="20"/>
          <w:szCs w:val="20"/>
          <w:lang w:val="es-ES"/>
        </w:rPr>
        <w:t>çerçevesi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287801">
        <w:rPr>
          <w:sz w:val="20"/>
          <w:szCs w:val="20"/>
          <w:lang w:val="es-ES"/>
        </w:rPr>
        <w:t>(143)</w:t>
      </w:r>
      <w:r w:rsid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bu </w:t>
      </w:r>
      <w:proofErr w:type="spellStart"/>
      <w:r w:rsidRPr="005B7348">
        <w:rPr>
          <w:sz w:val="20"/>
          <w:szCs w:val="20"/>
          <w:lang w:val="es-ES"/>
        </w:rPr>
        <w:t>konuda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kapsamlı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uygulanabilir</w:t>
      </w:r>
      <w:proofErr w:type="spellEnd"/>
      <w:r w:rsidRPr="005B7348">
        <w:rPr>
          <w:sz w:val="20"/>
          <w:szCs w:val="20"/>
          <w:lang w:val="es-ES"/>
        </w:rPr>
        <w:t xml:space="preserve"> bir yol </w:t>
      </w:r>
      <w:proofErr w:type="spellStart"/>
      <w:r w:rsidRPr="005B7348">
        <w:rPr>
          <w:sz w:val="20"/>
          <w:szCs w:val="20"/>
          <w:lang w:val="es-ES"/>
        </w:rPr>
        <w:t>haritası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görevi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görebilir</w:t>
      </w:r>
      <w:proofErr w:type="spellEnd"/>
      <w:r w:rsidRPr="005B7348">
        <w:rPr>
          <w:sz w:val="20"/>
          <w:szCs w:val="20"/>
          <w:lang w:val="es-ES"/>
        </w:rPr>
        <w:t>.</w:t>
      </w:r>
      <w:r w:rsidR="00287801">
        <w:rPr>
          <w:sz w:val="20"/>
          <w:szCs w:val="20"/>
          <w:lang w:val="es-ES"/>
        </w:rPr>
        <w:t xml:space="preserve"> </w:t>
      </w:r>
    </w:p>
    <w:p w14:paraId="23692727" w14:textId="70114DBB" w:rsidR="00287801" w:rsidRPr="00287801" w:rsidRDefault="00287801" w:rsidP="00287801">
      <w:pPr>
        <w:spacing w:after="0"/>
        <w:jc w:val="both"/>
        <w:rPr>
          <w:sz w:val="16"/>
          <w:szCs w:val="16"/>
          <w:lang w:val="es-ES"/>
        </w:rPr>
      </w:pPr>
      <w:r w:rsidRPr="00287801">
        <w:rPr>
          <w:sz w:val="16"/>
          <w:szCs w:val="16"/>
          <w:lang w:val="es-ES"/>
        </w:rPr>
        <w:t xml:space="preserve">143  </w:t>
      </w:r>
      <w:hyperlink r:id="rId76" w:history="1">
        <w:r w:rsidRPr="00287801">
          <w:rPr>
            <w:rStyle w:val="Hyperlink"/>
            <w:sz w:val="16"/>
            <w:szCs w:val="16"/>
            <w:lang w:val="es-ES"/>
          </w:rPr>
          <w:t>A/HRC/WG.11/42/1</w:t>
        </w:r>
      </w:hyperlink>
      <w:r w:rsidRPr="00287801">
        <w:rPr>
          <w:sz w:val="16"/>
          <w:szCs w:val="16"/>
          <w:lang w:val="es-ES"/>
        </w:rPr>
        <w:t xml:space="preserve"> </w:t>
      </w:r>
    </w:p>
    <w:p w14:paraId="45A7254E" w14:textId="43CE59CB" w:rsidR="005B7348" w:rsidRDefault="000C7284" w:rsidP="005B7348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5B7348">
        <w:rPr>
          <w:b/>
          <w:bCs/>
          <w:sz w:val="20"/>
          <w:szCs w:val="20"/>
          <w:lang w:val="es-ES"/>
        </w:rPr>
        <w:lastRenderedPageBreak/>
        <w:t>B.</w:t>
      </w:r>
      <w:r w:rsidR="00FE5A87"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Öneriler</w:t>
      </w:r>
      <w:proofErr w:type="spellEnd"/>
    </w:p>
    <w:p w14:paraId="2E8BD821" w14:textId="207F1075" w:rsidR="00893747" w:rsidRPr="005B7348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b/>
          <w:bCs/>
          <w:sz w:val="20"/>
          <w:szCs w:val="20"/>
          <w:lang w:val="es-ES"/>
        </w:rPr>
        <w:br/>
      </w:r>
      <w:r w:rsidRPr="005B7348">
        <w:rPr>
          <w:sz w:val="20"/>
          <w:szCs w:val="20"/>
          <w:lang w:val="es-ES"/>
        </w:rPr>
        <w:t xml:space="preserve">50.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gerçekleştirmek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="00846750" w:rsidRPr="005B7348">
        <w:rPr>
          <w:sz w:val="20"/>
          <w:szCs w:val="20"/>
          <w:lang w:val="tr-TR"/>
        </w:rPr>
        <w:t xml:space="preserve">toplumsal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="00846750" w:rsidRPr="005B7348">
        <w:rPr>
          <w:sz w:val="20"/>
          <w:szCs w:val="20"/>
          <w:lang w:val="es-ES"/>
        </w:rPr>
        <w:t>toplumsal</w:t>
      </w:r>
      <w:proofErr w:type="spellEnd"/>
      <w:r w:rsidR="00846750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kapsayıcı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sürdürülebilir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oluşturmak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önlemler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almalıdır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071DD788" w14:textId="5CA17E17" w:rsidR="00AD2D5C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(a)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toplumların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ekonomilerin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gezegenin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sürdürülebilirliği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hayati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taşıdığını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264DDF" w:rsidRPr="005B7348">
        <w:rPr>
          <w:sz w:val="20"/>
          <w:szCs w:val="20"/>
          <w:lang w:val="es-ES"/>
        </w:rPr>
        <w:t>toplumsal</w:t>
      </w:r>
      <w:proofErr w:type="spellEnd"/>
      <w:r w:rsidR="00264DDF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sağlanması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alanda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tanınan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kullanılması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gerekli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olduğunu</w:t>
      </w:r>
      <w:proofErr w:type="spellEnd"/>
      <w:r w:rsidR="00952613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kabul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694AA0A1" w14:textId="26FD4089" w:rsidR="00AD2D5C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(b)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kişilerin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saygı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gösterilmesi</w:t>
      </w:r>
      <w:proofErr w:type="spellEnd"/>
      <w:r w:rsidRPr="005B7348">
        <w:rPr>
          <w:sz w:val="20"/>
          <w:szCs w:val="20"/>
          <w:lang w:val="es-ES"/>
        </w:rPr>
        <w:t xml:space="preserve">, bu </w:t>
      </w:r>
      <w:proofErr w:type="spellStart"/>
      <w:r w:rsidRPr="005B7348">
        <w:rPr>
          <w:sz w:val="20"/>
          <w:szCs w:val="20"/>
          <w:lang w:val="es-ES"/>
        </w:rPr>
        <w:t>hakların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korunması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getirilmesi</w:t>
      </w:r>
      <w:proofErr w:type="spellEnd"/>
      <w:r w:rsidRPr="005B7348">
        <w:rPr>
          <w:sz w:val="20"/>
          <w:szCs w:val="20"/>
          <w:lang w:val="es-ES"/>
        </w:rPr>
        <w:t xml:space="preserve">, bu </w:t>
      </w:r>
      <w:proofErr w:type="spellStart"/>
      <w:r w:rsidRPr="005B7348">
        <w:rPr>
          <w:sz w:val="20"/>
          <w:szCs w:val="20"/>
          <w:lang w:val="es-ES"/>
        </w:rPr>
        <w:t>kişilerin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onuruna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özerkliğine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iradesine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saygı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gösterilmesi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ülkeye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uygulanabilir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standartlarına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sistemlerinde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5A1BFE" w:rsidRPr="005B7348">
        <w:rPr>
          <w:sz w:val="20"/>
          <w:szCs w:val="20"/>
          <w:lang w:val="es-ES"/>
        </w:rPr>
        <w:t>toplumsal</w:t>
      </w:r>
      <w:proofErr w:type="spellEnd"/>
      <w:r w:rsidR="005A1BFE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sağlanması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1BF9708C" w14:textId="4B5F6D9F" w:rsidR="00AD2D5C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(c)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genel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ekonominin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temel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ayağı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görünür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değerli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kılmak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  <w:t xml:space="preserve">ve </w:t>
      </w:r>
      <w:proofErr w:type="spellStart"/>
      <w:r w:rsidR="00100828" w:rsidRPr="005B7348">
        <w:rPr>
          <w:sz w:val="20"/>
          <w:szCs w:val="20"/>
          <w:lang w:val="es-ES"/>
        </w:rPr>
        <w:t>öz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karşılamak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07478B5E" w14:textId="77777777" w:rsidR="00AD2D5C" w:rsidRDefault="000C7284" w:rsidP="00AD2D5C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(d)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değerini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tanıyan</w:t>
      </w:r>
      <w:proofErr w:type="spellEnd"/>
      <w:r w:rsidRPr="005B7348">
        <w:rPr>
          <w:sz w:val="20"/>
          <w:szCs w:val="20"/>
          <w:lang w:val="es-ES"/>
        </w:rPr>
        <w:t xml:space="preserve"> 5R </w:t>
      </w:r>
      <w:proofErr w:type="spellStart"/>
      <w:r w:rsidRPr="005B7348">
        <w:rPr>
          <w:sz w:val="20"/>
          <w:szCs w:val="20"/>
          <w:lang w:val="es-ES"/>
        </w:rPr>
        <w:t>çerçevesini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önlemleri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almak</w:t>
      </w:r>
      <w:proofErr w:type="spellEnd"/>
      <w:r w:rsidRPr="005B7348">
        <w:rPr>
          <w:sz w:val="20"/>
          <w:szCs w:val="20"/>
          <w:lang w:val="es-ES"/>
        </w:rPr>
        <w:t xml:space="preserve">;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tehlikeye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atmadan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azaltmak</w:t>
      </w:r>
      <w:proofErr w:type="spellEnd"/>
      <w:r w:rsidRPr="005B7348">
        <w:rPr>
          <w:sz w:val="20"/>
          <w:szCs w:val="20"/>
          <w:lang w:val="es-ES"/>
        </w:rPr>
        <w:t xml:space="preserve">;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hane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halkları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dünyası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cinsiyetler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yeniden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dağıtmak</w:t>
      </w:r>
      <w:proofErr w:type="spellEnd"/>
      <w:r w:rsidRPr="005B7348">
        <w:rPr>
          <w:sz w:val="20"/>
          <w:szCs w:val="20"/>
          <w:lang w:val="es-ES"/>
        </w:rPr>
        <w:t xml:space="preserve">;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ödüllendirmek</w:t>
      </w:r>
      <w:proofErr w:type="spellEnd"/>
      <w:r w:rsidRPr="005B7348">
        <w:rPr>
          <w:sz w:val="20"/>
          <w:szCs w:val="20"/>
          <w:lang w:val="es-ES"/>
        </w:rPr>
        <w:t xml:space="preserve">;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sağlayanların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bunların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örgütlerinin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katılımını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6113B407" w14:textId="77777777" w:rsidR="00AD2D5C" w:rsidRDefault="000C7284" w:rsidP="00AD2D5C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(e) </w:t>
      </w:r>
      <w:proofErr w:type="spellStart"/>
      <w:r w:rsidRPr="005B7348">
        <w:rPr>
          <w:sz w:val="20"/>
          <w:szCs w:val="20"/>
          <w:lang w:val="es-ES"/>
        </w:rPr>
        <w:t>Kısıtlayıcı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rolleri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pekiştiren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kadınlara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ayrımcılığa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katkıda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bulunan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zararlı</w:t>
      </w:r>
      <w:proofErr w:type="spellEnd"/>
      <w:r w:rsidR="0086145C" w:rsidRPr="005B7348">
        <w:rPr>
          <w:sz w:val="20"/>
          <w:szCs w:val="20"/>
          <w:lang w:val="es-ES"/>
        </w:rPr>
        <w:t xml:space="preserve"> </w:t>
      </w:r>
      <w:proofErr w:type="spellStart"/>
      <w:r w:rsidR="00C71D76" w:rsidRPr="005B7348">
        <w:rPr>
          <w:sz w:val="20"/>
          <w:szCs w:val="20"/>
          <w:lang w:val="es-ES"/>
        </w:rPr>
        <w:t>toplumsal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stereotiplerini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dönüştürmek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10B0D761" w14:textId="77777777" w:rsidR="00AD2D5C" w:rsidRDefault="000C7284" w:rsidP="00AD2D5C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(f) </w:t>
      </w:r>
      <w:proofErr w:type="spellStart"/>
      <w:r w:rsidRPr="005B7348">
        <w:rPr>
          <w:sz w:val="20"/>
          <w:szCs w:val="20"/>
          <w:lang w:val="es-ES"/>
        </w:rPr>
        <w:t>Erkek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erkeklerin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katılımını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1224122C" w14:textId="77777777" w:rsidR="00AD2D5C" w:rsidRDefault="000C7284" w:rsidP="00AD2D5C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(g) </w:t>
      </w:r>
      <w:proofErr w:type="spellStart"/>
      <w:r w:rsidRPr="005B7348">
        <w:rPr>
          <w:sz w:val="20"/>
          <w:szCs w:val="20"/>
          <w:lang w:val="es-ES"/>
        </w:rPr>
        <w:t>Kızlar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yaşlı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engelli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kızlar</w:t>
      </w:r>
      <w:proofErr w:type="spellEnd"/>
      <w:r w:rsidRPr="005B7348">
        <w:rPr>
          <w:sz w:val="20"/>
          <w:szCs w:val="20"/>
          <w:lang w:val="es-ES"/>
        </w:rPr>
        <w:t xml:space="preserve"> ve nadir </w:t>
      </w:r>
      <w:proofErr w:type="spellStart"/>
      <w:r w:rsidRPr="005B7348">
        <w:rPr>
          <w:sz w:val="20"/>
          <w:szCs w:val="20"/>
          <w:lang w:val="es-ES"/>
        </w:rPr>
        <w:t>hastalıkları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olanlar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farklı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grupların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farklı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tanımak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onların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onurunu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özerkliğini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iradesini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15693B3B" w14:textId="6B435BC2" w:rsidR="00952613" w:rsidRPr="005B7348" w:rsidRDefault="000C7284" w:rsidP="00AD2D5C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(h) </w:t>
      </w:r>
      <w:proofErr w:type="spellStart"/>
      <w:r w:rsidRPr="005B7348">
        <w:rPr>
          <w:sz w:val="20"/>
          <w:szCs w:val="20"/>
          <w:lang w:val="es-ES"/>
        </w:rPr>
        <w:t>Kesişen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biçimleriyle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kızların</w:t>
      </w:r>
      <w:proofErr w:type="spellEnd"/>
      <w:r w:rsidRPr="005B7348">
        <w:rPr>
          <w:sz w:val="20"/>
          <w:szCs w:val="20"/>
          <w:lang w:val="es-ES"/>
        </w:rPr>
        <w:t xml:space="preserve"> –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özellikle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engelli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kırsal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kesimde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yaşayan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yaşlı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göçmen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mülteci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 –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tasarlanması</w:t>
      </w:r>
      <w:r w:rsidR="00DD4492" w:rsidRPr="005B7348">
        <w:rPr>
          <w:sz w:val="20"/>
          <w:szCs w:val="20"/>
          <w:lang w:val="es-ES"/>
        </w:rPr>
        <w:t>na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uygulanması</w:t>
      </w:r>
      <w:r w:rsidR="00DD4492" w:rsidRPr="005B7348">
        <w:rPr>
          <w:sz w:val="20"/>
          <w:szCs w:val="20"/>
          <w:lang w:val="es-ES"/>
        </w:rPr>
        <w:t>na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izlenmesine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="00AB44B2" w:rsidRPr="005B7348">
        <w:rPr>
          <w:sz w:val="20"/>
          <w:szCs w:val="20"/>
          <w:lang w:val="es-ES"/>
        </w:rPr>
        <w:t>,</w:t>
      </w:r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ihtiyaçlarına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905EE4" w:rsidRPr="005B7348">
        <w:rPr>
          <w:sz w:val="20"/>
          <w:szCs w:val="20"/>
          <w:lang w:val="es-ES"/>
        </w:rPr>
        <w:t>süren</w:t>
      </w:r>
      <w:proofErr w:type="spellEnd"/>
      <w:r w:rsidR="00905EE4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veri </w:t>
      </w:r>
      <w:proofErr w:type="spellStart"/>
      <w:r w:rsidRPr="005B7348">
        <w:rPr>
          <w:sz w:val="20"/>
          <w:szCs w:val="20"/>
          <w:lang w:val="es-ES"/>
        </w:rPr>
        <w:t>toplama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DD4492" w:rsidRPr="005B7348">
        <w:rPr>
          <w:sz w:val="20"/>
          <w:szCs w:val="20"/>
          <w:lang w:val="es-ES"/>
        </w:rPr>
        <w:t>çalışmalarına</w:t>
      </w:r>
      <w:proofErr w:type="spellEnd"/>
      <w:r w:rsidR="00BB18AE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ve </w:t>
      </w:r>
      <w:proofErr w:type="spellStart"/>
      <w:r w:rsidRPr="005B7348">
        <w:rPr>
          <w:sz w:val="20"/>
          <w:szCs w:val="20"/>
          <w:lang w:val="es-ES"/>
        </w:rPr>
        <w:t>araştırmalara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katılımını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1CF2D520" w14:textId="77777777" w:rsidR="00AD2D5C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51.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C34BC7" w:rsidRPr="005B7348">
        <w:rPr>
          <w:sz w:val="20"/>
          <w:szCs w:val="20"/>
          <w:lang w:val="es-ES"/>
        </w:rPr>
        <w:t>emek</w:t>
      </w:r>
      <w:r w:rsidRPr="005B7348">
        <w:rPr>
          <w:sz w:val="20"/>
          <w:szCs w:val="20"/>
          <w:lang w:val="es-ES"/>
        </w:rPr>
        <w:t>ve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ekonomi</w:t>
      </w:r>
      <w:proofErr w:type="spellEnd"/>
      <w:r w:rsidR="00F65E68" w:rsidRPr="005B7348">
        <w:rPr>
          <w:sz w:val="20"/>
          <w:szCs w:val="20"/>
          <w:lang w:val="es-ES"/>
        </w:rPr>
        <w:t xml:space="preserve"> </w:t>
      </w:r>
      <w:proofErr w:type="spellStart"/>
      <w:r w:rsidR="00F65E68" w:rsidRPr="005B7348">
        <w:rPr>
          <w:sz w:val="20"/>
          <w:szCs w:val="20"/>
          <w:lang w:val="es-ES"/>
        </w:rPr>
        <w:t>alanında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="00FE379A" w:rsidRPr="005B7348">
        <w:rPr>
          <w:sz w:val="20"/>
          <w:szCs w:val="20"/>
          <w:lang w:val="es-ES"/>
        </w:rPr>
        <w:t xml:space="preserve"> </w:t>
      </w:r>
      <w:proofErr w:type="spellStart"/>
      <w:r w:rsidR="00FE379A" w:rsidRPr="005B7348">
        <w:rPr>
          <w:sz w:val="20"/>
          <w:szCs w:val="20"/>
          <w:lang w:val="es-ES"/>
        </w:rPr>
        <w:t>yasal</w:t>
      </w:r>
      <w:proofErr w:type="spellEnd"/>
      <w:r w:rsidR="00FE5A87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korumaları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aşağıdakiler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güçlendirmelidir</w:t>
      </w:r>
      <w:proofErr w:type="spellEnd"/>
      <w:r w:rsidRPr="005B7348">
        <w:rPr>
          <w:sz w:val="20"/>
          <w:szCs w:val="20"/>
          <w:lang w:val="es-ES"/>
        </w:rPr>
        <w:t>:</w:t>
      </w:r>
    </w:p>
    <w:p w14:paraId="7A12AA5E" w14:textId="77777777" w:rsidR="00AD2D5C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3B2022">
        <w:rPr>
          <w:lang w:val="es-ES"/>
        </w:rPr>
        <w:br/>
      </w:r>
      <w:r w:rsidRPr="005B7348">
        <w:rPr>
          <w:sz w:val="20"/>
          <w:szCs w:val="20"/>
          <w:lang w:val="es-ES"/>
        </w:rPr>
        <w:t xml:space="preserve">(a) </w:t>
      </w:r>
      <w:proofErr w:type="spellStart"/>
      <w:r w:rsidRPr="005B7348">
        <w:rPr>
          <w:sz w:val="20"/>
          <w:szCs w:val="20"/>
          <w:lang w:val="es-ES"/>
        </w:rPr>
        <w:t>Her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ülkeye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uygulanabilir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tüm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lastRenderedPageBreak/>
        <w:t>standartlarına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makul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ücret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güvenli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koşulları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pazarlık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garanti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altına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almak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754E106E" w14:textId="77777777" w:rsidR="00AD2D5C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(b) </w:t>
      </w:r>
      <w:proofErr w:type="spellStart"/>
      <w:r w:rsidRPr="005B7348">
        <w:rPr>
          <w:sz w:val="20"/>
          <w:szCs w:val="20"/>
          <w:lang w:val="es-ES"/>
        </w:rPr>
        <w:t>Ev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işçileri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sağlığı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göçmen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işçiler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işçileri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örgütlerinin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yapımında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edilmesini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katılımını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standartlarına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muamele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koruma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20D17EDC" w14:textId="55D55C98" w:rsidR="00952613" w:rsidRPr="005B7348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(c) </w:t>
      </w:r>
      <w:proofErr w:type="spellStart"/>
      <w:r w:rsidR="00177691">
        <w:rPr>
          <w:sz w:val="20"/>
          <w:szCs w:val="20"/>
          <w:lang w:val="es-ES"/>
        </w:rPr>
        <w:t>Kay</w:t>
      </w:r>
      <w:r w:rsidR="00177691" w:rsidRPr="005B7348">
        <w:rPr>
          <w:sz w:val="20"/>
          <w:szCs w:val="20"/>
          <w:lang w:val="es-ES"/>
        </w:rPr>
        <w:t>ı</w:t>
      </w:r>
      <w:r w:rsidR="00177691">
        <w:rPr>
          <w:sz w:val="20"/>
          <w:szCs w:val="20"/>
          <w:lang w:val="es-ES"/>
        </w:rPr>
        <w:t>td</w:t>
      </w:r>
      <w:r w:rsidR="00177691" w:rsidRPr="005B7348">
        <w:rPr>
          <w:sz w:val="20"/>
          <w:szCs w:val="20"/>
          <w:lang w:val="es-ES"/>
        </w:rPr>
        <w:t>ışı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işleri</w:t>
      </w:r>
      <w:proofErr w:type="spellEnd"/>
      <w:r w:rsidR="00177691">
        <w:rPr>
          <w:sz w:val="20"/>
          <w:szCs w:val="20"/>
          <w:lang w:val="es-ES"/>
        </w:rPr>
        <w:t xml:space="preserve"> ve </w:t>
      </w:r>
      <w:proofErr w:type="spellStart"/>
      <w:r w:rsidR="00177691">
        <w:rPr>
          <w:sz w:val="20"/>
          <w:szCs w:val="20"/>
          <w:lang w:val="es-ES"/>
        </w:rPr>
        <w:t>i</w:t>
      </w:r>
      <w:r w:rsidR="00177691" w:rsidRPr="005B7348">
        <w:rPr>
          <w:sz w:val="20"/>
          <w:szCs w:val="20"/>
          <w:lang w:val="es-ES"/>
        </w:rPr>
        <w:t>ş</w:t>
      </w:r>
      <w:r w:rsidR="00177691">
        <w:rPr>
          <w:sz w:val="20"/>
          <w:szCs w:val="20"/>
          <w:lang w:val="es-ES"/>
        </w:rPr>
        <w:t>letmelerinin</w:t>
      </w:r>
      <w:proofErr w:type="spellEnd"/>
      <w:r w:rsidR="00177691">
        <w:rPr>
          <w:sz w:val="20"/>
          <w:szCs w:val="20"/>
          <w:lang w:val="es-ES"/>
        </w:rPr>
        <w:t xml:space="preserve"> </w:t>
      </w:r>
      <w:proofErr w:type="spellStart"/>
      <w:r w:rsidR="00177691">
        <w:rPr>
          <w:sz w:val="20"/>
          <w:szCs w:val="20"/>
          <w:lang w:val="de-DE"/>
        </w:rPr>
        <w:t>kayıt</w:t>
      </w:r>
      <w:proofErr w:type="spellEnd"/>
      <w:r w:rsidR="00177691">
        <w:rPr>
          <w:sz w:val="20"/>
          <w:szCs w:val="20"/>
          <w:lang w:val="de-DE"/>
        </w:rPr>
        <w:t xml:space="preserve"> </w:t>
      </w:r>
      <w:proofErr w:type="spellStart"/>
      <w:r w:rsidR="00177691">
        <w:rPr>
          <w:sz w:val="20"/>
          <w:szCs w:val="20"/>
          <w:lang w:val="de-DE"/>
        </w:rPr>
        <w:t>altına</w:t>
      </w:r>
      <w:proofErr w:type="spellEnd"/>
      <w:r w:rsidR="00177691">
        <w:rPr>
          <w:sz w:val="20"/>
          <w:szCs w:val="20"/>
          <w:lang w:val="de-DE"/>
        </w:rPr>
        <w:t xml:space="preserve"> </w:t>
      </w:r>
      <w:proofErr w:type="spellStart"/>
      <w:r w:rsidR="00177691">
        <w:rPr>
          <w:sz w:val="20"/>
          <w:szCs w:val="20"/>
          <w:lang w:val="de-DE"/>
        </w:rPr>
        <w:t>alınması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="00177691">
        <w:rPr>
          <w:sz w:val="20"/>
          <w:szCs w:val="20"/>
          <w:lang w:val="es-ES"/>
        </w:rPr>
        <w:t>enformelle</w:t>
      </w:r>
      <w:r w:rsidRPr="005B7348">
        <w:rPr>
          <w:sz w:val="20"/>
          <w:szCs w:val="20"/>
          <w:lang w:val="es-ES"/>
        </w:rPr>
        <w:t>ş</w:t>
      </w:r>
      <w:r w:rsidR="00177691">
        <w:rPr>
          <w:sz w:val="20"/>
          <w:szCs w:val="20"/>
          <w:lang w:val="es-ES"/>
        </w:rPr>
        <w:t>me</w:t>
      </w:r>
      <w:r w:rsidRPr="005B7348">
        <w:rPr>
          <w:sz w:val="20"/>
          <w:szCs w:val="20"/>
          <w:lang w:val="es-ES"/>
        </w:rPr>
        <w:t>lerin</w:t>
      </w:r>
      <w:r w:rsidR="00177691">
        <w:rPr>
          <w:sz w:val="20"/>
          <w:szCs w:val="20"/>
          <w:lang w:val="es-ES"/>
        </w:rPr>
        <w:t>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önlenmesi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, insana </w:t>
      </w:r>
      <w:proofErr w:type="spellStart"/>
      <w:r w:rsidRPr="005B7348">
        <w:rPr>
          <w:sz w:val="20"/>
          <w:szCs w:val="20"/>
          <w:lang w:val="es-ES"/>
        </w:rPr>
        <w:t>yakışır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yaratan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CF150E" w:rsidRPr="005B7348">
        <w:rPr>
          <w:sz w:val="20"/>
          <w:szCs w:val="20"/>
          <w:lang w:val="es-ES"/>
        </w:rPr>
        <w:t>toplumsal</w:t>
      </w:r>
      <w:proofErr w:type="spellEnd"/>
      <w:r w:rsidR="00CF150E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r w:rsidR="00F871D3" w:rsidRPr="005B7348">
        <w:rPr>
          <w:sz w:val="20"/>
          <w:szCs w:val="20"/>
          <w:lang w:val="es-ES"/>
        </w:rPr>
        <w:t>e</w:t>
      </w:r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istihdam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makro</w:t>
      </w:r>
      <w:r w:rsidR="00F871D3" w:rsidRPr="005B7348">
        <w:rPr>
          <w:sz w:val="20"/>
          <w:szCs w:val="20"/>
          <w:lang w:val="es-ES"/>
        </w:rPr>
        <w:t>-</w:t>
      </w:r>
      <w:r w:rsidRPr="005B7348">
        <w:rPr>
          <w:sz w:val="20"/>
          <w:szCs w:val="20"/>
          <w:lang w:val="es-ES"/>
        </w:rPr>
        <w:t>ekonomik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009F1A7A" w14:textId="77777777" w:rsidR="00D470C1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52.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halklarına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eğitim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="00550052" w:rsidRPr="005B7348">
        <w:rPr>
          <w:sz w:val="20"/>
          <w:szCs w:val="20"/>
          <w:lang w:val="es-ES"/>
        </w:rPr>
        <w:t>toplumsal</w:t>
      </w:r>
      <w:proofErr w:type="spellEnd"/>
      <w:r w:rsidR="00550052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evrensel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sağlamalıdır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7D0A49F1" w14:textId="77777777" w:rsidR="00AD2D5C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(a) </w:t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yaşam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seçimlerini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haklarından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yararlanma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becerilerini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artıracak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hamilelikle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kararlar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alabilmelerini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5CA40DA6" w14:textId="4ED92FC4" w:rsidR="005B7348" w:rsidRDefault="000C7284" w:rsidP="005B7348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(b) </w:t>
      </w:r>
      <w:proofErr w:type="spellStart"/>
      <w:r w:rsidRPr="005B7348">
        <w:rPr>
          <w:sz w:val="20"/>
          <w:szCs w:val="20"/>
          <w:lang w:val="es-ES"/>
        </w:rPr>
        <w:t>Evrensel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annelik</w:t>
      </w:r>
      <w:proofErr w:type="spellEnd"/>
      <w:r w:rsidRPr="005B7348">
        <w:rPr>
          <w:sz w:val="20"/>
          <w:szCs w:val="20"/>
          <w:lang w:val="es-ES"/>
        </w:rPr>
        <w:t>/</w:t>
      </w:r>
      <w:proofErr w:type="spellStart"/>
      <w:r w:rsidRPr="005B7348">
        <w:rPr>
          <w:sz w:val="20"/>
          <w:szCs w:val="20"/>
          <w:lang w:val="es-ES"/>
        </w:rPr>
        <w:t>babalık</w:t>
      </w:r>
      <w:proofErr w:type="spellEnd"/>
      <w:r w:rsidRPr="005B7348">
        <w:rPr>
          <w:sz w:val="20"/>
          <w:szCs w:val="20"/>
          <w:lang w:val="es-ES"/>
        </w:rPr>
        <w:t>/</w:t>
      </w:r>
      <w:proofErr w:type="spellStart"/>
      <w:r w:rsidRPr="005B7348">
        <w:rPr>
          <w:sz w:val="20"/>
          <w:szCs w:val="20"/>
          <w:lang w:val="es-ES"/>
        </w:rPr>
        <w:t>ebeveynlik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emeklilik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yardımları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evrensel</w:t>
      </w:r>
      <w:proofErr w:type="spellEnd"/>
      <w:r w:rsidRPr="005B7348">
        <w:rPr>
          <w:sz w:val="20"/>
          <w:szCs w:val="20"/>
          <w:lang w:val="es-ES"/>
        </w:rPr>
        <w:t xml:space="preserve"> ve</w:t>
      </w:r>
      <w:r w:rsidR="00474932" w:rsidRPr="005B7348">
        <w:rPr>
          <w:sz w:val="20"/>
          <w:szCs w:val="20"/>
          <w:lang w:val="es-ES"/>
        </w:rPr>
        <w:t xml:space="preserve"> </w:t>
      </w:r>
      <w:proofErr w:type="spellStart"/>
      <w:r w:rsidR="00474932" w:rsidRPr="005B7348">
        <w:rPr>
          <w:sz w:val="20"/>
          <w:szCs w:val="20"/>
          <w:lang w:val="es-ES"/>
        </w:rPr>
        <w:t>toplumsal</w:t>
      </w:r>
      <w:proofErr w:type="spellEnd"/>
      <w:r w:rsidR="00474932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; </w:t>
      </w:r>
      <w:proofErr w:type="spellStart"/>
      <w:r w:rsidRPr="005B7348">
        <w:rPr>
          <w:sz w:val="20"/>
          <w:szCs w:val="20"/>
          <w:lang w:val="es-ES"/>
        </w:rPr>
        <w:t>engellilikle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maliyetleri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dikkate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kapsamı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gayri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resmi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göçmen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işçilere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genişletmek</w:t>
      </w:r>
      <w:proofErr w:type="spellEnd"/>
      <w:r w:rsidRPr="005B7348">
        <w:rPr>
          <w:sz w:val="20"/>
          <w:szCs w:val="20"/>
          <w:lang w:val="es-ES"/>
        </w:rPr>
        <w:t>;</w:t>
      </w:r>
    </w:p>
    <w:p w14:paraId="008FCB94" w14:textId="77777777" w:rsidR="00AD2D5C" w:rsidRDefault="00AD2D5C" w:rsidP="00D470C1">
      <w:pPr>
        <w:spacing w:after="0"/>
        <w:jc w:val="both"/>
        <w:rPr>
          <w:sz w:val="20"/>
          <w:szCs w:val="20"/>
          <w:lang w:val="es-ES"/>
        </w:rPr>
      </w:pPr>
    </w:p>
    <w:p w14:paraId="2F9D4259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(c) </w:t>
      </w:r>
      <w:proofErr w:type="spellStart"/>
      <w:r w:rsidRPr="005B7348">
        <w:rPr>
          <w:sz w:val="20"/>
          <w:szCs w:val="20"/>
          <w:lang w:val="es-ES"/>
        </w:rPr>
        <w:t>Yoksulluğu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azaltmak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eğitime</w:t>
      </w:r>
      <w:proofErr w:type="spellEnd"/>
      <w:r w:rsidRPr="005B7348">
        <w:rPr>
          <w:sz w:val="20"/>
          <w:szCs w:val="20"/>
          <w:lang w:val="es-ES"/>
        </w:rPr>
        <w:t xml:space="preserve"> ve insana </w:t>
      </w:r>
      <w:proofErr w:type="spellStart"/>
      <w:r w:rsidRPr="005B7348">
        <w:rPr>
          <w:sz w:val="20"/>
          <w:szCs w:val="20"/>
          <w:lang w:val="es-ES"/>
        </w:rPr>
        <w:t>yakışır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fırsatlarına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erişimi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kırsal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altyapı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ulaşım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çocuk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yatırım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yaparak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tarım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sektöründe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</w:t>
      </w:r>
      <w:proofErr w:type="spellEnd"/>
      <w:r w:rsidRPr="005B7348">
        <w:rPr>
          <w:sz w:val="20"/>
          <w:szCs w:val="20"/>
          <w:lang w:val="es-ES"/>
        </w:rPr>
        <w:t xml:space="preserve"> da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kırsal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kesimdeki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sorumluluklarını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ihtiyaçlarını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desteklemek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65D3255F" w14:textId="27818A24" w:rsidR="00DB0CCF" w:rsidRPr="005B7348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(d)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örgütlerini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altyapı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="001D639E" w:rsidRPr="005B7348">
        <w:rPr>
          <w:sz w:val="20"/>
          <w:szCs w:val="20"/>
          <w:lang w:val="es-ES"/>
        </w:rPr>
        <w:t>toplumsal</w:t>
      </w:r>
      <w:proofErr w:type="spellEnd"/>
      <w:r w:rsidR="001D639E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bütçelemeye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487A2429" w14:textId="77777777" w:rsidR="00E045E5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53.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odaklı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yönetim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ekonomi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topluluk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geliştirmek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A15D89" w:rsidRPr="005B7348">
        <w:rPr>
          <w:sz w:val="20"/>
          <w:szCs w:val="20"/>
          <w:lang w:val="es-ES"/>
        </w:rPr>
        <w:t>üzere</w:t>
      </w:r>
      <w:proofErr w:type="spellEnd"/>
      <w:r w:rsidR="00A15D89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değişim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aktif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çalışmalıdır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örneğin</w:t>
      </w:r>
      <w:proofErr w:type="spellEnd"/>
      <w:r w:rsidRPr="005B7348">
        <w:rPr>
          <w:sz w:val="20"/>
          <w:szCs w:val="20"/>
          <w:lang w:val="es-ES"/>
        </w:rPr>
        <w:t>:</w:t>
      </w:r>
    </w:p>
    <w:p w14:paraId="10C89D26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(a) </w:t>
      </w:r>
      <w:proofErr w:type="spellStart"/>
      <w:r w:rsidRPr="005B7348">
        <w:rPr>
          <w:sz w:val="20"/>
          <w:szCs w:val="20"/>
          <w:lang w:val="es-ES"/>
        </w:rPr>
        <w:t>Sivillerin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zarar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görmemesini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insani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yardım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sivil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altyapısının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silahlı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çatışmalarda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hedef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alınmamasını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insani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hukuku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uygulamak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169B4411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(b)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kaynaklarını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militarizasyondan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uzaklaştırıp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ekolojik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sürdürülebilirliğe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inşa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yönlendirmek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50EF5649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(c) </w:t>
      </w:r>
      <w:proofErr w:type="spellStart"/>
      <w:r w:rsidR="00CB095F" w:rsidRPr="005B7348">
        <w:rPr>
          <w:sz w:val="20"/>
          <w:szCs w:val="20"/>
          <w:lang w:val="es-ES"/>
        </w:rPr>
        <w:t>Toplumsal</w:t>
      </w:r>
      <w:proofErr w:type="spellEnd"/>
      <w:r w:rsidR="00CB095F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yeniden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üretim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ekonomik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üretim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ekolojik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yenilenmeyi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birbirine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bağlayan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bütüncül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sistemik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bakış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benimsemek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65D5640E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(d)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ihtiyaç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boş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zaman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dinlenme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topluma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olma ve </w:t>
      </w:r>
      <w:proofErr w:type="spellStart"/>
      <w:r w:rsidRPr="005B7348">
        <w:rPr>
          <w:sz w:val="20"/>
          <w:szCs w:val="20"/>
          <w:lang w:val="es-ES"/>
        </w:rPr>
        <w:t>kamusal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kültürel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yaşama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katılım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yararlanmalarını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mevzuat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yoluyla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kolektif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girişimlerini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desteklemek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79FCBE4C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lastRenderedPageBreak/>
        <w:t xml:space="preserve">(e)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savunucularını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savunucularını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çalışmaları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insanlara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gezegene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sağlamayı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içeren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çevrecileri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korumak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31BF15C4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(f) </w:t>
      </w:r>
      <w:proofErr w:type="spellStart"/>
      <w:r w:rsidRPr="005B7348">
        <w:rPr>
          <w:sz w:val="20"/>
          <w:szCs w:val="20"/>
          <w:lang w:val="es-ES"/>
        </w:rPr>
        <w:t>Ekonomik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ekolojik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sosyal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sürdürülebilir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sistemlerini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finanse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kamu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bütçelerini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vergilendirmeyi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reform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yüksek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gelirli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kişiler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şirketler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orantılı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artan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vergilendirme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8E13A4" w:rsidRPr="005B7348">
        <w:rPr>
          <w:sz w:val="20"/>
          <w:szCs w:val="20"/>
          <w:lang w:val="es-ES"/>
        </w:rPr>
        <w:t>gelir</w:t>
      </w:r>
      <w:proofErr w:type="spellEnd"/>
      <w:r w:rsidR="008E13A4" w:rsidRPr="005B7348">
        <w:rPr>
          <w:sz w:val="20"/>
          <w:szCs w:val="20"/>
          <w:lang w:val="es-ES"/>
        </w:rPr>
        <w:t xml:space="preserve"> </w:t>
      </w:r>
      <w:proofErr w:type="spellStart"/>
      <w:r w:rsidR="008E13A4" w:rsidRPr="005B7348">
        <w:rPr>
          <w:sz w:val="20"/>
          <w:szCs w:val="20"/>
          <w:lang w:val="es-ES"/>
        </w:rPr>
        <w:t>dağılımı</w:t>
      </w:r>
      <w:proofErr w:type="spellEnd"/>
      <w:r w:rsidR="008E13A4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adaleti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adil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mali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odaklanmak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4CA683E6" w14:textId="77777777" w:rsidR="00AD2D5C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(g)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sürdürülebilir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kalkınma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iklim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stratejilerine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entegre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etmek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46D32137" w14:textId="2551C2AF" w:rsidR="00D470C1" w:rsidRDefault="000C7284" w:rsidP="00D470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>(h)</w:t>
      </w:r>
      <w:r w:rsidR="00AD2D5C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yasal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düzenlemelere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bilgi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amacıyla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ücretli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ücretsiz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desteğin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kapsamını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değerini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ihtiyacını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ölçmek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gelir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="002B78DB" w:rsidRPr="005B7348">
        <w:rPr>
          <w:sz w:val="20"/>
          <w:szCs w:val="20"/>
          <w:lang w:val="es-ES"/>
        </w:rPr>
        <w:t>toplumsal</w:t>
      </w:r>
      <w:proofErr w:type="spellEnd"/>
      <w:r w:rsidR="002B78DB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yaş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ırk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etnik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köken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göç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yerli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azınlık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statüsü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engellilik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coğrafi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özelliklere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ayrıştırılmış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verileri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toplamak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yaymak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5AD263C8" w14:textId="546B9B72" w:rsidR="00462EC1" w:rsidRDefault="000C7284" w:rsidP="00462EC1">
      <w:pPr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</w:r>
      <w:r w:rsidRPr="00E045E5">
        <w:rPr>
          <w:sz w:val="20"/>
          <w:szCs w:val="20"/>
          <w:lang w:val="es-ES"/>
        </w:rPr>
        <w:t>54.</w:t>
      </w:r>
      <w:r w:rsidR="00D77E51">
        <w:rPr>
          <w:sz w:val="20"/>
          <w:szCs w:val="20"/>
          <w:lang w:val="es-ES"/>
        </w:rPr>
        <w:t xml:space="preserve"> </w:t>
      </w:r>
      <w:r w:rsidR="00462EC1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finans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kurumları</w:t>
      </w:r>
      <w:proofErr w:type="spellEnd"/>
      <w:r w:rsidRPr="005B7348">
        <w:rPr>
          <w:sz w:val="20"/>
          <w:szCs w:val="20"/>
          <w:lang w:val="es-ES"/>
        </w:rPr>
        <w:t xml:space="preserve"> da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>:</w:t>
      </w:r>
    </w:p>
    <w:p w14:paraId="5A284EFC" w14:textId="77777777" w:rsidR="00AD2D5C" w:rsidRDefault="000C7284" w:rsidP="00462E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(a) </w:t>
      </w:r>
      <w:proofErr w:type="spellStart"/>
      <w:r w:rsidR="003709AB" w:rsidRPr="005B7348">
        <w:rPr>
          <w:sz w:val="20"/>
          <w:szCs w:val="20"/>
          <w:lang w:val="es-ES"/>
        </w:rPr>
        <w:t>Kaynakların</w:t>
      </w:r>
      <w:proofErr w:type="spellEnd"/>
      <w:r w:rsidR="003709AB" w:rsidRPr="005B7348">
        <w:rPr>
          <w:sz w:val="20"/>
          <w:szCs w:val="20"/>
          <w:lang w:val="es-ES"/>
        </w:rPr>
        <w:t xml:space="preserve"> </w:t>
      </w:r>
      <w:proofErr w:type="spellStart"/>
      <w:r w:rsidR="003709AB" w:rsidRPr="005B7348">
        <w:rPr>
          <w:sz w:val="20"/>
          <w:szCs w:val="20"/>
          <w:lang w:val="es-ES"/>
        </w:rPr>
        <w:t>t</w:t>
      </w:r>
      <w:r w:rsidR="00E2366B" w:rsidRPr="005B7348">
        <w:rPr>
          <w:sz w:val="20"/>
          <w:szCs w:val="20"/>
          <w:lang w:val="es-ES"/>
        </w:rPr>
        <w:t>oplumsal</w:t>
      </w:r>
      <w:proofErr w:type="spellEnd"/>
      <w:r w:rsidR="00E2366B" w:rsidRPr="005B7348">
        <w:rPr>
          <w:sz w:val="20"/>
          <w:szCs w:val="20"/>
          <w:lang w:val="es-ES"/>
        </w:rPr>
        <w:t xml:space="preserve"> </w:t>
      </w:r>
      <w:proofErr w:type="spellStart"/>
      <w:r w:rsidR="00E2366B" w:rsidRPr="005B7348">
        <w:rPr>
          <w:sz w:val="20"/>
          <w:szCs w:val="20"/>
          <w:lang w:val="es-ES"/>
        </w:rPr>
        <w:t>c</w:t>
      </w:r>
      <w:r w:rsidRPr="005B7348">
        <w:rPr>
          <w:sz w:val="20"/>
          <w:szCs w:val="20"/>
          <w:lang w:val="es-ES"/>
        </w:rPr>
        <w:t>insiyet</w:t>
      </w:r>
      <w:r w:rsidR="00EE32EF" w:rsidRPr="005B7348">
        <w:rPr>
          <w:sz w:val="20"/>
          <w:szCs w:val="20"/>
          <w:lang w:val="es-ES"/>
        </w:rPr>
        <w:t>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duyarlı</w:t>
      </w:r>
      <w:proofErr w:type="spellEnd"/>
      <w:r w:rsidR="003709AB" w:rsidRPr="005B7348">
        <w:rPr>
          <w:sz w:val="20"/>
          <w:szCs w:val="20"/>
          <w:lang w:val="es-ES"/>
        </w:rPr>
        <w:t xml:space="preserve"> </w:t>
      </w:r>
      <w:proofErr w:type="spellStart"/>
      <w:r w:rsidR="00AE0598" w:rsidRPr="005B7348">
        <w:rPr>
          <w:sz w:val="20"/>
          <w:szCs w:val="20"/>
          <w:lang w:val="es-ES"/>
        </w:rPr>
        <w:t>biçimde</w:t>
      </w:r>
      <w:proofErr w:type="spellEnd"/>
      <w:r w:rsidR="00AE0598" w:rsidRPr="005B7348">
        <w:rPr>
          <w:sz w:val="20"/>
          <w:szCs w:val="20"/>
          <w:lang w:val="es-ES"/>
        </w:rPr>
        <w:t xml:space="preserve"> </w:t>
      </w:r>
      <w:proofErr w:type="spellStart"/>
      <w:r w:rsidR="00AE0598" w:rsidRPr="005B7348">
        <w:rPr>
          <w:sz w:val="20"/>
          <w:szCs w:val="20"/>
          <w:lang w:val="es-ES"/>
        </w:rPr>
        <w:t>yeniden</w:t>
      </w:r>
      <w:proofErr w:type="spellEnd"/>
      <w:r w:rsidR="00AE0598" w:rsidRPr="005B7348">
        <w:rPr>
          <w:sz w:val="20"/>
          <w:szCs w:val="20"/>
          <w:lang w:val="es-ES"/>
        </w:rPr>
        <w:t xml:space="preserve"> </w:t>
      </w:r>
      <w:proofErr w:type="spellStart"/>
      <w:r w:rsidR="00AE0598" w:rsidRPr="005B7348">
        <w:rPr>
          <w:sz w:val="20"/>
          <w:szCs w:val="20"/>
          <w:lang w:val="es-ES"/>
        </w:rPr>
        <w:t>dağıtımı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refahı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önceliklendirmek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eşitlikçi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ticaret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yatırım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borç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iptali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borç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hafifletmesini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etmelidir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14D352F0" w14:textId="2B1EDD9B" w:rsidR="00952613" w:rsidRDefault="000C7284" w:rsidP="00462E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(b) </w:t>
      </w:r>
      <w:proofErr w:type="spellStart"/>
      <w:r w:rsidRPr="005B7348">
        <w:rPr>
          <w:sz w:val="20"/>
          <w:szCs w:val="20"/>
          <w:lang w:val="es-ES"/>
        </w:rPr>
        <w:t>Çevresel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kirlilik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vergi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kaçakçılığı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gibi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konularda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şirketlerin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hesap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verebilirliğini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sağlamalıdır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467B885A" w14:textId="77777777" w:rsidR="00462EC1" w:rsidRPr="005B7348" w:rsidRDefault="00462EC1" w:rsidP="00462EC1">
      <w:pPr>
        <w:spacing w:after="0"/>
        <w:jc w:val="both"/>
        <w:rPr>
          <w:sz w:val="20"/>
          <w:szCs w:val="20"/>
          <w:lang w:val="es-ES"/>
        </w:rPr>
      </w:pPr>
    </w:p>
    <w:p w14:paraId="586AA04C" w14:textId="77777777" w:rsidR="00462EC1" w:rsidRPr="00CB3019" w:rsidRDefault="000C7284" w:rsidP="00462EC1">
      <w:pPr>
        <w:spacing w:after="0"/>
        <w:jc w:val="both"/>
        <w:rPr>
          <w:sz w:val="20"/>
          <w:szCs w:val="20"/>
          <w:lang w:val="es-ES"/>
        </w:rPr>
      </w:pPr>
      <w:r w:rsidRPr="00E045E5">
        <w:rPr>
          <w:sz w:val="20"/>
          <w:szCs w:val="20"/>
          <w:lang w:val="es-ES"/>
        </w:rPr>
        <w:t>5</w:t>
      </w:r>
      <w:r w:rsidR="003004EE">
        <w:rPr>
          <w:sz w:val="20"/>
          <w:szCs w:val="20"/>
          <w:lang w:val="es-ES"/>
        </w:rPr>
        <w:t>5</w:t>
      </w:r>
      <w:r w:rsidRPr="00E045E5">
        <w:rPr>
          <w:sz w:val="20"/>
          <w:szCs w:val="20"/>
          <w:lang w:val="es-ES"/>
        </w:rPr>
        <w:t>.</w:t>
      </w:r>
      <w:r w:rsidR="00335C3D" w:rsidRPr="00210903">
        <w:rPr>
          <w:b/>
          <w:bCs/>
          <w:sz w:val="20"/>
          <w:szCs w:val="20"/>
          <w:lang w:val="es-ES"/>
        </w:rPr>
        <w:t>*</w:t>
      </w:r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Şirketler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bunlar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üzerinde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yargı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kontrol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yetkisi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bulunan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bölgesel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  <w:t xml:space="preserve">ve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kuruluşlar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şunları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yapmalıdır</w:t>
      </w:r>
      <w:proofErr w:type="spellEnd"/>
      <w:r w:rsidRPr="005B7348">
        <w:rPr>
          <w:sz w:val="20"/>
          <w:szCs w:val="20"/>
          <w:lang w:val="es-ES"/>
        </w:rPr>
        <w:t>:</w:t>
      </w:r>
      <w:r w:rsidRPr="005B7348">
        <w:rPr>
          <w:sz w:val="20"/>
          <w:szCs w:val="20"/>
          <w:lang w:val="es-ES"/>
        </w:rPr>
        <w:br/>
      </w:r>
    </w:p>
    <w:p w14:paraId="3FA89060" w14:textId="77777777" w:rsidR="00AD2D5C" w:rsidRDefault="000C7284" w:rsidP="00462E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(a)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gerçekleştirilmesini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kadınlara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çocuklarına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ayrımcılığın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sona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erdirilmesi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aktif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çalışmak</w:t>
      </w:r>
      <w:proofErr w:type="spellEnd"/>
      <w:r w:rsidRPr="005B7348">
        <w:rPr>
          <w:sz w:val="20"/>
          <w:szCs w:val="20"/>
          <w:lang w:val="es-ES"/>
        </w:rPr>
        <w:t xml:space="preserve"> da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Örgütü'nün</w:t>
      </w:r>
      <w:proofErr w:type="spellEnd"/>
      <w:r w:rsidRPr="005B7348">
        <w:rPr>
          <w:sz w:val="20"/>
          <w:szCs w:val="20"/>
          <w:lang w:val="es-ES"/>
        </w:rPr>
        <w:t xml:space="preserve"> (ILO) 2024 </w:t>
      </w:r>
      <w:proofErr w:type="spellStart"/>
      <w:r w:rsidRPr="005B7348">
        <w:rPr>
          <w:sz w:val="20"/>
          <w:szCs w:val="20"/>
          <w:lang w:val="es-ES"/>
        </w:rPr>
        <w:t>tarihli</w:t>
      </w:r>
      <w:proofErr w:type="spellEnd"/>
      <w:r w:rsidRPr="005B7348">
        <w:rPr>
          <w:sz w:val="20"/>
          <w:szCs w:val="20"/>
          <w:lang w:val="es-ES"/>
        </w:rPr>
        <w:t xml:space="preserve"> insana </w:t>
      </w:r>
      <w:proofErr w:type="spellStart"/>
      <w:r w:rsidRPr="005B7348">
        <w:rPr>
          <w:sz w:val="20"/>
          <w:szCs w:val="20"/>
          <w:lang w:val="es-ES"/>
        </w:rPr>
        <w:t>yakışır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ekonomisi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uygulamalıdır</w:t>
      </w:r>
      <w:proofErr w:type="spellEnd"/>
      <w:r w:rsidRPr="005B7348">
        <w:rPr>
          <w:sz w:val="20"/>
          <w:szCs w:val="20"/>
          <w:lang w:val="es-ES"/>
        </w:rPr>
        <w:t>;</w:t>
      </w:r>
      <w:r w:rsidRPr="005B7348">
        <w:rPr>
          <w:sz w:val="20"/>
          <w:szCs w:val="20"/>
          <w:lang w:val="es-ES"/>
        </w:rPr>
        <w:br/>
      </w:r>
    </w:p>
    <w:p w14:paraId="23A7ABA5" w14:textId="576B04EB" w:rsidR="005347F2" w:rsidRPr="005B7348" w:rsidRDefault="000C7284" w:rsidP="00462EC1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(b) </w:t>
      </w:r>
      <w:proofErr w:type="spellStart"/>
      <w:r w:rsidRPr="005B7348">
        <w:rPr>
          <w:sz w:val="20"/>
          <w:szCs w:val="20"/>
          <w:lang w:val="es-ES"/>
        </w:rPr>
        <w:t>Uzaktan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hibrit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daha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kısa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haftaları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  <w:t xml:space="preserve">ve </w:t>
      </w:r>
      <w:proofErr w:type="spellStart"/>
      <w:r w:rsidRPr="005B7348">
        <w:rPr>
          <w:sz w:val="20"/>
          <w:szCs w:val="20"/>
          <w:lang w:val="es-ES"/>
        </w:rPr>
        <w:t>ev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yaşamı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denge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sağlayan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işyeri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kültürleri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uygulamaları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oluşturun</w:t>
      </w:r>
      <w:proofErr w:type="spellEnd"/>
      <w:r w:rsidRPr="005B7348">
        <w:rPr>
          <w:sz w:val="20"/>
          <w:szCs w:val="20"/>
          <w:lang w:val="es-ES"/>
        </w:rPr>
        <w:t>. "</w:t>
      </w:r>
      <w:proofErr w:type="spellStart"/>
      <w:r w:rsidRPr="005B7348">
        <w:rPr>
          <w:sz w:val="20"/>
          <w:szCs w:val="20"/>
          <w:lang w:val="es-ES"/>
        </w:rPr>
        <w:t>Esnek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saatleri</w:t>
      </w:r>
      <w:proofErr w:type="spellEnd"/>
      <w:r w:rsidRPr="005B7348">
        <w:rPr>
          <w:sz w:val="20"/>
          <w:szCs w:val="20"/>
          <w:lang w:val="es-ES"/>
        </w:rPr>
        <w:t xml:space="preserve">" </w:t>
      </w:r>
      <w:proofErr w:type="spellStart"/>
      <w:r w:rsidRPr="005B7348">
        <w:rPr>
          <w:sz w:val="20"/>
          <w:szCs w:val="20"/>
          <w:lang w:val="es-ES"/>
        </w:rPr>
        <w:t>düzenlemelerinin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veya</w:t>
      </w:r>
      <w:proofErr w:type="spellEnd"/>
      <w:r w:rsidR="00E16BB9" w:rsidRPr="005B7348">
        <w:rPr>
          <w:sz w:val="20"/>
          <w:szCs w:val="20"/>
          <w:lang w:val="es-ES"/>
        </w:rPr>
        <w:t xml:space="preserve"> </w:t>
      </w:r>
      <w:proofErr w:type="spellStart"/>
      <w:r w:rsidR="00941253" w:rsidRPr="005B7348">
        <w:rPr>
          <w:sz w:val="20"/>
          <w:szCs w:val="20"/>
          <w:lang w:val="es-ES"/>
        </w:rPr>
        <w:t>toplumsal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mutlaka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fayda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sağlamadığını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ancak</w:t>
      </w:r>
      <w:proofErr w:type="spellEnd"/>
      <w:r w:rsidRPr="005B7348">
        <w:rPr>
          <w:sz w:val="20"/>
          <w:szCs w:val="20"/>
          <w:lang w:val="es-ES"/>
        </w:rPr>
        <w:t xml:space="preserve"> bu </w:t>
      </w:r>
      <w:proofErr w:type="spellStart"/>
      <w:r w:rsidRPr="005B7348">
        <w:rPr>
          <w:sz w:val="20"/>
          <w:szCs w:val="20"/>
          <w:lang w:val="es-ES"/>
        </w:rPr>
        <w:t>sonuçlar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kasıtlı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tasarlanması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gerektiğini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kabul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edin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5BC3A3FB" w14:textId="77777777" w:rsidR="00AD2D5C" w:rsidRDefault="00AD2D5C" w:rsidP="00CB3019">
      <w:pPr>
        <w:spacing w:after="0"/>
        <w:jc w:val="both"/>
        <w:rPr>
          <w:sz w:val="20"/>
          <w:szCs w:val="20"/>
          <w:lang w:val="es-ES"/>
        </w:rPr>
      </w:pPr>
    </w:p>
    <w:p w14:paraId="13DF23C4" w14:textId="77777777" w:rsidR="00AD2D5C" w:rsidRDefault="000C7284" w:rsidP="00CB3019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(c) </w:t>
      </w:r>
      <w:proofErr w:type="spellStart"/>
      <w:r w:rsidRPr="005B7348">
        <w:rPr>
          <w:sz w:val="20"/>
          <w:szCs w:val="20"/>
          <w:lang w:val="es-ES"/>
        </w:rPr>
        <w:t>İşe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alım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politikalarında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yoluyla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geliştirilen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becerilerin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değerini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kabul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edin</w:t>
      </w:r>
      <w:proofErr w:type="spellEnd"/>
      <w:r w:rsidRPr="005B7348">
        <w:rPr>
          <w:sz w:val="20"/>
          <w:szCs w:val="20"/>
          <w:lang w:val="es-ES"/>
        </w:rPr>
        <w:t>.</w:t>
      </w:r>
      <w:r w:rsidRPr="005B7348">
        <w:rPr>
          <w:sz w:val="20"/>
          <w:szCs w:val="20"/>
          <w:lang w:val="es-ES"/>
        </w:rPr>
        <w:br/>
      </w:r>
    </w:p>
    <w:p w14:paraId="3E5ADAE6" w14:textId="7B76B3DD" w:rsidR="00E045E5" w:rsidRPr="005B7348" w:rsidRDefault="000C7284" w:rsidP="005B7348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(d)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işverenler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yerel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yönetimlerle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işbirliği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çalışanlar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aileler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topluluklar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hizmetleri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geliştirmek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6549B885" w14:textId="77777777" w:rsidR="00145CEA" w:rsidRDefault="00145CEA">
      <w:pPr>
        <w:rPr>
          <w:b/>
          <w:bCs/>
          <w:lang w:val="es-ES"/>
        </w:rPr>
      </w:pPr>
      <w:r>
        <w:rPr>
          <w:b/>
          <w:bCs/>
          <w:lang w:val="es-ES"/>
        </w:rPr>
        <w:br w:type="page"/>
      </w:r>
    </w:p>
    <w:p w14:paraId="2A99BB4D" w14:textId="6755E547" w:rsidR="00145CEA" w:rsidRPr="007C1276" w:rsidRDefault="00145CEA" w:rsidP="00E045E5">
      <w:pPr>
        <w:spacing w:after="0"/>
        <w:rPr>
          <w:b/>
          <w:bCs/>
          <w:lang w:val="es-ES"/>
        </w:rPr>
      </w:pPr>
      <w:r w:rsidRPr="007C1276">
        <w:rPr>
          <w:b/>
          <w:bCs/>
          <w:lang w:val="es-ES"/>
        </w:rPr>
        <w:lastRenderedPageBreak/>
        <w:t>EK</w:t>
      </w:r>
    </w:p>
    <w:p w14:paraId="08B3732B" w14:textId="77777777" w:rsidR="00145CEA" w:rsidRDefault="00145CEA" w:rsidP="00E045E5">
      <w:pPr>
        <w:spacing w:after="0"/>
        <w:rPr>
          <w:b/>
          <w:bCs/>
          <w:lang w:val="es-ES"/>
        </w:rPr>
      </w:pPr>
    </w:p>
    <w:p w14:paraId="715A34C8" w14:textId="66B3543C" w:rsidR="00E045E5" w:rsidRDefault="000C7284" w:rsidP="00E045E5">
      <w:pPr>
        <w:spacing w:after="0"/>
        <w:rPr>
          <w:b/>
          <w:bCs/>
          <w:lang w:val="es-ES"/>
        </w:rPr>
      </w:pPr>
      <w:proofErr w:type="spellStart"/>
      <w:r w:rsidRPr="005B7348">
        <w:rPr>
          <w:b/>
          <w:bCs/>
          <w:lang w:val="es-ES"/>
        </w:rPr>
        <w:t>Çalışma</w:t>
      </w:r>
      <w:proofErr w:type="spellEnd"/>
      <w:r w:rsidRPr="005B7348">
        <w:rPr>
          <w:b/>
          <w:bCs/>
          <w:lang w:val="es-ES"/>
        </w:rPr>
        <w:t xml:space="preserve"> </w:t>
      </w:r>
      <w:proofErr w:type="spellStart"/>
      <w:r w:rsidRPr="005B7348">
        <w:rPr>
          <w:b/>
          <w:bCs/>
          <w:lang w:val="es-ES"/>
        </w:rPr>
        <w:t>Grubunun</w:t>
      </w:r>
      <w:proofErr w:type="spellEnd"/>
      <w:r w:rsidRPr="005B7348">
        <w:rPr>
          <w:b/>
          <w:bCs/>
          <w:lang w:val="es-ES"/>
        </w:rPr>
        <w:t xml:space="preserve"> Ana </w:t>
      </w:r>
      <w:proofErr w:type="spellStart"/>
      <w:r w:rsidRPr="005B7348">
        <w:rPr>
          <w:b/>
          <w:bCs/>
          <w:lang w:val="es-ES"/>
        </w:rPr>
        <w:t>Faaliyetleri</w:t>
      </w:r>
      <w:proofErr w:type="spellEnd"/>
      <w:r w:rsidRPr="005B7348">
        <w:rPr>
          <w:b/>
          <w:bCs/>
          <w:lang w:val="es-ES"/>
        </w:rPr>
        <w:t xml:space="preserve"> (</w:t>
      </w:r>
      <w:proofErr w:type="spellStart"/>
      <w:r w:rsidRPr="005B7348">
        <w:rPr>
          <w:b/>
          <w:bCs/>
          <w:lang w:val="es-ES"/>
        </w:rPr>
        <w:t>Mayıs</w:t>
      </w:r>
      <w:proofErr w:type="spellEnd"/>
      <w:r w:rsidRPr="005B7348">
        <w:rPr>
          <w:b/>
          <w:bCs/>
          <w:lang w:val="es-ES"/>
        </w:rPr>
        <w:t xml:space="preserve"> 2024–</w:t>
      </w:r>
      <w:proofErr w:type="spellStart"/>
      <w:r w:rsidRPr="005B7348">
        <w:rPr>
          <w:b/>
          <w:bCs/>
          <w:lang w:val="es-ES"/>
        </w:rPr>
        <w:t>Nisan</w:t>
      </w:r>
      <w:proofErr w:type="spellEnd"/>
      <w:r w:rsidRPr="005B7348">
        <w:rPr>
          <w:b/>
          <w:bCs/>
          <w:lang w:val="es-ES"/>
        </w:rPr>
        <w:t xml:space="preserve"> 2025)</w:t>
      </w:r>
    </w:p>
    <w:p w14:paraId="7D2A3C04" w14:textId="77777777" w:rsidR="00D470C1" w:rsidRDefault="000C7284" w:rsidP="00D470C1">
      <w:pPr>
        <w:spacing w:after="0"/>
        <w:rPr>
          <w:b/>
          <w:bCs/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</w:r>
      <w:r w:rsidRPr="005B7348">
        <w:rPr>
          <w:b/>
          <w:bCs/>
          <w:sz w:val="20"/>
          <w:szCs w:val="20"/>
          <w:lang w:val="es-ES"/>
        </w:rPr>
        <w:t>I.</w:t>
      </w:r>
      <w:r w:rsidR="00FE5A87"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Oturumlar</w:t>
      </w:r>
      <w:proofErr w:type="spellEnd"/>
    </w:p>
    <w:p w14:paraId="336CDE74" w14:textId="5AD6CAAD" w:rsidR="00E045E5" w:rsidRPr="00D470C1" w:rsidRDefault="000C7284" w:rsidP="0048368A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5B7348">
        <w:rPr>
          <w:b/>
          <w:bCs/>
          <w:sz w:val="20"/>
          <w:szCs w:val="20"/>
          <w:lang w:val="es-ES"/>
        </w:rPr>
        <w:br/>
      </w:r>
      <w:r w:rsidRPr="005B7348">
        <w:rPr>
          <w:sz w:val="20"/>
          <w:szCs w:val="20"/>
          <w:lang w:val="es-ES"/>
        </w:rPr>
        <w:t xml:space="preserve">1. 29 Nisan-3 </w:t>
      </w:r>
      <w:proofErr w:type="spellStart"/>
      <w:r w:rsidRPr="005B7348">
        <w:rPr>
          <w:sz w:val="20"/>
          <w:szCs w:val="20"/>
          <w:lang w:val="es-ES"/>
        </w:rPr>
        <w:t>Mayıs</w:t>
      </w:r>
      <w:proofErr w:type="spellEnd"/>
      <w:r w:rsidRPr="005B7348">
        <w:rPr>
          <w:sz w:val="20"/>
          <w:szCs w:val="20"/>
          <w:lang w:val="es-ES"/>
        </w:rPr>
        <w:t xml:space="preserve"> 2024 </w:t>
      </w:r>
      <w:proofErr w:type="spellStart"/>
      <w:r w:rsidRPr="005B7348">
        <w:rPr>
          <w:sz w:val="20"/>
          <w:szCs w:val="20"/>
          <w:lang w:val="es-ES"/>
        </w:rPr>
        <w:t>tarihleri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New </w:t>
      </w:r>
      <w:proofErr w:type="spellStart"/>
      <w:r w:rsidRPr="005B7348">
        <w:rPr>
          <w:sz w:val="20"/>
          <w:szCs w:val="20"/>
          <w:lang w:val="es-ES"/>
        </w:rPr>
        <w:t>York'ta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düzenlenen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kırkıncı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oturumunda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BM Genel </w:t>
      </w:r>
      <w:proofErr w:type="spellStart"/>
      <w:r w:rsidRPr="005B7348">
        <w:rPr>
          <w:sz w:val="20"/>
          <w:szCs w:val="20"/>
          <w:lang w:val="es-ES"/>
        </w:rPr>
        <w:t>Sekreteri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Genel </w:t>
      </w:r>
      <w:proofErr w:type="spellStart"/>
      <w:r w:rsidRPr="005B7348">
        <w:rPr>
          <w:sz w:val="20"/>
          <w:szCs w:val="20"/>
          <w:lang w:val="es-ES"/>
        </w:rPr>
        <w:t>Sekreter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Yardımcısı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akademisyenler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sivil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kuruluşları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özel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sektör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temsilcileriyle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araya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geldi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Ayrıca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Birleşmiş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Milletler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Toplumsal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Güçlendirilmesi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Birimi</w:t>
      </w:r>
      <w:proofErr w:type="spellEnd"/>
      <w:r w:rsidRPr="005B7348">
        <w:rPr>
          <w:sz w:val="20"/>
          <w:szCs w:val="20"/>
          <w:lang w:val="es-ES"/>
        </w:rPr>
        <w:t xml:space="preserve"> (UN-</w:t>
      </w:r>
      <w:proofErr w:type="spellStart"/>
      <w:r w:rsidRPr="005B7348">
        <w:rPr>
          <w:sz w:val="20"/>
          <w:szCs w:val="20"/>
          <w:lang w:val="es-ES"/>
        </w:rPr>
        <w:t>Women</w:t>
      </w:r>
      <w:proofErr w:type="spellEnd"/>
      <w:r w:rsidRPr="005B7348">
        <w:rPr>
          <w:sz w:val="20"/>
          <w:szCs w:val="20"/>
          <w:lang w:val="es-ES"/>
        </w:rPr>
        <w:t xml:space="preserve">), </w:t>
      </w:r>
      <w:proofErr w:type="spellStart"/>
      <w:r w:rsidRPr="005B7348">
        <w:rPr>
          <w:sz w:val="20"/>
          <w:szCs w:val="20"/>
          <w:lang w:val="es-ES"/>
        </w:rPr>
        <w:t>Kalkınma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Hakkı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Uzman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Mekanizması</w:t>
      </w:r>
      <w:proofErr w:type="spellEnd"/>
      <w:r w:rsidRPr="005B7348">
        <w:rPr>
          <w:sz w:val="20"/>
          <w:szCs w:val="20"/>
          <w:lang w:val="es-ES"/>
        </w:rPr>
        <w:t xml:space="preserve"> (EMRTD) ve </w:t>
      </w:r>
      <w:proofErr w:type="spellStart"/>
      <w:r w:rsidRPr="005B7348">
        <w:rPr>
          <w:sz w:val="20"/>
          <w:szCs w:val="20"/>
          <w:lang w:val="es-ES"/>
        </w:rPr>
        <w:t>üye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temsilcileriyle</w:t>
      </w:r>
      <w:proofErr w:type="spellEnd"/>
      <w:r w:rsidRPr="005B7348">
        <w:rPr>
          <w:sz w:val="20"/>
          <w:szCs w:val="20"/>
          <w:lang w:val="es-ES"/>
        </w:rPr>
        <w:t xml:space="preserve"> de bir </w:t>
      </w:r>
      <w:proofErr w:type="spellStart"/>
      <w:r w:rsidRPr="005B7348">
        <w:rPr>
          <w:sz w:val="20"/>
          <w:szCs w:val="20"/>
          <w:lang w:val="es-ES"/>
        </w:rPr>
        <w:t>araya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geldi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Grubu'nun</w:t>
      </w:r>
      <w:proofErr w:type="spellEnd"/>
      <w:r w:rsidRPr="005B7348">
        <w:rPr>
          <w:sz w:val="20"/>
          <w:szCs w:val="20"/>
          <w:lang w:val="es-ES"/>
        </w:rPr>
        <w:t xml:space="preserve"> 2024'teki </w:t>
      </w:r>
      <w:proofErr w:type="spellStart"/>
      <w:r w:rsidRPr="005B7348">
        <w:rPr>
          <w:sz w:val="20"/>
          <w:szCs w:val="20"/>
          <w:lang w:val="es-ES"/>
        </w:rPr>
        <w:t>üçüncü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yıllık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oturumu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BM'nin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likidite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krizi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nedeniyle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iptal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edildi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058C5B89" w14:textId="584D583E" w:rsidR="00E045E5" w:rsidRDefault="000C7284" w:rsidP="0048368A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>2.</w:t>
      </w:r>
      <w:r w:rsidR="00E045E5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14-18 </w:t>
      </w:r>
      <w:proofErr w:type="spellStart"/>
      <w:r w:rsidRPr="005B7348">
        <w:rPr>
          <w:sz w:val="20"/>
          <w:szCs w:val="20"/>
          <w:lang w:val="es-ES"/>
        </w:rPr>
        <w:t>Ekim</w:t>
      </w:r>
      <w:proofErr w:type="spellEnd"/>
      <w:r w:rsidRPr="005B7348">
        <w:rPr>
          <w:sz w:val="20"/>
          <w:szCs w:val="20"/>
          <w:lang w:val="es-ES"/>
        </w:rPr>
        <w:t xml:space="preserve"> 2024 </w:t>
      </w:r>
      <w:proofErr w:type="spellStart"/>
      <w:r w:rsidRPr="005B7348">
        <w:rPr>
          <w:sz w:val="20"/>
          <w:szCs w:val="20"/>
          <w:lang w:val="es-ES"/>
        </w:rPr>
        <w:t>tarihleri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Güney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Afrika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bölgesel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toplantı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düzenledi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Toplantı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sırasında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yargıçlar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akademisyenler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sivil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temsilcileri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örgütlerinin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sıra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Güney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Afrika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Komisyonu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Güney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Afrika'daki</w:t>
      </w:r>
      <w:proofErr w:type="spellEnd"/>
      <w:r w:rsidRPr="005B7348">
        <w:rPr>
          <w:sz w:val="20"/>
          <w:szCs w:val="20"/>
          <w:lang w:val="es-ES"/>
        </w:rPr>
        <w:t xml:space="preserve"> BM </w:t>
      </w:r>
      <w:proofErr w:type="spellStart"/>
      <w:r w:rsidRPr="005B7348">
        <w:rPr>
          <w:sz w:val="20"/>
          <w:szCs w:val="20"/>
          <w:lang w:val="es-ES"/>
        </w:rPr>
        <w:t>Mukim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Koordinatör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Ofisleri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Afrika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bölgesel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kurumlarının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temsilcileriyle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araya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geldi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ayrıca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ayrımcılığının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yasallaştırılması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konusunda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Afgan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savunucuları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karma bir </w:t>
      </w:r>
      <w:proofErr w:type="spellStart"/>
      <w:r w:rsidRPr="005B7348">
        <w:rPr>
          <w:sz w:val="20"/>
          <w:szCs w:val="20"/>
          <w:lang w:val="es-ES"/>
        </w:rPr>
        <w:t>tartışma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düzenledi</w:t>
      </w:r>
      <w:proofErr w:type="spellEnd"/>
      <w:r w:rsidRPr="005B7348">
        <w:rPr>
          <w:sz w:val="20"/>
          <w:szCs w:val="20"/>
          <w:lang w:val="es-ES"/>
        </w:rPr>
        <w:t>.</w:t>
      </w:r>
      <w:r w:rsidR="00FE5A87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>(1)</w:t>
      </w:r>
    </w:p>
    <w:p w14:paraId="53C25B5A" w14:textId="77777777" w:rsidR="00D470C1" w:rsidRDefault="00D470C1" w:rsidP="0048368A">
      <w:pPr>
        <w:spacing w:after="0"/>
        <w:jc w:val="both"/>
        <w:rPr>
          <w:sz w:val="20"/>
          <w:szCs w:val="20"/>
          <w:lang w:val="es-ES"/>
        </w:rPr>
      </w:pPr>
    </w:p>
    <w:p w14:paraId="41A320F1" w14:textId="67A818A1" w:rsidR="00E045E5" w:rsidRDefault="000C7284" w:rsidP="0048368A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>3.</w:t>
      </w:r>
      <w:r w:rsidR="0074527E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13-17 </w:t>
      </w:r>
      <w:proofErr w:type="spellStart"/>
      <w:r w:rsidRPr="005B7348">
        <w:rPr>
          <w:sz w:val="20"/>
          <w:szCs w:val="20"/>
          <w:lang w:val="es-ES"/>
        </w:rPr>
        <w:t>Ocak</w:t>
      </w:r>
      <w:proofErr w:type="spellEnd"/>
      <w:r w:rsidRPr="005B7348">
        <w:rPr>
          <w:sz w:val="20"/>
          <w:szCs w:val="20"/>
          <w:lang w:val="es-ES"/>
        </w:rPr>
        <w:t xml:space="preserve"> 2025 </w:t>
      </w:r>
      <w:proofErr w:type="spellStart"/>
      <w:r w:rsidRPr="005B7348">
        <w:rPr>
          <w:sz w:val="20"/>
          <w:szCs w:val="20"/>
          <w:lang w:val="es-ES"/>
        </w:rPr>
        <w:t>tarihleri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Cenevre'de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düzenlenen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kırk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birinci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oturumunda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üye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Yüksek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Komiserliği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Konseyi</w:t>
      </w:r>
      <w:proofErr w:type="spellEnd"/>
      <w:r w:rsidRPr="005B7348">
        <w:rPr>
          <w:sz w:val="20"/>
          <w:szCs w:val="20"/>
          <w:lang w:val="es-ES"/>
        </w:rPr>
        <w:t xml:space="preserve"> (HRC)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Başkanı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Çocuk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Komitesi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sivil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kuruluşları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çeşitli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bölgelerden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toplantılar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düzenledi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Ayrıca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kürtaja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vicdani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konusunda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rehber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belgesinin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lansman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etkinliğini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düzenledi</w:t>
      </w:r>
      <w:proofErr w:type="spellEnd"/>
      <w:r w:rsidR="00FE5A87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(2) ve BM </w:t>
      </w:r>
      <w:proofErr w:type="spellStart"/>
      <w:r w:rsidRPr="005B7348">
        <w:rPr>
          <w:sz w:val="20"/>
          <w:szCs w:val="20"/>
          <w:lang w:val="es-ES"/>
        </w:rPr>
        <w:t>kurumları</w:t>
      </w:r>
      <w:proofErr w:type="spellEnd"/>
      <w:r w:rsidRPr="005B7348">
        <w:rPr>
          <w:sz w:val="20"/>
          <w:szCs w:val="20"/>
          <w:lang w:val="es-ES"/>
        </w:rPr>
        <w:t xml:space="preserve"> ve OHCHR </w:t>
      </w:r>
      <w:proofErr w:type="spellStart"/>
      <w:r w:rsidRPr="005B7348">
        <w:rPr>
          <w:sz w:val="20"/>
          <w:szCs w:val="20"/>
          <w:lang w:val="es-ES"/>
        </w:rPr>
        <w:t>temsilcileriyle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bakım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destek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konusunda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istişarelerde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bulundu</w:t>
      </w:r>
      <w:proofErr w:type="spellEnd"/>
      <w:r w:rsidRPr="005B7348">
        <w:rPr>
          <w:sz w:val="20"/>
          <w:szCs w:val="20"/>
          <w:lang w:val="es-ES"/>
        </w:rPr>
        <w:t xml:space="preserve">. Bu </w:t>
      </w:r>
      <w:proofErr w:type="spellStart"/>
      <w:r w:rsidRPr="005B7348">
        <w:rPr>
          <w:sz w:val="20"/>
          <w:szCs w:val="20"/>
          <w:lang w:val="es-ES"/>
        </w:rPr>
        <w:t>vesileyle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karşıtı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tepkilerle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kılavuz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belge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yayınladı</w:t>
      </w:r>
      <w:proofErr w:type="spellEnd"/>
      <w:r w:rsidRPr="005B7348">
        <w:rPr>
          <w:sz w:val="20"/>
          <w:szCs w:val="20"/>
          <w:lang w:val="es-ES"/>
        </w:rPr>
        <w:t>.</w:t>
      </w:r>
      <w:r w:rsidR="00FE5A87"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t xml:space="preserve">(3) </w:t>
      </w:r>
      <w:proofErr w:type="spellStart"/>
      <w:r w:rsidR="00D470C1" w:rsidRPr="005B7348">
        <w:rPr>
          <w:sz w:val="20"/>
          <w:szCs w:val="20"/>
          <w:lang w:val="es-ES"/>
        </w:rPr>
        <w:t>Nisan</w:t>
      </w:r>
      <w:proofErr w:type="spellEnd"/>
      <w:r w:rsidR="00D470C1" w:rsidRPr="005B7348">
        <w:rPr>
          <w:sz w:val="20"/>
          <w:szCs w:val="20"/>
          <w:lang w:val="es-ES"/>
        </w:rPr>
        <w:t xml:space="preserve"> 2025'te, </w:t>
      </w:r>
      <w:proofErr w:type="spellStart"/>
      <w:r w:rsidR="00D470C1" w:rsidRPr="005B7348">
        <w:rPr>
          <w:sz w:val="20"/>
          <w:szCs w:val="20"/>
          <w:lang w:val="es-ES"/>
        </w:rPr>
        <w:t>devletlere</w:t>
      </w:r>
      <w:proofErr w:type="spellEnd"/>
      <w:r w:rsidR="00D470C1" w:rsidRPr="005B7348">
        <w:rPr>
          <w:sz w:val="20"/>
          <w:szCs w:val="20"/>
          <w:lang w:val="es-ES"/>
        </w:rPr>
        <w:t xml:space="preserve"> ve </w:t>
      </w:r>
      <w:proofErr w:type="spellStart"/>
      <w:r w:rsidR="00D470C1" w:rsidRPr="005B7348">
        <w:rPr>
          <w:sz w:val="20"/>
          <w:szCs w:val="20"/>
          <w:lang w:val="es-ES"/>
        </w:rPr>
        <w:t>uluslararası</w:t>
      </w:r>
      <w:proofErr w:type="spellEnd"/>
      <w:r w:rsidR="00D470C1" w:rsidRPr="005B7348">
        <w:rPr>
          <w:sz w:val="20"/>
          <w:szCs w:val="20"/>
          <w:lang w:val="es-ES"/>
        </w:rPr>
        <w:t xml:space="preserve"> </w:t>
      </w:r>
      <w:proofErr w:type="spellStart"/>
      <w:r w:rsidR="00D470C1" w:rsidRPr="005B7348">
        <w:rPr>
          <w:sz w:val="20"/>
          <w:szCs w:val="20"/>
          <w:lang w:val="es-ES"/>
        </w:rPr>
        <w:t>ekonomik</w:t>
      </w:r>
      <w:proofErr w:type="spellEnd"/>
      <w:r w:rsidR="00D470C1" w:rsidRPr="005B7348">
        <w:rPr>
          <w:sz w:val="20"/>
          <w:szCs w:val="20"/>
          <w:lang w:val="es-ES"/>
        </w:rPr>
        <w:t xml:space="preserve"> </w:t>
      </w:r>
      <w:proofErr w:type="spellStart"/>
      <w:r w:rsidR="00D470C1" w:rsidRPr="005B7348">
        <w:rPr>
          <w:sz w:val="20"/>
          <w:szCs w:val="20"/>
          <w:lang w:val="es-ES"/>
        </w:rPr>
        <w:t>kurumlar</w:t>
      </w:r>
      <w:proofErr w:type="spellEnd"/>
      <w:r w:rsidR="00D470C1" w:rsidRPr="005B7348">
        <w:rPr>
          <w:sz w:val="20"/>
          <w:szCs w:val="20"/>
          <w:lang w:val="es-ES"/>
        </w:rPr>
        <w:t xml:space="preserve"> ve </w:t>
      </w:r>
      <w:proofErr w:type="spellStart"/>
      <w:r w:rsidR="00D470C1" w:rsidRPr="005B7348">
        <w:rPr>
          <w:sz w:val="20"/>
          <w:szCs w:val="20"/>
          <w:lang w:val="es-ES"/>
        </w:rPr>
        <w:t>ticari</w:t>
      </w:r>
      <w:proofErr w:type="spellEnd"/>
      <w:r w:rsidR="00D470C1" w:rsidRPr="005B7348">
        <w:rPr>
          <w:sz w:val="20"/>
          <w:szCs w:val="20"/>
          <w:lang w:val="es-ES"/>
        </w:rPr>
        <w:t xml:space="preserve"> </w:t>
      </w:r>
      <w:proofErr w:type="spellStart"/>
      <w:r w:rsidR="00D470C1" w:rsidRPr="005B7348">
        <w:rPr>
          <w:sz w:val="20"/>
          <w:szCs w:val="20"/>
          <w:lang w:val="es-ES"/>
        </w:rPr>
        <w:t>işletmeler</w:t>
      </w:r>
      <w:proofErr w:type="spellEnd"/>
      <w:r w:rsidR="00D470C1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dahil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olmak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üzere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aktörlere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dönüştürücü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4F0EBD">
        <w:rPr>
          <w:sz w:val="20"/>
          <w:szCs w:val="20"/>
          <w:lang w:val="es-ES"/>
        </w:rPr>
        <w:t>fiilen</w:t>
      </w:r>
      <w:proofErr w:type="spellEnd"/>
      <w:r w:rsidR="004F0EBD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gerçekleştirme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konusunda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rehberlik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edecek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kapsamlı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uygulanabilir</w:t>
      </w:r>
      <w:proofErr w:type="spellEnd"/>
      <w:r w:rsidRPr="005B7348">
        <w:rPr>
          <w:sz w:val="20"/>
          <w:szCs w:val="20"/>
          <w:lang w:val="es-ES"/>
        </w:rPr>
        <w:t xml:space="preserve"> bir yol </w:t>
      </w:r>
      <w:proofErr w:type="spellStart"/>
      <w:r w:rsidRPr="005B7348">
        <w:rPr>
          <w:sz w:val="20"/>
          <w:szCs w:val="20"/>
          <w:lang w:val="es-ES"/>
        </w:rPr>
        <w:t>haritası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olan</w:t>
      </w:r>
      <w:proofErr w:type="spellEnd"/>
      <w:r w:rsidRPr="005B7348">
        <w:rPr>
          <w:sz w:val="20"/>
          <w:szCs w:val="20"/>
          <w:lang w:val="es-ES"/>
        </w:rPr>
        <w:t xml:space="preserve"> CREATE </w:t>
      </w:r>
      <w:proofErr w:type="spellStart"/>
      <w:r w:rsidRPr="005B7348">
        <w:rPr>
          <w:sz w:val="20"/>
          <w:szCs w:val="20"/>
          <w:lang w:val="es-ES"/>
        </w:rPr>
        <w:t>Çerçevesi'ni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tanıtan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="005D1F41">
        <w:rPr>
          <w:sz w:val="20"/>
          <w:szCs w:val="20"/>
          <w:lang w:val="es-ES"/>
        </w:rPr>
        <w:t>gerçek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621BFD" w:rsidRPr="005B7348">
        <w:rPr>
          <w:sz w:val="20"/>
          <w:szCs w:val="20"/>
          <w:lang w:val="es-ES"/>
        </w:rPr>
        <w:t>toplumsal</w:t>
      </w:r>
      <w:proofErr w:type="spellEnd"/>
      <w:r w:rsidR="00621BFD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ilgili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kılavuz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belge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daha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yayınladı</w:t>
      </w:r>
      <w:proofErr w:type="spellEnd"/>
      <w:r w:rsidRPr="005B7348">
        <w:rPr>
          <w:sz w:val="20"/>
          <w:szCs w:val="20"/>
          <w:lang w:val="es-ES"/>
        </w:rPr>
        <w:t>. (4)</w:t>
      </w:r>
    </w:p>
    <w:p w14:paraId="316B9DC5" w14:textId="6E633D90" w:rsidR="00E045E5" w:rsidRDefault="000C7284" w:rsidP="0048368A">
      <w:pPr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</w:r>
      <w:r w:rsidRPr="005B7348">
        <w:rPr>
          <w:b/>
          <w:bCs/>
          <w:sz w:val="20"/>
          <w:szCs w:val="20"/>
          <w:lang w:val="es-ES"/>
        </w:rPr>
        <w:t>II.</w:t>
      </w:r>
      <w:r w:rsidR="00FE5A87"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Ülke</w:t>
      </w:r>
      <w:proofErr w:type="spellEnd"/>
      <w:r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ziyaretleri</w:t>
      </w:r>
      <w:proofErr w:type="spellEnd"/>
    </w:p>
    <w:p w14:paraId="46949EED" w14:textId="4308532C" w:rsidR="00FE5A87" w:rsidRPr="005B7348" w:rsidRDefault="000C7284" w:rsidP="0048368A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t xml:space="preserve">4.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22-31 </w:t>
      </w:r>
      <w:proofErr w:type="spellStart"/>
      <w:r w:rsidRPr="005B7348">
        <w:rPr>
          <w:sz w:val="20"/>
          <w:szCs w:val="20"/>
          <w:lang w:val="es-ES"/>
        </w:rPr>
        <w:t>Temmuz</w:t>
      </w:r>
      <w:proofErr w:type="spellEnd"/>
      <w:r w:rsidRPr="005B7348">
        <w:rPr>
          <w:sz w:val="20"/>
          <w:szCs w:val="20"/>
          <w:lang w:val="es-ES"/>
        </w:rPr>
        <w:t xml:space="preserve"> 2024 </w:t>
      </w:r>
      <w:proofErr w:type="spellStart"/>
      <w:r w:rsidRPr="005B7348">
        <w:rPr>
          <w:sz w:val="20"/>
          <w:szCs w:val="20"/>
          <w:lang w:val="es-ES"/>
        </w:rPr>
        <w:t>tarihleri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Dominik </w:t>
      </w:r>
      <w:proofErr w:type="spellStart"/>
      <w:r w:rsidRPr="005B7348">
        <w:rPr>
          <w:sz w:val="20"/>
          <w:szCs w:val="20"/>
          <w:lang w:val="es-ES"/>
        </w:rPr>
        <w:t>Cumhuriyeti'ni</w:t>
      </w:r>
      <w:proofErr w:type="spellEnd"/>
      <w:r w:rsidRPr="005B7348">
        <w:rPr>
          <w:sz w:val="20"/>
          <w:szCs w:val="20"/>
          <w:lang w:val="es-ES"/>
        </w:rPr>
        <w:t xml:space="preserve"> ve 2-13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Aralık</w:t>
      </w:r>
      <w:proofErr w:type="spellEnd"/>
      <w:r w:rsidRPr="005B7348">
        <w:rPr>
          <w:sz w:val="20"/>
          <w:szCs w:val="20"/>
          <w:lang w:val="es-ES"/>
        </w:rPr>
        <w:t xml:space="preserve"> 2024 </w:t>
      </w:r>
      <w:proofErr w:type="spellStart"/>
      <w:r w:rsidRPr="005B7348">
        <w:rPr>
          <w:sz w:val="20"/>
          <w:szCs w:val="20"/>
          <w:lang w:val="es-ES"/>
        </w:rPr>
        <w:t>tarihleri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arasında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Tayland'ı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ziyaret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etti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hükümetlerin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işbirliği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için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teşekkür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eder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devletleri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ziyaret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taleplerine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olumlu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yanıt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vermeye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teşvik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eder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25B79E54" w14:textId="77777777" w:rsidR="00E045E5" w:rsidRDefault="000C7284" w:rsidP="0048368A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</w:r>
      <w:r w:rsidRPr="005B7348">
        <w:rPr>
          <w:b/>
          <w:bCs/>
          <w:sz w:val="20"/>
          <w:szCs w:val="20"/>
          <w:lang w:val="es-ES"/>
        </w:rPr>
        <w:t>III.</w:t>
      </w:r>
      <w:r w:rsidR="00FE5A87"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İletişim</w:t>
      </w:r>
      <w:proofErr w:type="spellEnd"/>
      <w:r w:rsidRPr="005B7348">
        <w:rPr>
          <w:b/>
          <w:bCs/>
          <w:sz w:val="20"/>
          <w:szCs w:val="20"/>
          <w:lang w:val="es-ES"/>
        </w:rPr>
        <w:t xml:space="preserve"> ve </w:t>
      </w:r>
      <w:proofErr w:type="spellStart"/>
      <w:r w:rsidRPr="005B7348">
        <w:rPr>
          <w:b/>
          <w:bCs/>
          <w:sz w:val="20"/>
          <w:szCs w:val="20"/>
          <w:lang w:val="es-ES"/>
        </w:rPr>
        <w:t>basın</w:t>
      </w:r>
      <w:proofErr w:type="spellEnd"/>
      <w:r w:rsidRPr="005B7348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5B7348">
        <w:rPr>
          <w:b/>
          <w:bCs/>
          <w:sz w:val="20"/>
          <w:szCs w:val="20"/>
          <w:lang w:val="es-ES"/>
        </w:rPr>
        <w:t>açıklamaları</w:t>
      </w:r>
      <w:proofErr w:type="spellEnd"/>
    </w:p>
    <w:p w14:paraId="5CF4A88B" w14:textId="0230265C" w:rsidR="00145CEA" w:rsidRPr="005B7348" w:rsidRDefault="000C7284" w:rsidP="0048368A">
      <w:pPr>
        <w:jc w:val="both"/>
        <w:rPr>
          <w:sz w:val="20"/>
          <w:szCs w:val="20"/>
          <w:lang w:val="es-ES"/>
        </w:rPr>
      </w:pPr>
      <w:r w:rsidRPr="005B7348">
        <w:rPr>
          <w:b/>
          <w:bCs/>
          <w:sz w:val="20"/>
          <w:szCs w:val="20"/>
          <w:lang w:val="es-ES"/>
        </w:rPr>
        <w:br/>
      </w:r>
      <w:r w:rsidRPr="005B7348">
        <w:rPr>
          <w:sz w:val="20"/>
          <w:szCs w:val="20"/>
          <w:lang w:val="es-ES"/>
        </w:rPr>
        <w:t xml:space="preserve">5.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tek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başına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veya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görevlilerle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ortaklaşa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hükümetlere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paydaşlara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çeşitli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iletişimler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göndermiştir</w:t>
      </w:r>
      <w:proofErr w:type="spellEnd"/>
      <w:r w:rsidRPr="005B7348">
        <w:rPr>
          <w:sz w:val="20"/>
          <w:szCs w:val="20"/>
          <w:lang w:val="es-ES"/>
        </w:rPr>
        <w:t xml:space="preserve">. Bu </w:t>
      </w:r>
      <w:proofErr w:type="spellStart"/>
      <w:r w:rsidRPr="005B7348">
        <w:rPr>
          <w:sz w:val="20"/>
          <w:szCs w:val="20"/>
          <w:lang w:val="es-ES"/>
        </w:rPr>
        <w:t>iletişimler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ayrımcı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yasa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uygulamalar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savunucularının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özgürlüklerinden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mahrum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bırakılmış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silahlı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çatışmalardan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etkilenen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kadınlar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kızlar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çevrimiçi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çevrimdışı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şiddet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cinsel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üreme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sağlığı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ihlalleri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uluslararası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finans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kurumları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tarafından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zorunlu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kılınan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mali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politikaların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="007E2E42" w:rsidRPr="005B7348">
        <w:rPr>
          <w:sz w:val="20"/>
          <w:szCs w:val="20"/>
          <w:lang w:val="es-ES"/>
        </w:rPr>
        <w:t>toplumsal</w:t>
      </w:r>
      <w:proofErr w:type="spellEnd"/>
      <w:r w:rsidR="007E2E42"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dayalı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etkileri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gibi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konuları</w:t>
      </w:r>
      <w:proofErr w:type="spellEnd"/>
      <w:r w:rsidRPr="005B7348">
        <w:rPr>
          <w:sz w:val="20"/>
          <w:szCs w:val="20"/>
          <w:lang w:val="es-ES"/>
        </w:rPr>
        <w:t xml:space="preserve"> ele </w:t>
      </w:r>
      <w:proofErr w:type="spellStart"/>
      <w:r w:rsidRPr="005B7348">
        <w:rPr>
          <w:sz w:val="20"/>
          <w:szCs w:val="20"/>
          <w:lang w:val="es-ES"/>
        </w:rPr>
        <w:t>almıştır</w:t>
      </w:r>
      <w:proofErr w:type="spellEnd"/>
      <w:r w:rsidRPr="005B7348">
        <w:rPr>
          <w:sz w:val="20"/>
          <w:szCs w:val="20"/>
          <w:lang w:val="es-ES"/>
        </w:rPr>
        <w:t>.</w:t>
      </w:r>
      <w:r w:rsidR="00145CEA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bireysel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hem</w:t>
      </w:r>
      <w:proofErr w:type="spellEnd"/>
      <w:r w:rsidRPr="005B7348">
        <w:rPr>
          <w:sz w:val="20"/>
          <w:szCs w:val="20"/>
          <w:lang w:val="es-ES"/>
        </w:rPr>
        <w:t xml:space="preserve"> de </w:t>
      </w:r>
      <w:proofErr w:type="spellStart"/>
      <w:r w:rsidRPr="005B7348">
        <w:rPr>
          <w:sz w:val="20"/>
          <w:szCs w:val="20"/>
          <w:lang w:val="es-ES"/>
        </w:rPr>
        <w:t>diğer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görevliler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sözleşme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organları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bölgesel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mekanizmalarla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ortaklaşa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basın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açıklamaları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yayınladı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3EFAA42C" w14:textId="77777777" w:rsidR="00E045E5" w:rsidRDefault="000C7284" w:rsidP="0048368A">
      <w:pPr>
        <w:spacing w:after="0"/>
        <w:jc w:val="both"/>
        <w:rPr>
          <w:b/>
          <w:bCs/>
          <w:sz w:val="20"/>
          <w:szCs w:val="20"/>
          <w:lang w:val="es-ES"/>
        </w:rPr>
      </w:pPr>
      <w:r w:rsidRPr="00E045E5">
        <w:rPr>
          <w:b/>
          <w:bCs/>
          <w:sz w:val="20"/>
          <w:szCs w:val="20"/>
          <w:lang w:val="es-ES"/>
        </w:rPr>
        <w:lastRenderedPageBreak/>
        <w:t>IV.</w:t>
      </w:r>
      <w:r w:rsidR="00FE5A87" w:rsidRPr="00E045E5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E045E5">
        <w:rPr>
          <w:b/>
          <w:bCs/>
          <w:sz w:val="20"/>
          <w:szCs w:val="20"/>
          <w:lang w:val="es-ES"/>
        </w:rPr>
        <w:t>Diğer</w:t>
      </w:r>
      <w:proofErr w:type="spellEnd"/>
      <w:r w:rsidRPr="00E045E5">
        <w:rPr>
          <w:b/>
          <w:bCs/>
          <w:sz w:val="20"/>
          <w:szCs w:val="20"/>
          <w:lang w:val="es-ES"/>
        </w:rPr>
        <w:t xml:space="preserve"> </w:t>
      </w:r>
      <w:proofErr w:type="spellStart"/>
      <w:r w:rsidRPr="00E045E5">
        <w:rPr>
          <w:b/>
          <w:bCs/>
          <w:sz w:val="20"/>
          <w:szCs w:val="20"/>
          <w:lang w:val="es-ES"/>
        </w:rPr>
        <w:t>faaliyetler</w:t>
      </w:r>
      <w:proofErr w:type="spellEnd"/>
    </w:p>
    <w:p w14:paraId="58B1C84C" w14:textId="77777777" w:rsidR="00E045E5" w:rsidRDefault="000C7284" w:rsidP="0013500A">
      <w:pPr>
        <w:spacing w:after="0"/>
        <w:jc w:val="both"/>
        <w:rPr>
          <w:sz w:val="20"/>
          <w:szCs w:val="20"/>
          <w:lang w:val="es-ES"/>
        </w:rPr>
      </w:pPr>
      <w:r w:rsidRPr="005B7348">
        <w:rPr>
          <w:sz w:val="20"/>
          <w:szCs w:val="20"/>
          <w:lang w:val="es-ES"/>
        </w:rPr>
        <w:br/>
        <w:t xml:space="preserve">6.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üyeleri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resmi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sıfatlarıyla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sayıda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başka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faaliyetlerde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bulunmuştur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Özellikle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Başkan</w:t>
      </w:r>
      <w:proofErr w:type="spellEnd"/>
      <w:r w:rsidRPr="005B7348">
        <w:rPr>
          <w:sz w:val="20"/>
          <w:szCs w:val="20"/>
          <w:lang w:val="es-ES"/>
        </w:rPr>
        <w:t xml:space="preserve">, Genel </w:t>
      </w:r>
      <w:proofErr w:type="spellStart"/>
      <w:r w:rsidRPr="005B7348">
        <w:rPr>
          <w:sz w:val="20"/>
          <w:szCs w:val="20"/>
          <w:lang w:val="es-ES"/>
        </w:rPr>
        <w:t>Kurul'un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yetmiş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dokuzuncu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oturumunda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sözlü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rapor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sunmuş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Kadınların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Statüsü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Komisyonu'nun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altmış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dokuzuncu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oturumunda</w:t>
      </w:r>
      <w:proofErr w:type="spellEnd"/>
      <w:r w:rsidRPr="005B7348">
        <w:rPr>
          <w:sz w:val="20"/>
          <w:szCs w:val="20"/>
          <w:lang w:val="es-ES"/>
        </w:rPr>
        <w:t xml:space="preserve"> bir </w:t>
      </w:r>
      <w:proofErr w:type="spellStart"/>
      <w:r w:rsidRPr="005B7348">
        <w:rPr>
          <w:sz w:val="20"/>
          <w:szCs w:val="20"/>
          <w:lang w:val="es-ES"/>
        </w:rPr>
        <w:t>konuşma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yapmış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Afrika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Refahı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Uzmanlar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Komitesi'nin</w:t>
      </w:r>
      <w:proofErr w:type="spellEnd"/>
      <w:r w:rsidRPr="005B7348">
        <w:rPr>
          <w:sz w:val="20"/>
          <w:szCs w:val="20"/>
          <w:lang w:val="es-ES"/>
        </w:rPr>
        <w:t xml:space="preserve"> (ACERWG) </w:t>
      </w:r>
      <w:proofErr w:type="spellStart"/>
      <w:r w:rsidRPr="005B7348">
        <w:rPr>
          <w:sz w:val="20"/>
          <w:szCs w:val="20"/>
          <w:lang w:val="es-ES"/>
        </w:rPr>
        <w:t>kırk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beşinci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olağan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oturumunda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şiddet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konulu</w:t>
      </w:r>
      <w:proofErr w:type="spellEnd"/>
      <w:r w:rsidRPr="005B7348">
        <w:rPr>
          <w:sz w:val="20"/>
          <w:szCs w:val="20"/>
          <w:lang w:val="es-ES"/>
        </w:rPr>
        <w:t xml:space="preserve"> bir panel </w:t>
      </w:r>
      <w:proofErr w:type="spellStart"/>
      <w:r w:rsidRPr="005B7348">
        <w:rPr>
          <w:sz w:val="20"/>
          <w:szCs w:val="20"/>
          <w:lang w:val="es-ES"/>
        </w:rPr>
        <w:t>tartışmasına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katılmıştır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Ayrıca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üyeleri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Konseyi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Başkanı'nın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Cinsiyet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Eşitliği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Danışma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Kurulu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toplantılarına</w:t>
      </w:r>
      <w:proofErr w:type="spellEnd"/>
      <w:r w:rsidRPr="005B7348">
        <w:rPr>
          <w:sz w:val="20"/>
          <w:szCs w:val="20"/>
          <w:lang w:val="es-ES"/>
        </w:rPr>
        <w:t xml:space="preserve">, 2025 </w:t>
      </w:r>
      <w:proofErr w:type="spellStart"/>
      <w:r w:rsidRPr="005B7348">
        <w:rPr>
          <w:sz w:val="20"/>
          <w:szCs w:val="20"/>
          <w:lang w:val="es-ES"/>
        </w:rPr>
        <w:t>Yüksek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Düzeyli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Siyasi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Forumu</w:t>
      </w:r>
      <w:proofErr w:type="spellEnd"/>
      <w:r w:rsidRPr="005B7348">
        <w:rPr>
          <w:sz w:val="20"/>
          <w:szCs w:val="20"/>
          <w:lang w:val="es-ES"/>
        </w:rPr>
        <w:t xml:space="preserve"> SDG 5 </w:t>
      </w:r>
      <w:proofErr w:type="spellStart"/>
      <w:r w:rsidRPr="005B7348">
        <w:rPr>
          <w:sz w:val="20"/>
          <w:szCs w:val="20"/>
          <w:lang w:val="es-ES"/>
        </w:rPr>
        <w:t>Uzman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Toplantısı'na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Birleşmiş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Milletler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Yolsuzlukla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Mücadele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Sözleşmesi</w:t>
      </w:r>
      <w:proofErr w:type="spellEnd"/>
      <w:r w:rsidRPr="005B7348">
        <w:rPr>
          <w:sz w:val="20"/>
          <w:szCs w:val="20"/>
          <w:lang w:val="es-ES"/>
        </w:rPr>
        <w:t xml:space="preserve"> (UNCAC) </w:t>
      </w:r>
      <w:proofErr w:type="spellStart"/>
      <w:r w:rsidRPr="005B7348">
        <w:rPr>
          <w:sz w:val="20"/>
          <w:szCs w:val="20"/>
          <w:lang w:val="es-ES"/>
        </w:rPr>
        <w:t>Koalisyonu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tarafından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düzenlenen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toplantılara</w:t>
      </w:r>
      <w:proofErr w:type="spellEnd"/>
      <w:r w:rsidRPr="005B7348">
        <w:rPr>
          <w:sz w:val="20"/>
          <w:szCs w:val="20"/>
          <w:lang w:val="es-ES"/>
        </w:rPr>
        <w:t xml:space="preserve">, BM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Birimi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Afganistan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tarafından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düzenlenen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Afgan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kadın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kız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çocuklarının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durumuna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uzman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toplantısına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Ailenin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üyelerinin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haklarını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destekleme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rolüne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devletlerin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yükümlülüklerine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İnsan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Hakları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Konseyi</w:t>
      </w:r>
      <w:proofErr w:type="spellEnd"/>
      <w:r w:rsidRPr="005B7348">
        <w:rPr>
          <w:sz w:val="20"/>
          <w:szCs w:val="20"/>
          <w:lang w:val="es-ES"/>
        </w:rPr>
        <w:t xml:space="preserve"> Panel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tartışmasına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katıldı</w:t>
      </w:r>
      <w:proofErr w:type="spellEnd"/>
      <w:r w:rsidRPr="005B7348">
        <w:rPr>
          <w:sz w:val="20"/>
          <w:szCs w:val="20"/>
          <w:lang w:val="es-ES"/>
        </w:rPr>
        <w:t xml:space="preserve">. </w:t>
      </w:r>
      <w:proofErr w:type="spellStart"/>
      <w:r w:rsidRPr="005B7348">
        <w:rPr>
          <w:sz w:val="20"/>
          <w:szCs w:val="20"/>
          <w:lang w:val="es-ES"/>
        </w:rPr>
        <w:t>Çalışma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Grubu</w:t>
      </w:r>
      <w:proofErr w:type="spellEnd"/>
      <w:r w:rsidRPr="005B7348">
        <w:rPr>
          <w:sz w:val="20"/>
          <w:szCs w:val="20"/>
          <w:lang w:val="es-ES"/>
        </w:rPr>
        <w:t xml:space="preserve">, </w:t>
      </w:r>
      <w:proofErr w:type="spellStart"/>
      <w:r w:rsidRPr="005B7348">
        <w:rPr>
          <w:sz w:val="20"/>
          <w:szCs w:val="20"/>
          <w:lang w:val="es-ES"/>
        </w:rPr>
        <w:t>Kadınlara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Yönelik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Ayrımcılık</w:t>
      </w:r>
      <w:proofErr w:type="spellEnd"/>
      <w:r w:rsidRPr="005B7348">
        <w:rPr>
          <w:sz w:val="20"/>
          <w:szCs w:val="20"/>
          <w:lang w:val="es-ES"/>
        </w:rPr>
        <w:t xml:space="preserve"> ve </w:t>
      </w:r>
      <w:proofErr w:type="spellStart"/>
      <w:r w:rsidRPr="005B7348">
        <w:rPr>
          <w:sz w:val="20"/>
          <w:szCs w:val="20"/>
          <w:lang w:val="es-ES"/>
        </w:rPr>
        <w:t>Şiddetin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Ortadan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Kaldırılmasına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İlişkin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Bağımsız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Uzman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Mekanizmaları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Platformuna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aktif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olarak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katılmaya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r w:rsidRPr="005B7348">
        <w:rPr>
          <w:sz w:val="20"/>
          <w:szCs w:val="20"/>
          <w:lang w:val="es-ES"/>
        </w:rPr>
        <w:br/>
      </w:r>
      <w:proofErr w:type="spellStart"/>
      <w:r w:rsidRPr="005B7348">
        <w:rPr>
          <w:sz w:val="20"/>
          <w:szCs w:val="20"/>
          <w:lang w:val="es-ES"/>
        </w:rPr>
        <w:t>devam</w:t>
      </w:r>
      <w:proofErr w:type="spellEnd"/>
      <w:r w:rsidRPr="005B7348">
        <w:rPr>
          <w:sz w:val="20"/>
          <w:szCs w:val="20"/>
          <w:lang w:val="es-ES"/>
        </w:rPr>
        <w:t xml:space="preserve"> </w:t>
      </w:r>
      <w:proofErr w:type="spellStart"/>
      <w:r w:rsidRPr="005B7348">
        <w:rPr>
          <w:sz w:val="20"/>
          <w:szCs w:val="20"/>
          <w:lang w:val="es-ES"/>
        </w:rPr>
        <w:t>etti</w:t>
      </w:r>
      <w:proofErr w:type="spellEnd"/>
      <w:r w:rsidRPr="005B7348">
        <w:rPr>
          <w:sz w:val="20"/>
          <w:szCs w:val="20"/>
          <w:lang w:val="es-ES"/>
        </w:rPr>
        <w:t>.</w:t>
      </w:r>
    </w:p>
    <w:p w14:paraId="1D7ED1FF" w14:textId="0BBDBA8F" w:rsidR="00145CEA" w:rsidRDefault="00D470C1" w:rsidP="00145CEA">
      <w:pPr>
        <w:spacing w:after="0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_______________</w:t>
      </w:r>
    </w:p>
    <w:p w14:paraId="5ABF9D0A" w14:textId="77777777" w:rsidR="0013500A" w:rsidRDefault="0013500A" w:rsidP="00145CEA">
      <w:pPr>
        <w:spacing w:after="0"/>
        <w:rPr>
          <w:sz w:val="20"/>
          <w:szCs w:val="20"/>
          <w:lang w:val="es-ES"/>
        </w:rPr>
      </w:pPr>
    </w:p>
    <w:p w14:paraId="46300E5E" w14:textId="77777777" w:rsidR="00AD2D5C" w:rsidRDefault="00145CEA" w:rsidP="00145CEA">
      <w:pPr>
        <w:spacing w:after="0"/>
        <w:rPr>
          <w:sz w:val="16"/>
          <w:szCs w:val="16"/>
          <w:lang w:val="es-ES"/>
        </w:rPr>
      </w:pPr>
      <w:r w:rsidRPr="003004EE">
        <w:rPr>
          <w:sz w:val="16"/>
          <w:szCs w:val="16"/>
          <w:lang w:val="es-ES"/>
        </w:rPr>
        <w:t>*</w:t>
      </w:r>
      <w:proofErr w:type="spellStart"/>
      <w:r w:rsidRPr="00F20A88">
        <w:rPr>
          <w:b/>
          <w:bCs/>
          <w:sz w:val="16"/>
          <w:szCs w:val="16"/>
          <w:lang w:val="es-ES"/>
        </w:rPr>
        <w:t>Çevirmenlerin</w:t>
      </w:r>
      <w:proofErr w:type="spellEnd"/>
      <w:r w:rsidRPr="00F20A88">
        <w:rPr>
          <w:b/>
          <w:bCs/>
          <w:sz w:val="16"/>
          <w:szCs w:val="16"/>
          <w:lang w:val="es-ES"/>
        </w:rPr>
        <w:t xml:space="preserve"> </w:t>
      </w:r>
      <w:proofErr w:type="spellStart"/>
      <w:r w:rsidRPr="00F20A88">
        <w:rPr>
          <w:b/>
          <w:bCs/>
          <w:sz w:val="16"/>
          <w:szCs w:val="16"/>
          <w:lang w:val="es-ES"/>
        </w:rPr>
        <w:t>notu</w:t>
      </w:r>
      <w:proofErr w:type="spellEnd"/>
      <w:r w:rsidRPr="00F20A88">
        <w:rPr>
          <w:b/>
          <w:bCs/>
          <w:sz w:val="16"/>
          <w:szCs w:val="16"/>
          <w:lang w:val="es-ES"/>
        </w:rPr>
        <w:t>:</w:t>
      </w:r>
      <w:r w:rsidRPr="003004EE">
        <w:rPr>
          <w:sz w:val="16"/>
          <w:szCs w:val="16"/>
          <w:lang w:val="es-ES"/>
        </w:rPr>
        <w:t xml:space="preserve"> </w:t>
      </w:r>
      <w:proofErr w:type="spellStart"/>
      <w:r>
        <w:rPr>
          <w:sz w:val="16"/>
          <w:szCs w:val="16"/>
          <w:lang w:val="es-ES"/>
        </w:rPr>
        <w:t>R</w:t>
      </w:r>
      <w:r w:rsidRPr="003004EE">
        <w:rPr>
          <w:sz w:val="16"/>
          <w:szCs w:val="16"/>
          <w:lang w:val="es-ES"/>
        </w:rPr>
        <w:t>aporun</w:t>
      </w:r>
      <w:proofErr w:type="spellEnd"/>
      <w:r w:rsidRPr="003004EE">
        <w:rPr>
          <w:sz w:val="16"/>
          <w:szCs w:val="16"/>
          <w:lang w:val="es-ES"/>
        </w:rPr>
        <w:t xml:space="preserve"> </w:t>
      </w:r>
      <w:proofErr w:type="spellStart"/>
      <w:r w:rsidRPr="003004EE">
        <w:rPr>
          <w:sz w:val="16"/>
          <w:szCs w:val="16"/>
          <w:lang w:val="es-ES"/>
        </w:rPr>
        <w:t>orjinalinde</w:t>
      </w:r>
      <w:proofErr w:type="spellEnd"/>
      <w:r>
        <w:rPr>
          <w:sz w:val="16"/>
          <w:szCs w:val="16"/>
          <w:lang w:val="es-ES"/>
        </w:rPr>
        <w:t xml:space="preserve">, 54’ten 56. </w:t>
      </w:r>
      <w:proofErr w:type="spellStart"/>
      <w:r>
        <w:rPr>
          <w:sz w:val="16"/>
          <w:szCs w:val="16"/>
          <w:lang w:val="es-ES"/>
        </w:rPr>
        <w:t>paragrafa</w:t>
      </w:r>
      <w:proofErr w:type="spellEnd"/>
      <w:r>
        <w:rPr>
          <w:sz w:val="16"/>
          <w:szCs w:val="16"/>
          <w:lang w:val="es-ES"/>
        </w:rPr>
        <w:t xml:space="preserve"> </w:t>
      </w:r>
      <w:proofErr w:type="spellStart"/>
      <w:r>
        <w:rPr>
          <w:sz w:val="16"/>
          <w:szCs w:val="16"/>
          <w:lang w:val="es-ES"/>
        </w:rPr>
        <w:t>geçilmi</w:t>
      </w:r>
      <w:r w:rsidRPr="003004EE">
        <w:rPr>
          <w:sz w:val="16"/>
          <w:szCs w:val="16"/>
          <w:lang w:val="es-ES"/>
        </w:rPr>
        <w:t>ş</w:t>
      </w:r>
      <w:r>
        <w:rPr>
          <w:sz w:val="16"/>
          <w:szCs w:val="16"/>
          <w:lang w:val="es-ES"/>
        </w:rPr>
        <w:t>ti</w:t>
      </w:r>
      <w:proofErr w:type="spellEnd"/>
      <w:r>
        <w:rPr>
          <w:sz w:val="16"/>
          <w:szCs w:val="16"/>
          <w:lang w:val="es-ES"/>
        </w:rPr>
        <w:t xml:space="preserve">. Bu </w:t>
      </w:r>
      <w:proofErr w:type="spellStart"/>
      <w:r>
        <w:rPr>
          <w:sz w:val="16"/>
          <w:szCs w:val="16"/>
          <w:lang w:val="es-ES"/>
        </w:rPr>
        <w:t>Türkçe</w:t>
      </w:r>
      <w:proofErr w:type="spellEnd"/>
      <w:r>
        <w:rPr>
          <w:sz w:val="16"/>
          <w:szCs w:val="16"/>
          <w:lang w:val="es-ES"/>
        </w:rPr>
        <w:t xml:space="preserve"> </w:t>
      </w:r>
      <w:proofErr w:type="spellStart"/>
      <w:r w:rsidRPr="003004EE">
        <w:rPr>
          <w:sz w:val="16"/>
          <w:szCs w:val="16"/>
          <w:lang w:val="es-ES"/>
        </w:rPr>
        <w:t>çeviride</w:t>
      </w:r>
      <w:proofErr w:type="spellEnd"/>
      <w:r w:rsidRPr="003004EE">
        <w:rPr>
          <w:sz w:val="16"/>
          <w:szCs w:val="16"/>
          <w:lang w:val="es-ES"/>
        </w:rPr>
        <w:t xml:space="preserve"> bu </w:t>
      </w:r>
      <w:proofErr w:type="spellStart"/>
      <w:r w:rsidRPr="003004EE">
        <w:rPr>
          <w:sz w:val="16"/>
          <w:szCs w:val="16"/>
          <w:lang w:val="es-ES"/>
        </w:rPr>
        <w:t>dizgi</w:t>
      </w:r>
      <w:proofErr w:type="spellEnd"/>
      <w:r w:rsidRPr="003004EE">
        <w:rPr>
          <w:sz w:val="16"/>
          <w:szCs w:val="16"/>
          <w:lang w:val="es-ES"/>
        </w:rPr>
        <w:t xml:space="preserve"> </w:t>
      </w:r>
      <w:proofErr w:type="spellStart"/>
      <w:r w:rsidRPr="003004EE">
        <w:rPr>
          <w:sz w:val="16"/>
          <w:szCs w:val="16"/>
          <w:lang w:val="es-ES"/>
        </w:rPr>
        <w:t>hatası</w:t>
      </w:r>
      <w:proofErr w:type="spellEnd"/>
      <w:r>
        <w:rPr>
          <w:sz w:val="16"/>
          <w:szCs w:val="16"/>
          <w:lang w:val="es-ES"/>
        </w:rPr>
        <w:t xml:space="preserve"> </w:t>
      </w:r>
      <w:proofErr w:type="spellStart"/>
      <w:r w:rsidRPr="003004EE">
        <w:rPr>
          <w:sz w:val="16"/>
          <w:szCs w:val="16"/>
          <w:lang w:val="es-ES"/>
        </w:rPr>
        <w:t>düzeltilmiştir</w:t>
      </w:r>
      <w:proofErr w:type="spellEnd"/>
      <w:r w:rsidRPr="003004EE">
        <w:rPr>
          <w:sz w:val="16"/>
          <w:szCs w:val="16"/>
          <w:lang w:val="es-ES"/>
        </w:rPr>
        <w:t>.</w:t>
      </w:r>
    </w:p>
    <w:p w14:paraId="254AD29E" w14:textId="441A7610" w:rsidR="00145CEA" w:rsidRPr="00AD2D5C" w:rsidRDefault="00145CEA" w:rsidP="00145CEA">
      <w:pPr>
        <w:spacing w:after="0"/>
        <w:rPr>
          <w:sz w:val="16"/>
          <w:szCs w:val="16"/>
          <w:lang w:val="es-ES"/>
        </w:rPr>
      </w:pPr>
      <w:r w:rsidRPr="005B7348">
        <w:rPr>
          <w:sz w:val="20"/>
          <w:szCs w:val="20"/>
          <w:lang w:val="es-ES"/>
        </w:rPr>
        <w:br/>
      </w:r>
      <w:r w:rsidRPr="00D470C1">
        <w:rPr>
          <w:sz w:val="16"/>
          <w:szCs w:val="16"/>
          <w:lang w:val="es-ES"/>
        </w:rPr>
        <w:t xml:space="preserve">1 </w:t>
      </w:r>
      <w:hyperlink r:id="rId77" w:history="1">
        <w:r w:rsidRPr="00D470C1">
          <w:rPr>
            <w:rStyle w:val="Hyperlink"/>
            <w:sz w:val="16"/>
            <w:szCs w:val="16"/>
            <w:lang w:val="es-ES"/>
          </w:rPr>
          <w:t>A/HRC/WG.11/40/1</w:t>
        </w:r>
      </w:hyperlink>
      <w:r w:rsidRPr="00D470C1">
        <w:rPr>
          <w:sz w:val="16"/>
          <w:szCs w:val="16"/>
          <w:lang w:val="es-ES"/>
        </w:rPr>
        <w:t>.</w:t>
      </w:r>
      <w:r w:rsidRPr="00D470C1">
        <w:rPr>
          <w:sz w:val="16"/>
          <w:szCs w:val="16"/>
          <w:lang w:val="es-ES"/>
        </w:rPr>
        <w:br/>
        <w:t xml:space="preserve">2 </w:t>
      </w:r>
      <w:hyperlink r:id="rId78" w:history="1">
        <w:r w:rsidRPr="00D470C1">
          <w:rPr>
            <w:rStyle w:val="Hyperlink"/>
            <w:sz w:val="16"/>
            <w:szCs w:val="16"/>
            <w:lang w:val="es-ES"/>
          </w:rPr>
          <w:t>A/HRC/WG.11/41/1.</w:t>
        </w:r>
      </w:hyperlink>
      <w:r w:rsidRPr="00D470C1">
        <w:rPr>
          <w:sz w:val="16"/>
          <w:szCs w:val="16"/>
          <w:lang w:val="es-ES"/>
        </w:rPr>
        <w:br/>
        <w:t xml:space="preserve">3 </w:t>
      </w:r>
      <w:hyperlink r:id="rId79" w:history="1">
        <w:r w:rsidRPr="00D470C1">
          <w:rPr>
            <w:rStyle w:val="Hyperlink"/>
            <w:sz w:val="16"/>
            <w:szCs w:val="16"/>
            <w:lang w:val="es-ES"/>
          </w:rPr>
          <w:t>A/HRC/WG.11/41/2.</w:t>
        </w:r>
      </w:hyperlink>
    </w:p>
    <w:p w14:paraId="4CA9E3DE" w14:textId="08AABB99" w:rsidR="00D470C1" w:rsidRPr="00D470C1" w:rsidRDefault="00E045E5" w:rsidP="00D470C1">
      <w:pPr>
        <w:spacing w:after="0"/>
        <w:rPr>
          <w:sz w:val="20"/>
          <w:szCs w:val="20"/>
          <w:lang w:val="es-ES"/>
        </w:rPr>
      </w:pPr>
      <w:r w:rsidRPr="00D470C1">
        <w:rPr>
          <w:sz w:val="16"/>
          <w:szCs w:val="16"/>
          <w:lang w:val="es-ES"/>
        </w:rPr>
        <w:t xml:space="preserve">4 </w:t>
      </w:r>
      <w:hyperlink r:id="rId80" w:history="1">
        <w:r w:rsidRPr="00A37D9B">
          <w:rPr>
            <w:rStyle w:val="Hyperlink"/>
            <w:sz w:val="16"/>
            <w:szCs w:val="16"/>
            <w:lang w:val="es-ES"/>
          </w:rPr>
          <w:t>A/HRC/WG.11/42/1</w:t>
        </w:r>
        <w:r w:rsidR="00A37D9B" w:rsidRPr="00A37D9B">
          <w:rPr>
            <w:rStyle w:val="Hyperlink"/>
            <w:sz w:val="16"/>
            <w:szCs w:val="16"/>
            <w:lang w:val="es-ES"/>
          </w:rPr>
          <w:t>.</w:t>
        </w:r>
      </w:hyperlink>
    </w:p>
    <w:p w14:paraId="6510AD8D" w14:textId="2CF15717" w:rsidR="005347F2" w:rsidRPr="00D470C1" w:rsidRDefault="00D470C1" w:rsidP="00D470C1">
      <w:pPr>
        <w:spacing w:after="0"/>
        <w:rPr>
          <w:sz w:val="16"/>
          <w:szCs w:val="16"/>
          <w:lang w:val="es-ES"/>
        </w:rPr>
      </w:pPr>
      <w:r w:rsidRPr="00D470C1">
        <w:rPr>
          <w:sz w:val="16"/>
          <w:szCs w:val="16"/>
          <w:lang w:val="es-ES"/>
        </w:rPr>
        <w:t xml:space="preserve">5 </w:t>
      </w:r>
      <w:proofErr w:type="spellStart"/>
      <w:r w:rsidR="000C7284" w:rsidRPr="00D470C1">
        <w:rPr>
          <w:sz w:val="16"/>
          <w:szCs w:val="16"/>
          <w:lang w:val="es-ES"/>
        </w:rPr>
        <w:t>Tüm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iletişim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bilgileri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hyperlink r:id="rId81" w:history="1">
        <w:r w:rsidRPr="00053A21">
          <w:rPr>
            <w:rStyle w:val="Hyperlink"/>
            <w:sz w:val="16"/>
            <w:szCs w:val="16"/>
            <w:lang w:val="es-ES"/>
          </w:rPr>
          <w:t>https://spcommreports.ohchr.org/TmSearch/TMDocuments</w:t>
        </w:r>
      </w:hyperlink>
      <w:r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adresinde</w:t>
      </w:r>
      <w:proofErr w:type="spellEnd"/>
      <w:r w:rsidR="000C7284" w:rsidRPr="00D470C1">
        <w:rPr>
          <w:sz w:val="16"/>
          <w:szCs w:val="16"/>
          <w:lang w:val="es-ES"/>
        </w:rPr>
        <w:t xml:space="preserve">, </w:t>
      </w:r>
      <w:proofErr w:type="spellStart"/>
      <w:r w:rsidR="000C7284" w:rsidRPr="00D470C1">
        <w:rPr>
          <w:sz w:val="16"/>
          <w:szCs w:val="16"/>
          <w:lang w:val="es-ES"/>
        </w:rPr>
        <w:t>basın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bültenleri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ise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hyperlink r:id="rId82" w:history="1">
        <w:proofErr w:type="spellStart"/>
        <w:r w:rsidR="000C7284" w:rsidRPr="00D470C1">
          <w:rPr>
            <w:rStyle w:val="Hyperlink"/>
            <w:sz w:val="16"/>
            <w:szCs w:val="16"/>
            <w:lang w:val="es-ES"/>
          </w:rPr>
          <w:t>Latest</w:t>
        </w:r>
        <w:proofErr w:type="spellEnd"/>
        <w:r w:rsidR="000C7284" w:rsidRPr="00D470C1">
          <w:rPr>
            <w:rStyle w:val="Hyperlink"/>
            <w:sz w:val="16"/>
            <w:szCs w:val="16"/>
            <w:lang w:val="es-ES"/>
          </w:rPr>
          <w:t xml:space="preserve"> | OHCHR</w:t>
        </w:r>
      </w:hyperlink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adresinde</w:t>
      </w:r>
      <w:proofErr w:type="spellEnd"/>
      <w:r w:rsidR="000C7284" w:rsidRPr="00D470C1">
        <w:rPr>
          <w:sz w:val="16"/>
          <w:szCs w:val="16"/>
          <w:lang w:val="es-ES"/>
        </w:rPr>
        <w:t xml:space="preserve"> </w:t>
      </w:r>
      <w:proofErr w:type="spellStart"/>
      <w:r w:rsidR="000C7284" w:rsidRPr="00D470C1">
        <w:rPr>
          <w:sz w:val="16"/>
          <w:szCs w:val="16"/>
          <w:lang w:val="es-ES"/>
        </w:rPr>
        <w:t>mevcuttur</w:t>
      </w:r>
      <w:proofErr w:type="spellEnd"/>
      <w:r w:rsidR="000C7284" w:rsidRPr="00D470C1">
        <w:rPr>
          <w:sz w:val="16"/>
          <w:szCs w:val="16"/>
          <w:lang w:val="es-ES"/>
        </w:rPr>
        <w:t>.</w:t>
      </w:r>
    </w:p>
    <w:sectPr w:rsidR="005347F2" w:rsidRPr="00D470C1" w:rsidSect="00DA602E">
      <w:headerReference w:type="default" r:id="rId83"/>
      <w:footerReference w:type="even" r:id="rId84"/>
      <w:footerReference w:type="default" r:id="rId85"/>
      <w:pgSz w:w="12240" w:h="15840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13DD3" w14:textId="77777777" w:rsidR="00B41C26" w:rsidRDefault="00B41C26" w:rsidP="00DA602E">
      <w:pPr>
        <w:spacing w:after="0" w:line="240" w:lineRule="auto"/>
      </w:pPr>
      <w:r>
        <w:separator/>
      </w:r>
    </w:p>
  </w:endnote>
  <w:endnote w:type="continuationSeparator" w:id="0">
    <w:p w14:paraId="689DAACF" w14:textId="77777777" w:rsidR="00B41C26" w:rsidRDefault="00B41C26" w:rsidP="00DA6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483158000"/>
      <w:docPartObj>
        <w:docPartGallery w:val="Page Numbers (Bottom of Page)"/>
        <w:docPartUnique/>
      </w:docPartObj>
    </w:sdtPr>
    <w:sdtContent>
      <w:p w14:paraId="53D91903" w14:textId="2EF6F973" w:rsidR="00DA602E" w:rsidRDefault="00DA602E" w:rsidP="00053A21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541B85CF" w14:textId="77777777" w:rsidR="00DA602E" w:rsidRDefault="00DA602E" w:rsidP="00DA602E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57499039"/>
      <w:docPartObj>
        <w:docPartGallery w:val="Page Numbers (Bottom of Page)"/>
        <w:docPartUnique/>
      </w:docPartObj>
    </w:sdtPr>
    <w:sdtContent>
      <w:p w14:paraId="592A2168" w14:textId="6825265C" w:rsidR="00DA602E" w:rsidRDefault="00DA602E" w:rsidP="00053A21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394196B" w14:textId="77777777" w:rsidR="00DA602E" w:rsidRDefault="00DA602E" w:rsidP="00DA602E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3FA9C" w14:textId="77777777" w:rsidR="00B41C26" w:rsidRDefault="00B41C26" w:rsidP="00DA602E">
      <w:pPr>
        <w:spacing w:after="0" w:line="240" w:lineRule="auto"/>
      </w:pPr>
      <w:r>
        <w:separator/>
      </w:r>
    </w:p>
  </w:footnote>
  <w:footnote w:type="continuationSeparator" w:id="0">
    <w:p w14:paraId="3C9E1AD8" w14:textId="77777777" w:rsidR="00B41C26" w:rsidRDefault="00B41C26" w:rsidP="00DA6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0F8B" w14:textId="5421EE4F" w:rsidR="00DA602E" w:rsidRDefault="00DA602E" w:rsidP="00DA602E">
    <w:r>
      <w:t>A/HRC/59/452</w:t>
    </w:r>
  </w:p>
  <w:p w14:paraId="0F835803" w14:textId="77777777" w:rsidR="00DA602E" w:rsidRDefault="00DA60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4C6411C"/>
    <w:multiLevelType w:val="hybridMultilevel"/>
    <w:tmpl w:val="3F7613AE"/>
    <w:lvl w:ilvl="0" w:tplc="633095FC">
      <w:start w:val="1"/>
      <w:numFmt w:val="decimal"/>
      <w:lvlText w:val="%1."/>
      <w:lvlJc w:val="left"/>
      <w:pPr>
        <w:ind w:left="1020" w:hanging="360"/>
      </w:pPr>
    </w:lvl>
    <w:lvl w:ilvl="1" w:tplc="4F20E802">
      <w:start w:val="1"/>
      <w:numFmt w:val="decimal"/>
      <w:lvlText w:val="%2."/>
      <w:lvlJc w:val="left"/>
      <w:pPr>
        <w:ind w:left="1020" w:hanging="360"/>
      </w:pPr>
    </w:lvl>
    <w:lvl w:ilvl="2" w:tplc="4D24C3FA">
      <w:start w:val="1"/>
      <w:numFmt w:val="decimal"/>
      <w:lvlText w:val="%3."/>
      <w:lvlJc w:val="left"/>
      <w:pPr>
        <w:ind w:left="1020" w:hanging="360"/>
      </w:pPr>
    </w:lvl>
    <w:lvl w:ilvl="3" w:tplc="F2149216">
      <w:start w:val="1"/>
      <w:numFmt w:val="decimal"/>
      <w:lvlText w:val="%4."/>
      <w:lvlJc w:val="left"/>
      <w:pPr>
        <w:ind w:left="1020" w:hanging="360"/>
      </w:pPr>
    </w:lvl>
    <w:lvl w:ilvl="4" w:tplc="E24279DA">
      <w:start w:val="1"/>
      <w:numFmt w:val="decimal"/>
      <w:lvlText w:val="%5."/>
      <w:lvlJc w:val="left"/>
      <w:pPr>
        <w:ind w:left="1020" w:hanging="360"/>
      </w:pPr>
    </w:lvl>
    <w:lvl w:ilvl="5" w:tplc="39549FFC">
      <w:start w:val="1"/>
      <w:numFmt w:val="decimal"/>
      <w:lvlText w:val="%6."/>
      <w:lvlJc w:val="left"/>
      <w:pPr>
        <w:ind w:left="1020" w:hanging="360"/>
      </w:pPr>
    </w:lvl>
    <w:lvl w:ilvl="6" w:tplc="19B6A09A">
      <w:start w:val="1"/>
      <w:numFmt w:val="decimal"/>
      <w:lvlText w:val="%7."/>
      <w:lvlJc w:val="left"/>
      <w:pPr>
        <w:ind w:left="1020" w:hanging="360"/>
      </w:pPr>
    </w:lvl>
    <w:lvl w:ilvl="7" w:tplc="B3BCAA40">
      <w:start w:val="1"/>
      <w:numFmt w:val="decimal"/>
      <w:lvlText w:val="%8."/>
      <w:lvlJc w:val="left"/>
      <w:pPr>
        <w:ind w:left="1020" w:hanging="360"/>
      </w:pPr>
    </w:lvl>
    <w:lvl w:ilvl="8" w:tplc="E12277B2">
      <w:start w:val="1"/>
      <w:numFmt w:val="decimal"/>
      <w:lvlText w:val="%9."/>
      <w:lvlJc w:val="left"/>
      <w:pPr>
        <w:ind w:left="1020" w:hanging="360"/>
      </w:pPr>
    </w:lvl>
  </w:abstractNum>
  <w:num w:numId="1" w16cid:durableId="824051486">
    <w:abstractNumId w:val="8"/>
  </w:num>
  <w:num w:numId="2" w16cid:durableId="1531452010">
    <w:abstractNumId w:val="6"/>
  </w:num>
  <w:num w:numId="3" w16cid:durableId="105925913">
    <w:abstractNumId w:val="5"/>
  </w:num>
  <w:num w:numId="4" w16cid:durableId="1656913499">
    <w:abstractNumId w:val="4"/>
  </w:num>
  <w:num w:numId="5" w16cid:durableId="2006394688">
    <w:abstractNumId w:val="7"/>
  </w:num>
  <w:num w:numId="6" w16cid:durableId="539822690">
    <w:abstractNumId w:val="3"/>
  </w:num>
  <w:num w:numId="7" w16cid:durableId="1363629192">
    <w:abstractNumId w:val="2"/>
  </w:num>
  <w:num w:numId="8" w16cid:durableId="357312852">
    <w:abstractNumId w:val="1"/>
  </w:num>
  <w:num w:numId="9" w16cid:durableId="256181430">
    <w:abstractNumId w:val="0"/>
  </w:num>
  <w:num w:numId="10" w16cid:durableId="5736653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6"/>
  <w:hideSpellingError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00CEF"/>
    <w:rsid w:val="00001A88"/>
    <w:rsid w:val="00002983"/>
    <w:rsid w:val="000104BF"/>
    <w:rsid w:val="0001782D"/>
    <w:rsid w:val="000211F9"/>
    <w:rsid w:val="00021492"/>
    <w:rsid w:val="000332E8"/>
    <w:rsid w:val="00034339"/>
    <w:rsid w:val="00034616"/>
    <w:rsid w:val="00035002"/>
    <w:rsid w:val="00035C34"/>
    <w:rsid w:val="00046D39"/>
    <w:rsid w:val="00047D3B"/>
    <w:rsid w:val="00051430"/>
    <w:rsid w:val="0005167E"/>
    <w:rsid w:val="000516AD"/>
    <w:rsid w:val="00053462"/>
    <w:rsid w:val="0006063C"/>
    <w:rsid w:val="00063304"/>
    <w:rsid w:val="00073423"/>
    <w:rsid w:val="00075905"/>
    <w:rsid w:val="000813A0"/>
    <w:rsid w:val="000821B7"/>
    <w:rsid w:val="000830EE"/>
    <w:rsid w:val="000911EC"/>
    <w:rsid w:val="000A3B98"/>
    <w:rsid w:val="000B4DC7"/>
    <w:rsid w:val="000C4EC7"/>
    <w:rsid w:val="000C7284"/>
    <w:rsid w:val="000D389D"/>
    <w:rsid w:val="000D498F"/>
    <w:rsid w:val="000E703F"/>
    <w:rsid w:val="000F05C7"/>
    <w:rsid w:val="0010073B"/>
    <w:rsid w:val="00100828"/>
    <w:rsid w:val="0011167C"/>
    <w:rsid w:val="001149B6"/>
    <w:rsid w:val="00115243"/>
    <w:rsid w:val="001175B5"/>
    <w:rsid w:val="00117AB6"/>
    <w:rsid w:val="00120650"/>
    <w:rsid w:val="00120E60"/>
    <w:rsid w:val="00124ABF"/>
    <w:rsid w:val="001253A2"/>
    <w:rsid w:val="00127B3E"/>
    <w:rsid w:val="00131326"/>
    <w:rsid w:val="0013500A"/>
    <w:rsid w:val="00140284"/>
    <w:rsid w:val="00140F20"/>
    <w:rsid w:val="00142495"/>
    <w:rsid w:val="001424FA"/>
    <w:rsid w:val="00145CEA"/>
    <w:rsid w:val="00147DEC"/>
    <w:rsid w:val="0015074B"/>
    <w:rsid w:val="00160DCD"/>
    <w:rsid w:val="00167EE6"/>
    <w:rsid w:val="0017338B"/>
    <w:rsid w:val="00174EEA"/>
    <w:rsid w:val="00177691"/>
    <w:rsid w:val="00181AF5"/>
    <w:rsid w:val="0018339E"/>
    <w:rsid w:val="001900ED"/>
    <w:rsid w:val="00193722"/>
    <w:rsid w:val="001954BC"/>
    <w:rsid w:val="001A397E"/>
    <w:rsid w:val="001A3C71"/>
    <w:rsid w:val="001A5296"/>
    <w:rsid w:val="001A5F72"/>
    <w:rsid w:val="001B3EA6"/>
    <w:rsid w:val="001B5F4A"/>
    <w:rsid w:val="001C0F98"/>
    <w:rsid w:val="001C1414"/>
    <w:rsid w:val="001C35A7"/>
    <w:rsid w:val="001D1CF3"/>
    <w:rsid w:val="001D38F9"/>
    <w:rsid w:val="001D639E"/>
    <w:rsid w:val="001D79F5"/>
    <w:rsid w:val="001E065C"/>
    <w:rsid w:val="001F1E57"/>
    <w:rsid w:val="001F75FD"/>
    <w:rsid w:val="0020370D"/>
    <w:rsid w:val="00204AF6"/>
    <w:rsid w:val="00206815"/>
    <w:rsid w:val="00210903"/>
    <w:rsid w:val="002251A2"/>
    <w:rsid w:val="00225721"/>
    <w:rsid w:val="00241FDE"/>
    <w:rsid w:val="002434E9"/>
    <w:rsid w:val="0024676F"/>
    <w:rsid w:val="002530D6"/>
    <w:rsid w:val="00253C16"/>
    <w:rsid w:val="002562AB"/>
    <w:rsid w:val="00261446"/>
    <w:rsid w:val="002616CA"/>
    <w:rsid w:val="00264DDF"/>
    <w:rsid w:val="00273B0A"/>
    <w:rsid w:val="0027426C"/>
    <w:rsid w:val="002749B9"/>
    <w:rsid w:val="00277086"/>
    <w:rsid w:val="0028658B"/>
    <w:rsid w:val="00287801"/>
    <w:rsid w:val="00290F2C"/>
    <w:rsid w:val="00295A32"/>
    <w:rsid w:val="0029639D"/>
    <w:rsid w:val="002A0EB1"/>
    <w:rsid w:val="002A1782"/>
    <w:rsid w:val="002A7C5F"/>
    <w:rsid w:val="002B489F"/>
    <w:rsid w:val="002B78DB"/>
    <w:rsid w:val="002C1D2A"/>
    <w:rsid w:val="002C69A3"/>
    <w:rsid w:val="002D07AC"/>
    <w:rsid w:val="002D3BB3"/>
    <w:rsid w:val="002D6851"/>
    <w:rsid w:val="002E48D6"/>
    <w:rsid w:val="002E5409"/>
    <w:rsid w:val="003004EE"/>
    <w:rsid w:val="00313240"/>
    <w:rsid w:val="003132C5"/>
    <w:rsid w:val="0031633B"/>
    <w:rsid w:val="003172AA"/>
    <w:rsid w:val="00324ECA"/>
    <w:rsid w:val="003253DB"/>
    <w:rsid w:val="00326D09"/>
    <w:rsid w:val="00326F90"/>
    <w:rsid w:val="00335C3D"/>
    <w:rsid w:val="00344025"/>
    <w:rsid w:val="00345D4E"/>
    <w:rsid w:val="003516F5"/>
    <w:rsid w:val="0035182A"/>
    <w:rsid w:val="00361A5C"/>
    <w:rsid w:val="003623EC"/>
    <w:rsid w:val="003626B5"/>
    <w:rsid w:val="003647E7"/>
    <w:rsid w:val="00366937"/>
    <w:rsid w:val="003709AB"/>
    <w:rsid w:val="00377DD4"/>
    <w:rsid w:val="00383673"/>
    <w:rsid w:val="00387953"/>
    <w:rsid w:val="00397367"/>
    <w:rsid w:val="003A358F"/>
    <w:rsid w:val="003B2022"/>
    <w:rsid w:val="003B57F2"/>
    <w:rsid w:val="003B6D54"/>
    <w:rsid w:val="003C40B1"/>
    <w:rsid w:val="003D28FB"/>
    <w:rsid w:val="003D2F33"/>
    <w:rsid w:val="003E03DB"/>
    <w:rsid w:val="003F052F"/>
    <w:rsid w:val="003F0859"/>
    <w:rsid w:val="003F153F"/>
    <w:rsid w:val="003F5DFB"/>
    <w:rsid w:val="004032BA"/>
    <w:rsid w:val="004035C6"/>
    <w:rsid w:val="004050FD"/>
    <w:rsid w:val="00406CA9"/>
    <w:rsid w:val="00414B3D"/>
    <w:rsid w:val="00420A14"/>
    <w:rsid w:val="00433E68"/>
    <w:rsid w:val="004410D0"/>
    <w:rsid w:val="00447E47"/>
    <w:rsid w:val="0045460C"/>
    <w:rsid w:val="004573C1"/>
    <w:rsid w:val="0045796D"/>
    <w:rsid w:val="00460CDE"/>
    <w:rsid w:val="00462EC1"/>
    <w:rsid w:val="00474932"/>
    <w:rsid w:val="00475D7C"/>
    <w:rsid w:val="00482936"/>
    <w:rsid w:val="0048368A"/>
    <w:rsid w:val="004961DB"/>
    <w:rsid w:val="004A188B"/>
    <w:rsid w:val="004B14E6"/>
    <w:rsid w:val="004C45FE"/>
    <w:rsid w:val="004E53A9"/>
    <w:rsid w:val="004F0EBD"/>
    <w:rsid w:val="00500E17"/>
    <w:rsid w:val="0051412F"/>
    <w:rsid w:val="00516B20"/>
    <w:rsid w:val="0053229F"/>
    <w:rsid w:val="00533CEE"/>
    <w:rsid w:val="005347F2"/>
    <w:rsid w:val="00535222"/>
    <w:rsid w:val="00536CBF"/>
    <w:rsid w:val="00541A89"/>
    <w:rsid w:val="00550052"/>
    <w:rsid w:val="00554989"/>
    <w:rsid w:val="00556B88"/>
    <w:rsid w:val="00557425"/>
    <w:rsid w:val="00563377"/>
    <w:rsid w:val="00564C11"/>
    <w:rsid w:val="00572DFA"/>
    <w:rsid w:val="00574D68"/>
    <w:rsid w:val="005752E5"/>
    <w:rsid w:val="00581283"/>
    <w:rsid w:val="00582ACE"/>
    <w:rsid w:val="0058697F"/>
    <w:rsid w:val="0059027B"/>
    <w:rsid w:val="005941F7"/>
    <w:rsid w:val="00596CB9"/>
    <w:rsid w:val="005A0BC8"/>
    <w:rsid w:val="005A1BFE"/>
    <w:rsid w:val="005B7348"/>
    <w:rsid w:val="005C6909"/>
    <w:rsid w:val="005D1F41"/>
    <w:rsid w:val="005D3D23"/>
    <w:rsid w:val="005E5A4D"/>
    <w:rsid w:val="005F11D2"/>
    <w:rsid w:val="005F42F3"/>
    <w:rsid w:val="005F5044"/>
    <w:rsid w:val="006119AD"/>
    <w:rsid w:val="00611D3F"/>
    <w:rsid w:val="0061462C"/>
    <w:rsid w:val="00614AD5"/>
    <w:rsid w:val="00621BFD"/>
    <w:rsid w:val="006244BC"/>
    <w:rsid w:val="006254C6"/>
    <w:rsid w:val="0063063E"/>
    <w:rsid w:val="00635605"/>
    <w:rsid w:val="0063647C"/>
    <w:rsid w:val="00647AEA"/>
    <w:rsid w:val="00655219"/>
    <w:rsid w:val="00656698"/>
    <w:rsid w:val="00672483"/>
    <w:rsid w:val="006733B0"/>
    <w:rsid w:val="00674C3F"/>
    <w:rsid w:val="00675B70"/>
    <w:rsid w:val="006845F5"/>
    <w:rsid w:val="0068556B"/>
    <w:rsid w:val="00690156"/>
    <w:rsid w:val="00692006"/>
    <w:rsid w:val="00694CA8"/>
    <w:rsid w:val="00695CE5"/>
    <w:rsid w:val="00697C28"/>
    <w:rsid w:val="006A0AC1"/>
    <w:rsid w:val="006A4938"/>
    <w:rsid w:val="006A7EE0"/>
    <w:rsid w:val="006A7F76"/>
    <w:rsid w:val="006B2899"/>
    <w:rsid w:val="006B3375"/>
    <w:rsid w:val="006B3A5A"/>
    <w:rsid w:val="006C11F7"/>
    <w:rsid w:val="006D3130"/>
    <w:rsid w:val="006D36C4"/>
    <w:rsid w:val="006D3C91"/>
    <w:rsid w:val="006D3DDD"/>
    <w:rsid w:val="006D5B79"/>
    <w:rsid w:val="006D7374"/>
    <w:rsid w:val="006E736E"/>
    <w:rsid w:val="006F4A6B"/>
    <w:rsid w:val="006F5C61"/>
    <w:rsid w:val="006F62A9"/>
    <w:rsid w:val="00703FA9"/>
    <w:rsid w:val="007049A7"/>
    <w:rsid w:val="007116A5"/>
    <w:rsid w:val="007214F7"/>
    <w:rsid w:val="00722628"/>
    <w:rsid w:val="007265AB"/>
    <w:rsid w:val="007303C0"/>
    <w:rsid w:val="00731D66"/>
    <w:rsid w:val="00732A29"/>
    <w:rsid w:val="00732B75"/>
    <w:rsid w:val="007340B6"/>
    <w:rsid w:val="00735712"/>
    <w:rsid w:val="00737090"/>
    <w:rsid w:val="007374B0"/>
    <w:rsid w:val="007379F8"/>
    <w:rsid w:val="007444CC"/>
    <w:rsid w:val="0074527E"/>
    <w:rsid w:val="00746D9F"/>
    <w:rsid w:val="00751E9C"/>
    <w:rsid w:val="007544CD"/>
    <w:rsid w:val="00755B32"/>
    <w:rsid w:val="007627D0"/>
    <w:rsid w:val="0076317E"/>
    <w:rsid w:val="007734B3"/>
    <w:rsid w:val="00773CAE"/>
    <w:rsid w:val="00782FF1"/>
    <w:rsid w:val="00783E16"/>
    <w:rsid w:val="0079110F"/>
    <w:rsid w:val="007920CB"/>
    <w:rsid w:val="00795AE2"/>
    <w:rsid w:val="007A1B19"/>
    <w:rsid w:val="007A5A67"/>
    <w:rsid w:val="007B3903"/>
    <w:rsid w:val="007B5A85"/>
    <w:rsid w:val="007B733C"/>
    <w:rsid w:val="007C1276"/>
    <w:rsid w:val="007C2F06"/>
    <w:rsid w:val="007C3711"/>
    <w:rsid w:val="007C383E"/>
    <w:rsid w:val="007D2FC4"/>
    <w:rsid w:val="007D364B"/>
    <w:rsid w:val="007D53EC"/>
    <w:rsid w:val="007E234E"/>
    <w:rsid w:val="007E245E"/>
    <w:rsid w:val="007E247B"/>
    <w:rsid w:val="007E2E42"/>
    <w:rsid w:val="007F0755"/>
    <w:rsid w:val="007F0787"/>
    <w:rsid w:val="00802C5D"/>
    <w:rsid w:val="00807204"/>
    <w:rsid w:val="00810877"/>
    <w:rsid w:val="00810D3E"/>
    <w:rsid w:val="00817137"/>
    <w:rsid w:val="00824725"/>
    <w:rsid w:val="008263D5"/>
    <w:rsid w:val="00836406"/>
    <w:rsid w:val="008371BD"/>
    <w:rsid w:val="008403E2"/>
    <w:rsid w:val="00845ECC"/>
    <w:rsid w:val="00846750"/>
    <w:rsid w:val="008474F8"/>
    <w:rsid w:val="008504CB"/>
    <w:rsid w:val="008553A1"/>
    <w:rsid w:val="00860843"/>
    <w:rsid w:val="0086145C"/>
    <w:rsid w:val="00866275"/>
    <w:rsid w:val="0086751C"/>
    <w:rsid w:val="00867E9E"/>
    <w:rsid w:val="00870D84"/>
    <w:rsid w:val="0087177E"/>
    <w:rsid w:val="008720E1"/>
    <w:rsid w:val="0087213E"/>
    <w:rsid w:val="008724EE"/>
    <w:rsid w:val="00875132"/>
    <w:rsid w:val="00875850"/>
    <w:rsid w:val="008776D4"/>
    <w:rsid w:val="008817E5"/>
    <w:rsid w:val="008831BC"/>
    <w:rsid w:val="00891C73"/>
    <w:rsid w:val="00893747"/>
    <w:rsid w:val="00894B73"/>
    <w:rsid w:val="00896811"/>
    <w:rsid w:val="008A320F"/>
    <w:rsid w:val="008A3E35"/>
    <w:rsid w:val="008A40DD"/>
    <w:rsid w:val="008B4575"/>
    <w:rsid w:val="008B4F3C"/>
    <w:rsid w:val="008B7965"/>
    <w:rsid w:val="008C2D39"/>
    <w:rsid w:val="008C7727"/>
    <w:rsid w:val="008C7DF7"/>
    <w:rsid w:val="008D54A4"/>
    <w:rsid w:val="008E13A4"/>
    <w:rsid w:val="008F2661"/>
    <w:rsid w:val="008F5A2F"/>
    <w:rsid w:val="008F7A94"/>
    <w:rsid w:val="00905EE4"/>
    <w:rsid w:val="00911399"/>
    <w:rsid w:val="00931F93"/>
    <w:rsid w:val="00941253"/>
    <w:rsid w:val="00941653"/>
    <w:rsid w:val="0094495F"/>
    <w:rsid w:val="00946547"/>
    <w:rsid w:val="00947C9B"/>
    <w:rsid w:val="00952613"/>
    <w:rsid w:val="00953307"/>
    <w:rsid w:val="009548DE"/>
    <w:rsid w:val="009555EC"/>
    <w:rsid w:val="00956E89"/>
    <w:rsid w:val="009647F6"/>
    <w:rsid w:val="009648D1"/>
    <w:rsid w:val="00966856"/>
    <w:rsid w:val="00971269"/>
    <w:rsid w:val="00974EBD"/>
    <w:rsid w:val="009755BE"/>
    <w:rsid w:val="0098094F"/>
    <w:rsid w:val="009905FC"/>
    <w:rsid w:val="009A464D"/>
    <w:rsid w:val="009C24B2"/>
    <w:rsid w:val="009C740A"/>
    <w:rsid w:val="009D1873"/>
    <w:rsid w:val="009D6C9D"/>
    <w:rsid w:val="009E4880"/>
    <w:rsid w:val="009F1A6E"/>
    <w:rsid w:val="009F473A"/>
    <w:rsid w:val="009F633A"/>
    <w:rsid w:val="00A05585"/>
    <w:rsid w:val="00A10C4E"/>
    <w:rsid w:val="00A12E0C"/>
    <w:rsid w:val="00A15D89"/>
    <w:rsid w:val="00A27DAE"/>
    <w:rsid w:val="00A31CA7"/>
    <w:rsid w:val="00A3560E"/>
    <w:rsid w:val="00A35D24"/>
    <w:rsid w:val="00A37D9B"/>
    <w:rsid w:val="00A41C4E"/>
    <w:rsid w:val="00A42B69"/>
    <w:rsid w:val="00A45BB2"/>
    <w:rsid w:val="00A51693"/>
    <w:rsid w:val="00A553AA"/>
    <w:rsid w:val="00A60029"/>
    <w:rsid w:val="00A604D9"/>
    <w:rsid w:val="00A656B2"/>
    <w:rsid w:val="00A664A2"/>
    <w:rsid w:val="00A701FD"/>
    <w:rsid w:val="00A706FA"/>
    <w:rsid w:val="00A730B8"/>
    <w:rsid w:val="00A80B30"/>
    <w:rsid w:val="00A813A2"/>
    <w:rsid w:val="00A8692E"/>
    <w:rsid w:val="00A9022C"/>
    <w:rsid w:val="00A904CA"/>
    <w:rsid w:val="00A92141"/>
    <w:rsid w:val="00A97A05"/>
    <w:rsid w:val="00A97BEE"/>
    <w:rsid w:val="00AA1D8D"/>
    <w:rsid w:val="00AA27E9"/>
    <w:rsid w:val="00AA5579"/>
    <w:rsid w:val="00AB1A76"/>
    <w:rsid w:val="00AB3D25"/>
    <w:rsid w:val="00AB44B2"/>
    <w:rsid w:val="00AC5A01"/>
    <w:rsid w:val="00AD2D5C"/>
    <w:rsid w:val="00AD3BF4"/>
    <w:rsid w:val="00AD4519"/>
    <w:rsid w:val="00AE0598"/>
    <w:rsid w:val="00AE0A42"/>
    <w:rsid w:val="00AE42BB"/>
    <w:rsid w:val="00B04417"/>
    <w:rsid w:val="00B057F0"/>
    <w:rsid w:val="00B10D9B"/>
    <w:rsid w:val="00B16567"/>
    <w:rsid w:val="00B17326"/>
    <w:rsid w:val="00B17765"/>
    <w:rsid w:val="00B20300"/>
    <w:rsid w:val="00B24E0D"/>
    <w:rsid w:val="00B26EF1"/>
    <w:rsid w:val="00B363BE"/>
    <w:rsid w:val="00B41C26"/>
    <w:rsid w:val="00B425BC"/>
    <w:rsid w:val="00B47730"/>
    <w:rsid w:val="00B52162"/>
    <w:rsid w:val="00B533A9"/>
    <w:rsid w:val="00B57A21"/>
    <w:rsid w:val="00B669F9"/>
    <w:rsid w:val="00B674F7"/>
    <w:rsid w:val="00B706A4"/>
    <w:rsid w:val="00B75808"/>
    <w:rsid w:val="00B80752"/>
    <w:rsid w:val="00B80FC7"/>
    <w:rsid w:val="00B83B02"/>
    <w:rsid w:val="00B97E67"/>
    <w:rsid w:val="00BA78FF"/>
    <w:rsid w:val="00BA7F9D"/>
    <w:rsid w:val="00BB18AE"/>
    <w:rsid w:val="00BB254F"/>
    <w:rsid w:val="00BB35C0"/>
    <w:rsid w:val="00BB4BBE"/>
    <w:rsid w:val="00BB6AEF"/>
    <w:rsid w:val="00BB78BF"/>
    <w:rsid w:val="00BC554E"/>
    <w:rsid w:val="00BD2D18"/>
    <w:rsid w:val="00BD3811"/>
    <w:rsid w:val="00BE0588"/>
    <w:rsid w:val="00BE604C"/>
    <w:rsid w:val="00BF0BAD"/>
    <w:rsid w:val="00BF5385"/>
    <w:rsid w:val="00BF581C"/>
    <w:rsid w:val="00C01076"/>
    <w:rsid w:val="00C113F2"/>
    <w:rsid w:val="00C1271C"/>
    <w:rsid w:val="00C152A5"/>
    <w:rsid w:val="00C17FDD"/>
    <w:rsid w:val="00C314D5"/>
    <w:rsid w:val="00C34BC7"/>
    <w:rsid w:val="00C41B13"/>
    <w:rsid w:val="00C41DA7"/>
    <w:rsid w:val="00C41E7D"/>
    <w:rsid w:val="00C44ACB"/>
    <w:rsid w:val="00C4689E"/>
    <w:rsid w:val="00C50DDB"/>
    <w:rsid w:val="00C558D7"/>
    <w:rsid w:val="00C57399"/>
    <w:rsid w:val="00C6718C"/>
    <w:rsid w:val="00C70E61"/>
    <w:rsid w:val="00C71857"/>
    <w:rsid w:val="00C71D76"/>
    <w:rsid w:val="00C727FF"/>
    <w:rsid w:val="00C733B2"/>
    <w:rsid w:val="00C7621D"/>
    <w:rsid w:val="00C7671D"/>
    <w:rsid w:val="00C8333D"/>
    <w:rsid w:val="00C85568"/>
    <w:rsid w:val="00C94965"/>
    <w:rsid w:val="00CA33F0"/>
    <w:rsid w:val="00CA5CFE"/>
    <w:rsid w:val="00CB0664"/>
    <w:rsid w:val="00CB095F"/>
    <w:rsid w:val="00CB0FF9"/>
    <w:rsid w:val="00CB3019"/>
    <w:rsid w:val="00CB421B"/>
    <w:rsid w:val="00CB7E01"/>
    <w:rsid w:val="00CC4C2D"/>
    <w:rsid w:val="00CC4C68"/>
    <w:rsid w:val="00CD4BE6"/>
    <w:rsid w:val="00CD6308"/>
    <w:rsid w:val="00CE1729"/>
    <w:rsid w:val="00CE3DCB"/>
    <w:rsid w:val="00CF150E"/>
    <w:rsid w:val="00CF3F7F"/>
    <w:rsid w:val="00CF6D21"/>
    <w:rsid w:val="00CF76FF"/>
    <w:rsid w:val="00D0192F"/>
    <w:rsid w:val="00D01E56"/>
    <w:rsid w:val="00D04601"/>
    <w:rsid w:val="00D046F2"/>
    <w:rsid w:val="00D068D9"/>
    <w:rsid w:val="00D070CA"/>
    <w:rsid w:val="00D11A8D"/>
    <w:rsid w:val="00D13109"/>
    <w:rsid w:val="00D405BC"/>
    <w:rsid w:val="00D409E8"/>
    <w:rsid w:val="00D431B9"/>
    <w:rsid w:val="00D43FD4"/>
    <w:rsid w:val="00D45AFC"/>
    <w:rsid w:val="00D470C1"/>
    <w:rsid w:val="00D5084E"/>
    <w:rsid w:val="00D5585A"/>
    <w:rsid w:val="00D57E5B"/>
    <w:rsid w:val="00D63789"/>
    <w:rsid w:val="00D63F26"/>
    <w:rsid w:val="00D649C5"/>
    <w:rsid w:val="00D65AC4"/>
    <w:rsid w:val="00D71D80"/>
    <w:rsid w:val="00D751DD"/>
    <w:rsid w:val="00D7598F"/>
    <w:rsid w:val="00D77E51"/>
    <w:rsid w:val="00D859DC"/>
    <w:rsid w:val="00D869ED"/>
    <w:rsid w:val="00D9013B"/>
    <w:rsid w:val="00D90551"/>
    <w:rsid w:val="00D911D6"/>
    <w:rsid w:val="00D92E72"/>
    <w:rsid w:val="00D94159"/>
    <w:rsid w:val="00DA404A"/>
    <w:rsid w:val="00DA602E"/>
    <w:rsid w:val="00DA6506"/>
    <w:rsid w:val="00DB0CCF"/>
    <w:rsid w:val="00DB6A81"/>
    <w:rsid w:val="00DB6BEC"/>
    <w:rsid w:val="00DC35F4"/>
    <w:rsid w:val="00DC4CAE"/>
    <w:rsid w:val="00DC58F1"/>
    <w:rsid w:val="00DD0663"/>
    <w:rsid w:val="00DD4492"/>
    <w:rsid w:val="00DD76FB"/>
    <w:rsid w:val="00DE768D"/>
    <w:rsid w:val="00DE7A46"/>
    <w:rsid w:val="00DF7D65"/>
    <w:rsid w:val="00E00325"/>
    <w:rsid w:val="00E00E27"/>
    <w:rsid w:val="00E026A5"/>
    <w:rsid w:val="00E02E24"/>
    <w:rsid w:val="00E045E5"/>
    <w:rsid w:val="00E04B57"/>
    <w:rsid w:val="00E07A1D"/>
    <w:rsid w:val="00E15B02"/>
    <w:rsid w:val="00E16BB9"/>
    <w:rsid w:val="00E2366B"/>
    <w:rsid w:val="00E35622"/>
    <w:rsid w:val="00E373FB"/>
    <w:rsid w:val="00E44EB9"/>
    <w:rsid w:val="00E47DDB"/>
    <w:rsid w:val="00E53AEA"/>
    <w:rsid w:val="00E57FA8"/>
    <w:rsid w:val="00E63E48"/>
    <w:rsid w:val="00E666DC"/>
    <w:rsid w:val="00E7071A"/>
    <w:rsid w:val="00E72B01"/>
    <w:rsid w:val="00E73F93"/>
    <w:rsid w:val="00E85593"/>
    <w:rsid w:val="00E87590"/>
    <w:rsid w:val="00E9205A"/>
    <w:rsid w:val="00E92336"/>
    <w:rsid w:val="00E9303A"/>
    <w:rsid w:val="00E95DE4"/>
    <w:rsid w:val="00E96F62"/>
    <w:rsid w:val="00EA009E"/>
    <w:rsid w:val="00EA2DDB"/>
    <w:rsid w:val="00EA4268"/>
    <w:rsid w:val="00EB5F2E"/>
    <w:rsid w:val="00EC3318"/>
    <w:rsid w:val="00EC4C49"/>
    <w:rsid w:val="00ED2B99"/>
    <w:rsid w:val="00ED3B72"/>
    <w:rsid w:val="00ED7B38"/>
    <w:rsid w:val="00EE07A6"/>
    <w:rsid w:val="00EE32EF"/>
    <w:rsid w:val="00EF2638"/>
    <w:rsid w:val="00EF534F"/>
    <w:rsid w:val="00EF5588"/>
    <w:rsid w:val="00F016D6"/>
    <w:rsid w:val="00F017C0"/>
    <w:rsid w:val="00F04A45"/>
    <w:rsid w:val="00F13E40"/>
    <w:rsid w:val="00F20A88"/>
    <w:rsid w:val="00F257F4"/>
    <w:rsid w:val="00F266A9"/>
    <w:rsid w:val="00F351D8"/>
    <w:rsid w:val="00F36277"/>
    <w:rsid w:val="00F523B4"/>
    <w:rsid w:val="00F65E68"/>
    <w:rsid w:val="00F74060"/>
    <w:rsid w:val="00F7740E"/>
    <w:rsid w:val="00F871D3"/>
    <w:rsid w:val="00F96950"/>
    <w:rsid w:val="00FA27A5"/>
    <w:rsid w:val="00FA2ECD"/>
    <w:rsid w:val="00FA3E42"/>
    <w:rsid w:val="00FA54BA"/>
    <w:rsid w:val="00FA639E"/>
    <w:rsid w:val="00FB63CE"/>
    <w:rsid w:val="00FB72F3"/>
    <w:rsid w:val="00FC05E2"/>
    <w:rsid w:val="00FC1098"/>
    <w:rsid w:val="00FC46A9"/>
    <w:rsid w:val="00FC693F"/>
    <w:rsid w:val="00FC6FB6"/>
    <w:rsid w:val="00FC731E"/>
    <w:rsid w:val="00FC7C1D"/>
    <w:rsid w:val="00FD1FD5"/>
    <w:rsid w:val="00FD44D3"/>
    <w:rsid w:val="00FE267D"/>
    <w:rsid w:val="00FE379A"/>
    <w:rsid w:val="00FE44F8"/>
    <w:rsid w:val="00FE5A87"/>
    <w:rsid w:val="00FE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F25F31"/>
  <w14:defaultImageDpi w14:val="300"/>
  <w15:docId w15:val="{E756EC4C-F831-430F-9FCC-856E96E41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E89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ion">
    <w:name w:val="Revision"/>
    <w:hidden/>
    <w:uiPriority w:val="99"/>
    <w:semiHidden/>
    <w:rsid w:val="0011167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20E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0E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0E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E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E6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1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26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A4938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DA602E"/>
  </w:style>
  <w:style w:type="character" w:styleId="UnresolvedMention">
    <w:name w:val="Unresolved Mention"/>
    <w:basedOn w:val="DefaultParagraphFont"/>
    <w:uiPriority w:val="99"/>
    <w:semiHidden/>
    <w:unhideWhenUsed/>
    <w:rsid w:val="00F257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32A29"/>
    <w:rPr>
      <w:color w:val="800080" w:themeColor="followedHyperlink"/>
      <w:u w:val="single"/>
    </w:rPr>
  </w:style>
  <w:style w:type="paragraph" w:customStyle="1" w:styleId="Default">
    <w:name w:val="Default"/>
    <w:rsid w:val="00BD38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uaa.europa.eu/sites/default/files/publications/easo-coi-report-syria-situation-women.pdf" TargetMode="External"/><Relationship Id="rId21" Type="http://schemas.openxmlformats.org/officeDocument/2006/relationships/hyperlink" Target="https://www.ela.europa.eu/sites/default/files/2023-12/2021_Labour_shortages_surpluses_report.pdf" TargetMode="External"/><Relationship Id="rId42" Type="http://schemas.openxmlformats.org/officeDocument/2006/relationships/hyperlink" Target="https://www.unwomen.org/en/news-stories/explainer/2024/09/five-actions-to-boost-womens-political-participation" TargetMode="External"/><Relationship Id="rId47" Type="http://schemas.openxmlformats.org/officeDocument/2006/relationships/hyperlink" Target="https://docs.un.org/en/A/HRC/41/33" TargetMode="External"/><Relationship Id="rId63" Type="http://schemas.openxmlformats.org/officeDocument/2006/relationships/hyperlink" Target="https://docs.un.org/en/A/HRC/47/38" TargetMode="External"/><Relationship Id="rId68" Type="http://schemas.openxmlformats.org/officeDocument/2006/relationships/hyperlink" Target="https://globalnews.ca/news/10328712/national-child-care-system-legislation" TargetMode="External"/><Relationship Id="rId84" Type="http://schemas.openxmlformats.org/officeDocument/2006/relationships/footer" Target="footer1.xml"/><Relationship Id="rId16" Type="http://schemas.openxmlformats.org/officeDocument/2006/relationships/hyperlink" Target="https://docs.un.org/en/A/HRC/58/43" TargetMode="External"/><Relationship Id="rId11" Type="http://schemas.openxmlformats.org/officeDocument/2006/relationships/hyperlink" Target="https://esikplatform.net/" TargetMode="External"/><Relationship Id="rId32" Type="http://schemas.openxmlformats.org/officeDocument/2006/relationships/hyperlink" Target="https://www.ohchr.org/en/press-releases/2021/03/turkey-withdrawal-istanbul-convention-pushback-against-womens-rights-say" TargetMode="External"/><Relationship Id="rId37" Type="http://schemas.openxmlformats.org/officeDocument/2006/relationships/hyperlink" Target="https://docs.un.org/en/A/HRC/44/51" TargetMode="External"/><Relationship Id="rId53" Type="http://schemas.openxmlformats.org/officeDocument/2006/relationships/hyperlink" Target="https://www.ilo.org/sites/default/files/wcmsp5/groups/public/%40asia/%40ro-bangkok/%40ilo-kathmandu/documents/publication/wcms_792239.pdf" TargetMode="External"/><Relationship Id="rId58" Type="http://schemas.openxmlformats.org/officeDocument/2006/relationships/hyperlink" Target="https://www.apa.org/pubs/reports/rural-women-summary.pdf" TargetMode="External"/><Relationship Id="rId74" Type="http://schemas.openxmlformats.org/officeDocument/2006/relationships/hyperlink" Target="https://thailand.iom.int/promise-programme" TargetMode="External"/><Relationship Id="rId79" Type="http://schemas.openxmlformats.org/officeDocument/2006/relationships/hyperlink" Target="https://docs.un.org/en/A/HRC/WG.11/41/2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docs.un.org/en/A/HRC/44/51" TargetMode="External"/><Relationship Id="rId14" Type="http://schemas.openxmlformats.org/officeDocument/2006/relationships/hyperlink" Target="https://docs.un.org/en/A/HRC/56/51" TargetMode="External"/><Relationship Id="rId22" Type="http://schemas.openxmlformats.org/officeDocument/2006/relationships/hyperlink" Target="https://www.ohchr.org/en/statements-and-speeches/2025/03/turbulence-and-unpredictability-amid-growing-conflict-and-divided" TargetMode="External"/><Relationship Id="rId27" Type="http://schemas.openxmlformats.org/officeDocument/2006/relationships/hyperlink" Target="https://www.unwomen.org/en/news-stories/press-release/2025/02/three-years-of-full-scale-war-in-ukraine-roll-back-decades-of-progress-for-womens-rights-safety-and-economic-opportunities" TargetMode="External"/><Relationship Id="rId30" Type="http://schemas.openxmlformats.org/officeDocument/2006/relationships/hyperlink" Target="https://docs.un.org/en/A/HRC/56/51" TargetMode="External"/><Relationship Id="rId35" Type="http://schemas.openxmlformats.org/officeDocument/2006/relationships/hyperlink" Target="https://docs.un.org/en/A/HRC/WG.11/37/1" TargetMode="External"/><Relationship Id="rId43" Type="http://schemas.openxmlformats.org/officeDocument/2006/relationships/hyperlink" Target="https://docs.un.org/en/A/HRC/44/51" TargetMode="External"/><Relationship Id="rId48" Type="http://schemas.openxmlformats.org/officeDocument/2006/relationships/hyperlink" Target="https://docs.un.org/en/A/HRC/53/39" TargetMode="External"/><Relationship Id="rId56" Type="http://schemas.openxmlformats.org/officeDocument/2006/relationships/hyperlink" Target="https://docs.un.org/en/A/HRC/53/39" TargetMode="External"/><Relationship Id="rId64" Type="http://schemas.openxmlformats.org/officeDocument/2006/relationships/hyperlink" Target="https://docs.un.org/en/A/HRC/58/43" TargetMode="External"/><Relationship Id="rId69" Type="http://schemas.openxmlformats.org/officeDocument/2006/relationships/hyperlink" Target="https://en.humanrights.cn/2024/04/17/2412743810154240a2937e9f3f510b47.html" TargetMode="External"/><Relationship Id="rId77" Type="http://schemas.openxmlformats.org/officeDocument/2006/relationships/hyperlink" Target="https://docs.un.org/en/A/HRC/WG.11/40/1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docs.un.org/en/A/HRC/44/51" TargetMode="External"/><Relationship Id="rId72" Type="http://schemas.openxmlformats.org/officeDocument/2006/relationships/hyperlink" Target="https://www.riigikontroll.ee/DesktopModules/DigiDetail/FileDownloader.aspx?FileId=19686&amp;AuditId=6596" TargetMode="External"/><Relationship Id="rId80" Type="http://schemas.openxmlformats.org/officeDocument/2006/relationships/hyperlink" Target="https://docs.un.org/en/A/HRC/WG.11/42/1" TargetMode="External"/><Relationship Id="rId85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docs.un.org/en/A/HRC/56/51" TargetMode="External"/><Relationship Id="rId17" Type="http://schemas.openxmlformats.org/officeDocument/2006/relationships/hyperlink" Target="https://docs.un.org/en/A/HRC/34/58" TargetMode="External"/><Relationship Id="rId25" Type="http://schemas.openxmlformats.org/officeDocument/2006/relationships/hyperlink" Target="https://www.justsecurity.org/92562/a-zone-of-silence-obstetric-violence-in-gaza-and-beyond/" TargetMode="External"/><Relationship Id="rId33" Type="http://schemas.openxmlformats.org/officeDocument/2006/relationships/hyperlink" Target="https://docs.un.org/en/A/HRC/WG.11/42/1" TargetMode="External"/><Relationship Id="rId38" Type="http://schemas.openxmlformats.org/officeDocument/2006/relationships/hyperlink" Target="https://www.ilo.org/resource/news/unpaid-care-work-prevents-708-million-women-participating-labour-market" TargetMode="External"/><Relationship Id="rId46" Type="http://schemas.openxmlformats.org/officeDocument/2006/relationships/hyperlink" Target="https://www.aihw.gov.au/reports/disability/people-with-disability-in-australia/contents/people-with-disability/prevalence-of-disability" TargetMode="External"/><Relationship Id="rId59" Type="http://schemas.openxmlformats.org/officeDocument/2006/relationships/hyperlink" Target="https://docs.un.org/en/A/HRC/47/38" TargetMode="External"/><Relationship Id="rId67" Type="http://schemas.openxmlformats.org/officeDocument/2006/relationships/hyperlink" Target="https://www.canada.ca/en/employment-social-development/campaigns/child-care.html" TargetMode="External"/><Relationship Id="rId20" Type="http://schemas.openxmlformats.org/officeDocument/2006/relationships/hyperlink" Target="https://docs.un.org/en/A/HRC/53/39" TargetMode="External"/><Relationship Id="rId41" Type="http://schemas.openxmlformats.org/officeDocument/2006/relationships/hyperlink" Target="https://docs.un.org/en/A/HRC/53/39" TargetMode="External"/><Relationship Id="rId54" Type="http://schemas.openxmlformats.org/officeDocument/2006/relationships/hyperlink" Target="https://www.ohchr.org/en/press-releases/2021/07/racism-and-xenophobia-put-human-rights-insan-ticareti-ma&#287;durlar&#305;-risk-un" TargetMode="External"/><Relationship Id="rId62" Type="http://schemas.openxmlformats.org/officeDocument/2006/relationships/hyperlink" Target="https://im-defensoras.org/en/2022/12/protecci%C3%B3n-integral-feminista/" TargetMode="External"/><Relationship Id="rId70" Type="http://schemas.openxmlformats.org/officeDocument/2006/relationships/hyperlink" Target="https://docs.un.org/en/A/HRC/WG.11/37/1" TargetMode="External"/><Relationship Id="rId75" Type="http://schemas.openxmlformats.org/officeDocument/2006/relationships/hyperlink" Target="https://www.durham.ac.uk/news-events/latest-news/2024/12/new-project-puts-care-at-the-centre-of-international-law-research/" TargetMode="External"/><Relationship Id="rId83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ocs.un.org/en/A/HRC/53/39" TargetMode="External"/><Relationship Id="rId23" Type="http://schemas.openxmlformats.org/officeDocument/2006/relationships/hyperlink" Target="https://www.un.org/unispal/document/gaza-un-human-rights-experts-condemn-israeli-decision-to-re-open-gates-of-hell-and-unilaterally-change-conditions-of-truce-deal/" TargetMode="External"/><Relationship Id="rId28" Type="http://schemas.openxmlformats.org/officeDocument/2006/relationships/hyperlink" Target="https://www.unfpa.org/press/global-climate-crisis-putting-women-and-girls-extreme-danger-unfpa-warns-new-data" TargetMode="External"/><Relationship Id="rId36" Type="http://schemas.openxmlformats.org/officeDocument/2006/relationships/hyperlink" Target="https://docs.un.org/en/A/HRC/53/21" TargetMode="External"/><Relationship Id="rId49" Type="http://schemas.openxmlformats.org/officeDocument/2006/relationships/hyperlink" Target="https://www.17mayis.org/images/publish/pdf/yaslaniyoruz-lubunya-anket-gorusmeler-ve-calisma-raporu-16-05-2022.pdf" TargetMode="External"/><Relationship Id="rId57" Type="http://schemas.openxmlformats.org/officeDocument/2006/relationships/hyperlink" Target="https://www.choiceforyouth.org/assets/Docs/198f89dc19/PositionPaper_CSW_DEF.pdf" TargetMode="External"/><Relationship Id="rId10" Type="http://schemas.openxmlformats.org/officeDocument/2006/relationships/hyperlink" Target="https://docs.un.org/en/A/HRC/59/45" TargetMode="External"/><Relationship Id="rId31" Type="http://schemas.openxmlformats.org/officeDocument/2006/relationships/hyperlink" Target="https://journals.warwick.ac.uk/index.php/feministdissent/article/view/1981" TargetMode="External"/><Relationship Id="rId44" Type="http://schemas.openxmlformats.org/officeDocument/2006/relationships/hyperlink" Target="https://www.iom.int/news/iom-releases-guidelines-labour-recruiters-migrant-domestic-workers" TargetMode="External"/><Relationship Id="rId52" Type="http://schemas.openxmlformats.org/officeDocument/2006/relationships/hyperlink" Target="https://www.ohchr.org/en/press-releases/2021/07/racism-and-xenophobia-put-human-rights-human-trafficking-victims-risk-un" TargetMode="External"/><Relationship Id="rId60" Type="http://schemas.openxmlformats.org/officeDocument/2006/relationships/hyperlink" Target="https://www.choiceforyouth.org/assets/Docs/198f89dc19/PositionPaper_CSW_DEF.pdf" TargetMode="External"/><Relationship Id="rId65" Type="http://schemas.openxmlformats.org/officeDocument/2006/relationships/hyperlink" Target="https://docs.un.org/en/A/HRC/55/34" TargetMode="External"/><Relationship Id="rId73" Type="http://schemas.openxmlformats.org/officeDocument/2006/relationships/hyperlink" Target="https://medium.com/iom-development-fund-newsletter/raising-the-voices-of-migrant-domestic-workers-in-jordan-a-project-by-migrants-for-migrants-51c143269b21" TargetMode="External"/><Relationship Id="rId78" Type="http://schemas.openxmlformats.org/officeDocument/2006/relationships/hyperlink" Target="https://docs.un.org/en/A/HRC/WG.11/41/1" TargetMode="External"/><Relationship Id="rId81" Type="http://schemas.openxmlformats.org/officeDocument/2006/relationships/hyperlink" Target="https://spcommreports.ohchr.org/TmSearch/TMDocuments" TargetMode="External"/><Relationship Id="rId8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un.org/en/A/HRC/59/45" TargetMode="External"/><Relationship Id="rId13" Type="http://schemas.openxmlformats.org/officeDocument/2006/relationships/hyperlink" Target="https://www.ohchr.org/en/calls-for-input/2024/call-inputs-mandate-working-group-discrimination-against-women-and-girls" TargetMode="External"/><Relationship Id="rId18" Type="http://schemas.openxmlformats.org/officeDocument/2006/relationships/hyperlink" Target="https://www.unwomen.org/sites/default/files/Headquarters/Attachments/Sections/Library/Publications/2020/Policy-brief-COVID-19-and-the-care-economy-en.pdf" TargetMode="External"/><Relationship Id="rId39" Type="http://schemas.openxmlformats.org/officeDocument/2006/relationships/hyperlink" Target="https://docs.un.org/en/A/HRC/53/39" TargetMode="External"/><Relationship Id="rId34" Type="http://schemas.openxmlformats.org/officeDocument/2006/relationships/hyperlink" Target="https://docs.un.org/en/A/HRC/58/43" TargetMode="External"/><Relationship Id="rId50" Type="http://schemas.openxmlformats.org/officeDocument/2006/relationships/hyperlink" Target="https://docs.un.org/en/A/75/258" TargetMode="External"/><Relationship Id="rId55" Type="http://schemas.openxmlformats.org/officeDocument/2006/relationships/hyperlink" Target="file:///Users/ozlemaltiok/Documents/A/HRC/53/39." TargetMode="External"/><Relationship Id="rId76" Type="http://schemas.openxmlformats.org/officeDocument/2006/relationships/hyperlink" Target="https://docs.un.org/en/A/HRC/WG.11/42/1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mencare.org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ocs.un.org/en/A/HRC/38/46" TargetMode="External"/><Relationship Id="rId24" Type="http://schemas.openxmlformats.org/officeDocument/2006/relationships/hyperlink" Target="https://www.ohchr.org/en/press-releases/2025/05/horrors-sudan-know-no-bounds-warns-turk-urging-end-conflict" TargetMode="External"/><Relationship Id="rId40" Type="http://schemas.openxmlformats.org/officeDocument/2006/relationships/hyperlink" Target="https://www.unwomen.org/en/what-we-do/hiv-and-aids" TargetMode="External"/><Relationship Id="rId45" Type="http://schemas.openxmlformats.org/officeDocument/2006/relationships/hyperlink" Target="https://www.ndis.gov.au/understanding/what-ndis" TargetMode="External"/><Relationship Id="rId66" Type="http://schemas.openxmlformats.org/officeDocument/2006/relationships/hyperlink" Target="https://www.unicef.org/innocenti/media/10246/file/UNICEF-Innocenti-GRASSP-MexicoReport-December-2024.pdf" TargetMode="External"/><Relationship Id="rId87" Type="http://schemas.openxmlformats.org/officeDocument/2006/relationships/theme" Target="theme/theme1.xml"/><Relationship Id="rId61" Type="http://schemas.openxmlformats.org/officeDocument/2006/relationships/hyperlink" Target="https://makemothersmatter.org/time-poverty-and-the-motherhood-penalty-unveiling-economic-and-social-injustices/" TargetMode="External"/><Relationship Id="rId82" Type="http://schemas.openxmlformats.org/officeDocument/2006/relationships/hyperlink" Target="https://www.ohchr.org/en/latest?field_content_category_target_id%5b162%5d=162&amp;field_entity_target_id%5b1314%5d=1314&amp;field_published_date_value%5bmin%5d=&amp;field_published_date_value%5bmax%5d=&amp;sort_bef_combine=field_published_date_value_DE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04E3B3-3A92-4F1E-82CA-05DF99688FB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7f4b8a2-ad4f-41b5-9a91-284d2cc38f56}" enabled="1" method="Standard" siteId="{70de1992-07c6-480f-a318-a1afcba0398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13599</Words>
  <Characters>77518</Characters>
  <Application>Microsoft Office Word</Application>
  <DocSecurity>0</DocSecurity>
  <Lines>645</Lines>
  <Paragraphs>181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90936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Altiok, Ozlem</cp:lastModifiedBy>
  <cp:revision>2</cp:revision>
  <dcterms:created xsi:type="dcterms:W3CDTF">2025-10-27T21:09:00Z</dcterms:created>
  <dcterms:modified xsi:type="dcterms:W3CDTF">2025-10-27T21:09:00Z</dcterms:modified>
  <cp:category/>
</cp:coreProperties>
</file>